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Jake Big Gay New Year’s Eve Party returns to Soho</w:t>
      </w:r>
    </w:p>
    <w:p>
      <w:r/>
    </w:p>
    <w:p>
      <w:r>
        <w:drawing>
          <wp:inline xmlns:a="http://schemas.openxmlformats.org/drawingml/2006/main" xmlns:pic="http://schemas.openxmlformats.org/drawingml/2006/picture">
            <wp:extent cx="5486400" cy="294715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47155"/>
                    </a:xfrm>
                    <a:prstGeom prst="rect"/>
                  </pic:spPr>
                </pic:pic>
              </a:graphicData>
            </a:graphic>
          </wp:inline>
        </w:drawing>
      </w:r>
    </w:p>
    <w:p>
      <w:r>
        <w:t>The legendary JAKE Big Gay New Year’s Eve Party is back, back, back at the stunning 1 Warwick members’ club in Soho!</w:t>
      </w:r>
    </w:p>
    <w:p>
      <w:r>
        <w:t>Join a up-for-it crowd for an evening of celebration, dress up as high as you want, enjoy the drinks, the entertainment, the DJs, the countdown, the gorgeous surroundings that make this feel like the best New Year’s Eve house party in London as we take over the sexiest private members’ club in all of Soho.</w:t>
      </w:r>
    </w:p>
    <w:p>
      <w:r>
        <w:t>And if you really want to make a thing of it – it’s New Year’s Eve for goodness sake! – join us for dinner downstairs at the glorious Nessa then move effortlessly up one floor to join the big party.</w:t>
      </w:r>
    </w:p>
    <w:p>
      <w:r>
        <w:t>It’s the only way to start 2025. And if anyone remembers the fun that happened last year... can they remind us?</w:t>
      </w:r>
    </w:p>
    <w:p>
      <w:r>
        <w:t>Tickets from the Events section on this site.</w:t>
      </w:r>
    </w:p>
    <w:p>
      <w:pPr>
        <w:pStyle w:val="Heading2"/>
      </w:pPr>
      <w:r>
        <w:t>References</w:t>
      </w:r>
    </w:p>
    <w:p>
      <w:pPr>
        <w:pStyle w:val="ListBullet"/>
      </w:pPr>
      <w:hyperlink r:id="rId10">
        <w:r>
          <w:rPr>
            <w:u w:val="single"/>
            <w:color w:val="0000FF"/>
            <w:rStyle w:val="Hyperlink"/>
          </w:rPr>
          <w:t>https://events.jakeldn.com/nye2024</w:t>
        </w:r>
      </w:hyperlink>
      <w:r>
        <w:t xml:space="preserve"> - Corroborates the location and details of the JAKE Big Gay New Year’s Eve Party at 1 Warwick members’ club in Soho.</w:t>
      </w:r>
    </w:p>
    <w:p>
      <w:pPr>
        <w:pStyle w:val="ListBullet"/>
      </w:pPr>
      <w:hyperlink r:id="rId11">
        <w:r>
          <w:rPr>
            <w:u w:val="single"/>
            <w:color w:val="0000FF"/>
            <w:rStyle w:val="Hyperlink"/>
          </w:rPr>
          <w:t>https://events.jakeldn.com/events/nye2024</w:t>
        </w:r>
      </w:hyperlink>
      <w:r>
        <w:t xml:space="preserve"> - Provides the date and time of the event, confirming it is on December 31, 2024.</w:t>
      </w:r>
    </w:p>
    <w:p>
      <w:pPr>
        <w:pStyle w:val="ListBullet"/>
      </w:pPr>
      <w:hyperlink r:id="rId12">
        <w:r>
          <w:rPr>
            <w:u w:val="single"/>
            <w:color w:val="0000FF"/>
            <w:rStyle w:val="Hyperlink"/>
          </w:rPr>
          <w:t>https://www.eventbrite.co.uk/e/the-big-gay-new-years-eve-party-tickets-758938394167</w:t>
        </w:r>
      </w:hyperlink>
      <w:r>
        <w:t xml:space="preserve"> - Supports the event details, including the venue and the start time of the party.</w:t>
      </w:r>
    </w:p>
    <w:p>
      <w:pPr>
        <w:pStyle w:val="ListBullet"/>
      </w:pPr>
      <w:hyperlink r:id="rId13">
        <w:r>
          <w:rPr>
            <w:u w:val="single"/>
            <w:color w:val="0000FF"/>
            <w:rStyle w:val="Hyperlink"/>
          </w:rPr>
          <w:t>https://www.eventbrite.com/o/jake-6108535511</w:t>
        </w:r>
      </w:hyperlink>
      <w:r>
        <w:t xml:space="preserve"> - Lists the event organizer and provides ticket information for the New Year’s Eve party.</w:t>
      </w:r>
    </w:p>
    <w:p>
      <w:pPr>
        <w:pStyle w:val="ListBullet"/>
      </w:pPr>
      <w:hyperlink r:id="rId14">
        <w:r>
          <w:rPr>
            <w:u w:val="single"/>
            <w:color w:val="0000FF"/>
            <w:rStyle w:val="Hyperlink"/>
          </w:rPr>
          <w:t>https://jakeresnicow.com</w:t>
        </w:r>
      </w:hyperlink>
      <w:r>
        <w:t xml:space="preserve"> - Provides background information on Jake Resnicow, the event producer, and his reputation for hosting large and memorable parties.</w:t>
      </w:r>
    </w:p>
    <w:p>
      <w:pPr>
        <w:pStyle w:val="ListBullet"/>
      </w:pPr>
      <w:hyperlink r:id="rId14">
        <w:r>
          <w:rPr>
            <w:u w:val="single"/>
            <w:color w:val="0000FF"/>
            <w:rStyle w:val="Hyperlink"/>
          </w:rPr>
          <w:t>https://jakeresnicow.com</w:t>
        </w:r>
      </w:hyperlink>
      <w:r>
        <w:t xml:space="preserve"> - Details Jake Resnicow's history of organizing significant LGBTQ+ events, which supports the context of the New Year’s Eve party.</w:t>
      </w:r>
    </w:p>
    <w:p>
      <w:pPr>
        <w:pStyle w:val="ListBullet"/>
      </w:pPr>
      <w:hyperlink r:id="rId10">
        <w:r>
          <w:rPr>
            <w:u w:val="single"/>
            <w:color w:val="0000FF"/>
            <w:rStyle w:val="Hyperlink"/>
          </w:rPr>
          <w:t>https://events.jakeldn.com/nye2024</w:t>
        </w:r>
      </w:hyperlink>
      <w:r>
        <w:t xml:space="preserve"> - Mentions the option for dinner downstairs at Nessa before joining the party, enhancing the overall experience.</w:t>
      </w:r>
    </w:p>
    <w:p>
      <w:pPr>
        <w:pStyle w:val="ListBullet"/>
      </w:pPr>
      <w:hyperlink r:id="rId11">
        <w:r>
          <w:rPr>
            <w:u w:val="single"/>
            <w:color w:val="0000FF"/>
            <w:rStyle w:val="Hyperlink"/>
          </w:rPr>
          <w:t>https://events.jakeldn.com/events/nye2024</w:t>
        </w:r>
      </w:hyperlink>
      <w:r>
        <w:t xml:space="preserve"> - Confirms the party's atmosphere, including drinks, entertainment, DJs, and the countdown, making it feel like a house party.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events.jakeldn.com/nye2024" TargetMode="External"/><Relationship Id="rId11" Type="http://schemas.openxmlformats.org/officeDocument/2006/relationships/hyperlink" Target="https://events.jakeldn.com/events/nye2024" TargetMode="External"/><Relationship Id="rId12" Type="http://schemas.openxmlformats.org/officeDocument/2006/relationships/hyperlink" Target="https://www.eventbrite.co.uk/e/the-big-gay-new-years-eve-party-tickets-758938394167" TargetMode="External"/><Relationship Id="rId13" Type="http://schemas.openxmlformats.org/officeDocument/2006/relationships/hyperlink" Target="https://www.eventbrite.com/o/jake-6108535511" TargetMode="External"/><Relationship Id="rId14" Type="http://schemas.openxmlformats.org/officeDocument/2006/relationships/hyperlink" Target="https://jakeresnico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