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Make Prague Pride a weekend to remember (longer, why don’t you!) with Almanac X Alcron hotel</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For those planning to attend Prague Pride, the Almanac X Alcron Prague Hotel is offering an exclusive package that includes a two-night stay with breakfast, along with some unique Pride goodies. Additionally, guests will receive tickets to the Prague Pride welcome ceremony and concert on 5th August. The opening event, set to take place on Strelecky Island—a serene, tree-filled oasis in the heart of Prague—will offer an array of music and entertainment from 6-10 pm.</w:t>
      </w:r>
    </w:p>
    <w:p>
      <w:r>
        <w:t>The Czech Republic has long been recognised for its progressive stance on LGBTQ+ rights. Since its inception in 2011, Prague Pride has flourished into one of the nation's most significant cultural events. With this year’s theme centred around 'family', attendees can expect a variety of activities including talks, debates, workshops, sporting events, and, of course, the colourful parade.</w:t>
      </w:r>
    </w:p>
    <w:p>
      <w:r>
        <w:t>Prague Pride attracts up to 60,000 people annually, reflecting the evolving attitudes in Czech society. Beyond the festivities, Prague Pride offers a range of services throughout the year. These include online and in-person LGBTQ+ counselling, support groups, legal counselling, and workshops aimed at Czech employers. The initiative also extends its reach to academic institutions through its schools outreach programme. Active in several national councils and committees, the Prague Pride team remains highly involved in HIV/AIDS advocacy and continues to push for equal marriage rights within the country.</w:t>
      </w:r>
    </w:p>
    <w:p>
      <w:r>
        <w:t>Opened originally in 1932, the Alcron Hotel has been a touchstone in the storied history and culture of Prague. Now revamped as the Almanac X Alcron Prague, this hotel has seamlessly blended its rich Art Deco heritage with contemporary Czech design. Over the years, it has hosted luminaries such as Ella Fitzgerald, Shirley Temple, Louis Armstrong, and Graham Greene. It has also served as a haven for Cold War foreign correspondents and spies, making it a living archive of the city's past.</w:t>
      </w:r>
    </w:p>
    <w:p>
      <w:r>
        <w:t>Today, the fully refurbished property continues to stand as a beacon of style and sophistication. Located just a stone’s throw from landmarks such as Wenceslas Square and Passage Lucerna, where you can catch sight of David Černý’s Upside Down Horse, the hotel is ideally situated for those looking to explore the city's vibrant cultural scene. Its central location places you within a short walk of the Vltava River, Střelecký Island, the lively Rašínovo Nábřeží embankment, and the trendy Karlín district. Frequently voted one of the most beautiful cities in the world, Prague offers a perfect backdrop for Pride celebrations.</w:t>
      </w:r>
    </w:p>
    <w:p>
      <w:r>
        <w:t>Attending Prague Pride not only offers the opportunity to participate in celebrating love and equality but also provides a chance to explore one of Europe’s most picturesque capitals. The heartfelt commitment of the Czech society towards LGBTQ+ rights is evident in the extensive activities and support systems in place, making Prague an ideal destination for Pride festivities.</w:t>
      </w:r>
    </w:p>
    <w:p>
      <w:r>
        <w:t>For those interested in the highlights of this year’s event or seeking more information on the comprehensive support services offered by Prague Pride, the organisers are more than willing to be contacted. The welcoming and inclusive atmosphere of the city, along with the luxurious amenities of the Almanac X Alcron Prague, ensure that attendees will have both an enjoyable and memorable experience.</w:t>
      </w:r>
    </w:p>
    <w:p>
      <w:r>
        <w:t>In conclusion, Prague Pride, paired with a stay at the historical yet modern Almanac X Alcron Prague Hotel, offers a unique and enriching experience. Whether you're there to celebrate the progress made in LGBTQ+ rights or to support further advancements, this event promises to be a significant and heartwarming occasion.</w:t>
      </w:r>
    </w:p>
    <w:p>
      <w:r>
        <w:rPr>
          <w:b/>
        </w:rPr>
        <w:t>For booking details and more information, go to www.almanachotels.com/praguex/special-offers/prague-pride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