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new trailer for Luca Guadagnino's 'Queer' has dropped. Because you can never have enough Daniel Craig. Or Queer(-ness).</w:t>
      </w:r>
    </w:p>
    <w:p>
      <w:r/>
    </w:p>
    <w:p>
      <w:r>
        <w:drawing>
          <wp:inline xmlns:a="http://schemas.openxmlformats.org/drawingml/2006/main" xmlns:pic="http://schemas.openxmlformats.org/drawingml/2006/picture">
            <wp:extent cx="5486400" cy="365025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650255"/>
                    </a:xfrm>
                    <a:prstGeom prst="rect"/>
                  </pic:spPr>
                </pic:pic>
              </a:graphicData>
            </a:graphic>
          </wp:inline>
        </w:drawing>
      </w:r>
    </w:p>
    <w:p>
      <w:hyperlink r:id="rId10">
        <w:r>
          <w:rPr>
            <w:u w:val="single"/>
            <w:color w:val="0000FF"/>
            <w:rStyle w:val="Hyperlink"/>
          </w:rPr>
          <w:t>https://www.youtube.com/watch?v=mAHLeom3OVg</w:t>
        </w:r>
      </w:hyperlink>
    </w:p>
    <w:p>
      <w:r>
        <w:t>MUBI, the renowned global film distributor, production company, and streaming service, has unveiled the latest trailer for "Queer", directed by Academy Award nominee Luca Guadagnino. The film is scheduled for a cinema release in the UK and Ireland on 13 December 2024.</w:t>
      </w:r>
    </w:p>
    <w:p>
      <w:r>
        <w:t>The ensemble cast includes notable actors such as Daniel Craig, Drew Starkey, Oscar nominee Lesley Manville, Jason Schwartzman, Henrique Zaga, and Omar Apollo. Further cast members include Andra Ursuta, Andres Duprat, Ariel Shulman, Drew Droege, Michael Borremans, David Lowery, Lisandro Alonso, and Colin Bates, ensuring a diverse and talented group of artists bringing the story to life.</w:t>
      </w:r>
    </w:p>
    <w:p>
      <w:r>
        <w:t>"Queer" boasts a screenplay by Justin Kuritzkes, known for his work on "Challengers". Acclaimed musicians Trent Reznor and Atticus Ross provide the film's score, adding to their impressive portfolio including "The Killer", "Bones and All", and "Mank". The film's striking visuals are crafted by cinematographer Sayombhu Mukdeeprom, whose previous work includes "Call Me By Your Name" and "Suspiria". Editing is handled by Marco Costa, and the costumes are designed by J.W. Anderson.</w:t>
      </w:r>
    </w:p>
    <w:p>
      <w:r>
        <w:t>Set in 1950, "Queer" follows William Lee, an American expatriate in Mexico City, whose solitary existence is interrupted by the arrival of Eugene Allerton, a fellow expatriate and former soldier. Their meeting signals the possibility of forming a meaningful and intimate relationship, a first for Lee in the bustling city.</w:t>
      </w:r>
    </w:p>
    <w:p>
      <w:r>
        <w:t>The film has already made its mark internationally, with its US premiere taking place in the Spotlight Gala slot at the New York Film Festival and a UK premiere as a Special Presentation at the BFI London Film Festival on 17 October 2024.</w:t>
      </w:r>
    </w:p>
    <w:p>
      <w:r>
        <w:t>Produced by Fremantle and its North American counterpart, along with Lorenzo Mieli for The Apartment, a Fremantle Group Company, and Luca Guadagnino for his Frenesy Film Company, "Queer" is a collaboration with Cinecittà and Frame by Frame. The film was financed by Fremantle Group.</w:t>
      </w:r>
    </w:p>
    <w:p>
      <w:r>
        <w:t>The anticipation builds as "Queer" prepares to hit UK and Irish cinemas this December, offering audiences a poignant exploration of connection and identity.</w:t>
      </w:r>
    </w:p>
    <w:p>
      <w:pPr>
        <w:pStyle w:val="Heading2"/>
      </w:pPr>
      <w:r>
        <w:t>References</w:t>
      </w:r>
    </w:p>
    <w:p>
      <w:pPr>
        <w:pStyle w:val="ListBullet"/>
      </w:pPr>
      <w:hyperlink r:id="rId11">
        <w:r>
          <w:rPr>
            <w:u w:val="single"/>
            <w:color w:val="0000FF"/>
            <w:rStyle w:val="Hyperlink"/>
          </w:rPr>
          <w:t>https://mubi.com/en/us/films/queer</w:t>
        </w:r>
      </w:hyperlink>
      <w:r>
        <w:t xml:space="preserve"> - Corroborates the director and setting of the film 'Queer' by Luca Guadagnino.</w:t>
      </w:r>
    </w:p>
    <w:p>
      <w:pPr>
        <w:pStyle w:val="ListBullet"/>
      </w:pPr>
      <w:hyperlink r:id="rId12">
        <w:r>
          <w:rPr>
            <w:u w:val="single"/>
            <w:color w:val="0000FF"/>
            <w:rStyle w:val="Hyperlink"/>
          </w:rPr>
          <w:t>https://x.com/mubi/status/1851247652249419916</w:t>
        </w:r>
      </w:hyperlink>
      <w:r>
        <w:t xml:space="preserve"> - Confirms the director, Luca Guadagnino, and the release timing of the film 'Queer'.</w:t>
      </w:r>
    </w:p>
    <w:p>
      <w:pPr>
        <w:pStyle w:val="ListBullet"/>
      </w:pPr>
      <w:hyperlink r:id="rId13">
        <w:r>
          <w:rPr>
            <w:u w:val="single"/>
            <w:color w:val="0000FF"/>
            <w:rStyle w:val="Hyperlink"/>
          </w:rPr>
          <w:t>https://www.youtube.com/watch?v=eknj5_0tF2s</w:t>
        </w:r>
      </w:hyperlink>
      <w:r>
        <w:t xml:space="preserve"> - Provides details on the cast, including Daniel Craig, Drew Starkey, and others, as well as the release date and director.</w:t>
      </w:r>
    </w:p>
    <w:p>
      <w:pPr>
        <w:pStyle w:val="ListBullet"/>
      </w:pPr>
      <w:hyperlink r:id="rId14">
        <w:r>
          <w:rPr>
            <w:u w:val="single"/>
            <w:color w:val="0000FF"/>
            <w:rStyle w:val="Hyperlink"/>
          </w:rPr>
          <w:t>https://thepeoplesmovies.com/daniel-craig-desiring-love-in-luca-guadagninos-queer-trailer/</w:t>
        </w:r>
      </w:hyperlink>
      <w:r>
        <w:t xml:space="preserve"> - Supports the information about the cast, director, and setting of the film 'Queer'.</w:t>
      </w:r>
    </w:p>
    <w:p>
      <w:pPr>
        <w:pStyle w:val="ListBullet"/>
      </w:pPr>
      <w:hyperlink r:id="rId15">
        <w:r>
          <w:rPr>
            <w:u w:val="single"/>
            <w:color w:val="0000FF"/>
            <w:rStyle w:val="Hyperlink"/>
          </w:rPr>
          <w:t>https://keithlovesmovies.com/2024/10/29/queer-official-trailer/</w:t>
        </w:r>
      </w:hyperlink>
      <w:r>
        <w:t xml:space="preserve"> - Corroborates the release of the official trailer for 'Queer' and its director.</w:t>
      </w:r>
    </w:p>
    <w:p>
      <w:pPr>
        <w:pStyle w:val="ListBullet"/>
      </w:pPr>
      <w:hyperlink r:id="rId13">
        <w:r>
          <w:rPr>
            <w:u w:val="single"/>
            <w:color w:val="0000FF"/>
            <w:rStyle w:val="Hyperlink"/>
          </w:rPr>
          <w:t>https://www.youtube.com/watch?v=eknj5_0tF2s</w:t>
        </w:r>
      </w:hyperlink>
      <w:r>
        <w:t xml:space="preserve"> - Details the screenplay by Justin Kuritzkes and the involvement of notable musicians Trent Reznor and Atticus Ross.</w:t>
      </w:r>
    </w:p>
    <w:p>
      <w:pPr>
        <w:pStyle w:val="ListBullet"/>
      </w:pPr>
      <w:hyperlink r:id="rId14">
        <w:r>
          <w:rPr>
            <w:u w:val="single"/>
            <w:color w:val="0000FF"/>
            <w:rStyle w:val="Hyperlink"/>
          </w:rPr>
          <w:t>https://thepeoplesmovies.com/daniel-craig-desiring-love-in-luca-guadagninos-queer-trailer/</w:t>
        </w:r>
      </w:hyperlink>
      <w:r>
        <w:t xml:space="preserve"> - Mentions the film's premiere at the New York Film Festival and BFI London Film Festival.</w:t>
      </w:r>
    </w:p>
    <w:p>
      <w:pPr>
        <w:pStyle w:val="ListBullet"/>
      </w:pPr>
      <w:hyperlink r:id="rId12">
        <w:r>
          <w:rPr>
            <w:u w:val="single"/>
            <w:color w:val="0000FF"/>
            <w:rStyle w:val="Hyperlink"/>
          </w:rPr>
          <w:t>https://x.com/mubi/status/1851247652249419916</w:t>
        </w:r>
      </w:hyperlink>
      <w:r>
        <w:t xml:space="preserve"> - Supports the production companies involved, including Fremantle and Frenesy Film Company.</w:t>
      </w:r>
    </w:p>
    <w:p>
      <w:pPr>
        <w:pStyle w:val="ListBullet"/>
      </w:pPr>
      <w:hyperlink r:id="rId13">
        <w:r>
          <w:rPr>
            <w:u w:val="single"/>
            <w:color w:val="0000FF"/>
            <w:rStyle w:val="Hyperlink"/>
          </w:rPr>
          <w:t>https://www.youtube.com/watch?v=eknj5_0tF2s</w:t>
        </w:r>
      </w:hyperlink>
      <w:r>
        <w:t xml:space="preserve"> - Confirms the cinematographer Sayombhu Mukdeeprom and costume designer J.W. Anderson.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youtube.com/watch?v=mAHLeom3OVg" TargetMode="External"/><Relationship Id="rId11" Type="http://schemas.openxmlformats.org/officeDocument/2006/relationships/hyperlink" Target="https://mubi.com/en/us/films/queer" TargetMode="External"/><Relationship Id="rId12" Type="http://schemas.openxmlformats.org/officeDocument/2006/relationships/hyperlink" Target="https://x.com/mubi/status/1851247652249419916" TargetMode="External"/><Relationship Id="rId13" Type="http://schemas.openxmlformats.org/officeDocument/2006/relationships/hyperlink" Target="https://www.youtube.com/watch?v=eknj5_0tF2s" TargetMode="External"/><Relationship Id="rId14" Type="http://schemas.openxmlformats.org/officeDocument/2006/relationships/hyperlink" Target="https://thepeoplesmovies.com/daniel-craig-desiring-love-in-luca-guadagninos-queer-trailer/" TargetMode="External"/><Relationship Id="rId15" Type="http://schemas.openxmlformats.org/officeDocument/2006/relationships/hyperlink" Target="https://keithlovesmovies.com/2024/10/29/queer-official-trail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