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Christina Aguilera is ready to take over Christmas...</w:t>
      </w:r>
      <w:r/>
    </w:p>
    <w:p>
      <w:r/>
      <w:r/>
    </w:p>
    <w:p>
      <w:r>
        <w:drawing>
          <wp:inline xmlns:a="http://schemas.openxmlformats.org/drawingml/2006/main" xmlns:pic="http://schemas.openxmlformats.org/drawingml/2006/picture">
            <wp:extent cx="5080000" cy="290602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6026"/>
                    </a:xfrm>
                    <a:prstGeom prst="rect"/>
                  </pic:spPr>
                </pic:pic>
              </a:graphicData>
            </a:graphic>
          </wp:inline>
        </w:drawing>
      </w:r>
    </w:p>
    <w:p>
      <w:r/>
      <w:r>
        <w:t>Never mind Mariah, Christina Aguilera will bring a holiday concert to cinemas this month with Christina Aguilera: Christmas in Paris, a film that captures a small, theatrical performance staged beside the Eiffel Tower.</w:t>
      </w:r>
      <w:r/>
    </w:p>
    <w:p>
      <w:r/>
      <w:r>
        <w:t>The concert film, directed by Emmy‑winning filmmaker Sam Wrench, will be shown in more than 700 theatres across the United States and in additional venues internationally on 14 and 21 December. It accompanies the singer’s renewed push into seasonal music to mark the 25th anniversary of her 2000 holiday album My Kind of Christmas.</w:t>
      </w:r>
      <w:r/>
    </w:p>
    <w:p>
      <w:r/>
      <w:r>
        <w:t>Shot on a winter garden terrace above the Musée du Quai Branly, the production features Aguilera performing for an intimate audience of around 250 guests. Publicity materials say the Eiffel Tower was lit and dressed as a 'shimmering Christmas tree' for the event; the programme includes reworked holiday standards alongside some of Aguilera’s best‑known songs. Scenes filmed at the Paris cabaret Crazy Horse are also said to appear in the film, showing Aguilera in a cabaret sequence performing several of her anthems.</w:t>
      </w:r>
      <w:r/>
    </w:p>
    <w:p>
      <w:r/>
      <w:r>
        <w:t>The first single from the project, My Favorite Things – Live from the Eiffel Tower, and an accompanying live performance video were released ahead of the film. Both that track and the film’s title song are now available on streaming platforms with their official live videos.</w:t>
      </w:r>
      <w:r/>
    </w:p>
    <w:p>
      <w:pPr>
        <w:pStyle w:val="Heading2"/>
      </w:pPr>
      <w:r>
        <w:t>Bibliography</w:t>
      </w:r>
      <w:r/>
      <w:r/>
    </w:p>
    <w:p>
      <w:pPr>
        <w:pStyle w:val="ListNumber"/>
        <w:numPr>
          <w:ilvl w:val="0"/>
          <w:numId w:val="14"/>
        </w:numPr>
        <w:spacing w:line="240" w:lineRule="auto"/>
        <w:ind w:left="720"/>
      </w:pPr>
      <w:r/>
      <w:hyperlink r:id="rId9">
        <w:r>
          <w:rPr>
            <w:color w:val="0000EE"/>
            <w:u w:val="single"/>
          </w:rPr>
          <w:t>https://www.fathomentertainment.com/releases/christina-aguilera-christmas-in-paris/</w:t>
        </w:r>
      </w:hyperlink>
      <w:r>
        <w:t xml:space="preserve"> - This official release page from Fathom Entertainment provides details about the premiere of 'Christina Aguilera: Christmas in Paris' in over 700 theatres across the United States and internationally on 14 and 21 December 2025.</w:t>
      </w:r>
      <w:r/>
    </w:p>
    <w:p>
      <w:pPr>
        <w:pStyle w:val="ListNumber"/>
        <w:spacing w:line="240" w:lineRule="auto"/>
        <w:ind w:left="720"/>
      </w:pPr>
      <w:r/>
      <w:hyperlink r:id="rId10">
        <w:r>
          <w:rPr>
            <w:color w:val="0000EE"/>
            <w:u w:val="single"/>
          </w:rPr>
          <w:t>https://www.fathomentertainment.com/news/13367-2/</w:t>
        </w:r>
      </w:hyperlink>
      <w:r>
        <w:t xml:space="preserve"> - This article from Fathom Entertainment discusses the production of 'Christina Aguilera: Christmas in Paris,' directed by Emmy-winning filmmaker Sam Wrench, and its theatrical release in December 2025.</w:t>
      </w:r>
      <w:r/>
    </w:p>
    <w:p>
      <w:pPr>
        <w:pStyle w:val="ListNumber"/>
        <w:spacing w:line="240" w:lineRule="auto"/>
        <w:ind w:left="720"/>
      </w:pPr>
      <w:r/>
      <w:hyperlink r:id="rId11">
        <w:r>
          <w:rPr>
            <w:color w:val="0000EE"/>
            <w:u w:val="single"/>
          </w:rPr>
          <w:t>https://www.fathomentertainment.com/news/vertigo-live-productions-roc-nation-and-fathom-entertainment-to-premiere-christina-aguilera-christmas-in-paris-for-u-s-audiences-in-theatres-december-14-and-21/</w:t>
        </w:r>
      </w:hyperlink>
      <w:r>
        <w:t xml:space="preserve"> - This press release from Fathom Entertainment announces the premiere of 'Christina Aguilera: Christmas in Paris' in U.S. theatres on 14 and 21 December 2025, marking the 25th anniversary of Aguilera's 2000 holiday album 'My Kind of Christmas.'</w:t>
      </w:r>
      <w:r/>
    </w:p>
    <w:p>
      <w:pPr>
        <w:pStyle w:val="ListNumber"/>
        <w:spacing w:line="240" w:lineRule="auto"/>
        <w:ind w:left="720"/>
      </w:pPr>
      <w:r/>
      <w:hyperlink r:id="rId12">
        <w:r>
          <w:rPr>
            <w:color w:val="0000EE"/>
            <w:u w:val="single"/>
          </w:rPr>
          <w:t>https://www.rottentomatoes.com/m/christina_aguilera_christmas_in_paris</w:t>
        </w:r>
      </w:hyperlink>
      <w:r>
        <w:t xml:space="preserve"> - This Rotten Tomatoes page provides information about 'Christina Aguilera: Christmas in Paris,' including its release date, director, and a brief description of the film's content.</w:t>
      </w:r>
      <w:r/>
    </w:p>
    <w:p>
      <w:pPr>
        <w:pStyle w:val="ListNumber"/>
        <w:spacing w:line="240" w:lineRule="auto"/>
        <w:ind w:left="720"/>
      </w:pPr>
      <w:r/>
      <w:hyperlink r:id="rId13">
        <w:r>
          <w:rPr>
            <w:color w:val="0000EE"/>
            <w:u w:val="single"/>
          </w:rPr>
          <w:t>https://www.thewrap.com/christina-aguilera-christmas-in-paris-concert-film-release-date/</w:t>
        </w:r>
      </w:hyperlink>
      <w:r>
        <w:t xml:space="preserve"> - This article from TheWrap details the release date and production details of 'Christina Aguilera: Christmas in Paris,' including its theatrical release in December 2025 and its connection to Aguilera's 2000 holiday album.</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fathomentertainment.com/releases/christina-aguilera-christmas-in-paris/" TargetMode="External"/><Relationship Id="rId10" Type="http://schemas.openxmlformats.org/officeDocument/2006/relationships/hyperlink" Target="https://www.fathomentertainment.com/news/13367-2/" TargetMode="External"/><Relationship Id="rId11" Type="http://schemas.openxmlformats.org/officeDocument/2006/relationships/hyperlink" Target="https://www.fathomentertainment.com/news/vertigo-live-productions-roc-nation-and-fathom-entertainment-to-premiere-christina-aguilera-christmas-in-paris-for-u-s-audiences-in-theatres-december-14-and-21/" TargetMode="External"/><Relationship Id="rId12" Type="http://schemas.openxmlformats.org/officeDocument/2006/relationships/hyperlink" Target="https://www.rottentomatoes.com/m/christina_aguilera_christmas_in_paris" TargetMode="External"/><Relationship Id="rId13" Type="http://schemas.openxmlformats.org/officeDocument/2006/relationships/hyperlink" Target="https://www.thewrap.com/christina-aguilera-christmas-in-paris-concert-film-release-d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