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Gays in a ball pit! Now, does that sound like the most fun Christmas party of the year (after the JAKE one, of course)?</w:t>
      </w:r>
      <w:r/>
    </w:p>
    <w:p>
      <w:r/>
      <w:r/>
    </w:p>
    <w:p>
      <w:r>
        <w:drawing>
          <wp:inline xmlns:a="http://schemas.openxmlformats.org/drawingml/2006/main" xmlns:pic="http://schemas.openxmlformats.org/drawingml/2006/picture">
            <wp:extent cx="5080000" cy="281093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10933"/>
                    </a:xfrm>
                    <a:prstGeom prst="rect"/>
                  </pic:spPr>
                </pic:pic>
              </a:graphicData>
            </a:graphic>
          </wp:inline>
        </w:drawing>
      </w:r>
    </w:p>
    <w:p>
      <w:r/>
      <w:r>
        <w:t>A new LGBTQ+ party brand is staging a festive event at one of Shoreditch’s most distinctive venues this December. And we're going to be there... with bells on! Not literally bells, but you know what we mean. Mind you, we do have bells.</w:t>
      </w:r>
      <w:r/>
    </w:p>
    <w:p>
      <w:r/>
      <w:r>
        <w:t>SISSIES, which launched earlier this year, will host SISSIES At Christmas at Ballie Ballerson on Thursday 11 December 2025. Ballie Ballerson, a Shoreditch bar known for its illuminated ball pits - yes, you heard that right, ball pits for adults: imagine what could go on! - and neon interiors, bills itself as having one of the 'biggest glowing ball pits in the world'.</w:t>
      </w:r>
      <w:r/>
    </w:p>
    <w:p>
      <w:r/>
      <w:r>
        <w:t>The evening will feature DJs TeTe Bang and Raul Botella on the decks from 11pm, with performances by dancers from queer performance collective Homoparody. Organisers say the night will include a Christmas raffle with a prize pot of £250; proceeds will go to Stonewall Housing, a charity that provides accommodation and support for LGBTQ+ people.</w:t>
      </w:r>
      <w:r/>
    </w:p>
    <w:p>
      <w:r/>
      <w:r>
        <w:t>SISSIES made its debut in April with SISSIES In The House at The Little Violet Door. That launch attracted a celebrity and influencer crowd, including Big Brother UK 2024 winner Ali Bromley, radio presenters Jordan Lee and James Barr, RuPaul’s Drag Race UK season 6 star KiKi Snatch, and reality TV personality Kabir Khurana. The event was sponsored by food delivery company Just Eat.</w:t>
      </w:r>
      <w:r/>
    </w:p>
    <w:p>
      <w:r/>
      <w:r>
        <w:t xml:space="preserve">Head to </w:t>
      </w:r>
      <w:hyperlink r:id="rId9">
        <w:r>
          <w:rPr>
            <w:color w:val="0000EE"/>
            <w:u w:val="single"/>
          </w:rPr>
          <w:t>SISSIES</w:t>
        </w:r>
      </w:hyperlink>
      <w:r>
        <w:t xml:space="preserve"> to get your tickets.</w:t>
      </w:r>
      <w:r/>
    </w:p>
    <w:p>
      <w:pPr>
        <w:pStyle w:val="Heading2"/>
      </w:pPr>
      <w:r>
        <w:t>Bibliography</w:t>
      </w:r>
      <w:r/>
      <w:r/>
    </w:p>
    <w:p>
      <w:pPr>
        <w:pStyle w:val="ListNumber"/>
        <w:numPr>
          <w:ilvl w:val="0"/>
          <w:numId w:val="14"/>
        </w:numPr>
        <w:spacing w:line="240" w:lineRule="auto"/>
        <w:ind w:left="720"/>
      </w:pPr>
      <w:r/>
      <w:hyperlink r:id="rId10">
        <w:r>
          <w:rPr>
            <w:color w:val="0000EE"/>
            <w:u w:val="single"/>
          </w:rPr>
          <w:t>https://www.sissies.co.uk/</w:t>
        </w:r>
      </w:hyperlink>
      <w:r>
        <w:t xml:space="preserve"> - The official SISSIES website provides details about the 'SISSIES At Christmas' event at Ballie Ballerson on 11 December 2025, including information about the DJs, performers, and the £250 Christmas raffle supporting Stonewall Housing.</w:t>
      </w:r>
      <w:r/>
    </w:p>
    <w:p>
      <w:pPr>
        <w:pStyle w:val="ListNumber"/>
        <w:spacing w:line="240" w:lineRule="auto"/>
        <w:ind w:left="720"/>
      </w:pPr>
      <w:r/>
      <w:hyperlink r:id="rId11">
        <w:r>
          <w:rPr>
            <w:color w:val="0000EE"/>
            <w:u w:val="single"/>
          </w:rPr>
          <w:t>https://www.radiotoday.uk/2025/04/gaydio-presenter-launches-brand-new-lgbtq-pool-party-event/</w:t>
        </w:r>
      </w:hyperlink>
      <w:r>
        <w:t xml:space="preserve"> - An article from RadioToday discusses the launch of SISSIES, the new LGBTQ+ events brand founded by Nick McCluskey, highlighting the 'SISSIES In The House' event at The Little Violet Door in April 2025, which attracted a celebrity and influencer crowd.</w:t>
      </w:r>
      <w:r/>
    </w:p>
    <w:p>
      <w:pPr>
        <w:pStyle w:val="ListNumber"/>
        <w:spacing w:line="240" w:lineRule="auto"/>
        <w:ind w:left="720"/>
      </w:pPr>
      <w:r/>
      <w:hyperlink r:id="rId12">
        <w:r>
          <w:rPr>
            <w:color w:val="0000EE"/>
            <w:u w:val="single"/>
          </w:rPr>
          <w:t>https://www.patroc.com/gay/london/d/sissies-party.html</w:t>
        </w:r>
      </w:hyperlink>
      <w:r>
        <w:t xml:space="preserve"> - Patroc London Gay Guide provides information about the 'SISSIES at Christmas' event at Ballie Ballerson on 11 December 2025, detailing the DJs, performers, and the £250 cash giveaway.</w:t>
      </w:r>
      <w:r/>
    </w:p>
    <w:p>
      <w:pPr>
        <w:pStyle w:val="ListNumber"/>
        <w:spacing w:line="240" w:lineRule="auto"/>
        <w:ind w:left="720"/>
      </w:pPr>
      <w:r/>
      <w:hyperlink r:id="rId13">
        <w:r>
          <w:rPr>
            <w:color w:val="0000EE"/>
            <w:u w:val="single"/>
          </w:rPr>
          <w:t>https://www.outsavvy.com/event/31221/sissies-at-christmas</w:t>
        </w:r>
      </w:hyperlink>
      <w:r>
        <w:t xml:space="preserve"> - OutSavvy offers ticketing and event details for 'SISSIES at Christmas' at Ballie Ballerson on 11 December 2025, including information about the DJs, performers, and the £250 Christmas raffle.</w:t>
      </w:r>
      <w:r/>
    </w:p>
    <w:p>
      <w:pPr>
        <w:pStyle w:val="ListNumber"/>
        <w:spacing w:line="240" w:lineRule="auto"/>
        <w:ind w:left="720"/>
      </w:pPr>
      <w:r/>
      <w:hyperlink r:id="rId14">
        <w:r>
          <w:rPr>
            <w:color w:val="0000EE"/>
            <w:u w:val="single"/>
          </w:rPr>
          <w:t>https://www.sussexexpress.co.uk/arts-and-culture/the-uks-biggest-lgbtq-pool-party-heads-to-saltdean-lido-this-september-5208105</w:t>
        </w:r>
      </w:hyperlink>
      <w:r>
        <w:t xml:space="preserve"> - An article from Sussex Express covers the 'SISSIES By The Pool' event at Saltdean Lido in Brighton on 6 September 2025, highlighting the event's scale and the performances by drag artists and international DJs.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www.sissies.co.uk" TargetMode="External"/><Relationship Id="rId10" Type="http://schemas.openxmlformats.org/officeDocument/2006/relationships/hyperlink" Target="https://www.sissies.co.uk/" TargetMode="External"/><Relationship Id="rId11" Type="http://schemas.openxmlformats.org/officeDocument/2006/relationships/hyperlink" Target="https://www.radiotoday.uk/2025/04/gaydio-presenter-launches-brand-new-lgbtq-pool-party-event/" TargetMode="External"/><Relationship Id="rId12" Type="http://schemas.openxmlformats.org/officeDocument/2006/relationships/hyperlink" Target="https://www.patroc.com/gay/london/d/sissies-party.html" TargetMode="External"/><Relationship Id="rId13" Type="http://schemas.openxmlformats.org/officeDocument/2006/relationships/hyperlink" Target="https://www.outsavvy.com/event/31221/sissies-at-christmas" TargetMode="External"/><Relationship Id="rId14" Type="http://schemas.openxmlformats.org/officeDocument/2006/relationships/hyperlink" Target="https://www.sussexexpress.co.uk/arts-and-culture/the-uks-biggest-lgbtq-pool-party-heads-to-saltdean-lido-this-september-52081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