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Colman Domingo tells critics to 'calm down' over drag appearance in Sabrina Carpenter video</w:t>
      </w:r>
      <w:r/>
    </w:p>
    <w:p>
      <w:r/>
      <w:r/>
    </w:p>
    <w:p>
      <w:r>
        <w:drawing>
          <wp:inline xmlns:a="http://schemas.openxmlformats.org/drawingml/2006/main" xmlns:pic="http://schemas.openxmlformats.org/drawingml/2006/picture">
            <wp:extent cx="5080000" cy="309096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90969"/>
                    </a:xfrm>
                    <a:prstGeom prst="rect"/>
                  </pic:spPr>
                </pic:pic>
              </a:graphicData>
            </a:graphic>
          </wp:inline>
        </w:drawing>
      </w:r>
    </w:p>
    <w:p>
      <w:r/>
      <w:r>
        <w:t>Double Oscar-nominated gay actor Colman Domingo has urged a critic to 'calm down' following backlash over his cameo in Sabrina Carpenter’s latest music video. Last week, the singer-songwriter unveiled the vibrant visual for her new track, Tears, which draws inspiration from the 1975 cult classic The Rocky Horror Picture Show. In the clip, directed by Bardia Zeinali, Domingo appears in drag. No!</w:t>
      </w:r>
      <w:r/>
    </w:p>
    <w:p>
      <w:r/>
      <w:r>
        <w:t>However, shortly after the video’s release, one social media user took to X (formerly Twitter) to dismiss Domingo’s appearance, claiming that it was “bulls**t” for the actor—best known for his role in Sing and a prolific theatre and film career—to feature in the music video. The remark sparked a swift response from Domingo himself.</w:t>
      </w:r>
      <w:r/>
    </w:p>
    <w:p>
      <w:r/>
      <w:r>
        <w:t>Addressing the criticism the next day, Domingo retorted on the platform, 'It’s a character. Like all the characters I play. Calm down brother. Enjoy the video and the fun that it possesses. Dance it out! It ain’t that deep.' He further echoed a famous quote from drag icon RuPaul, stating, 'We are born naked and everything else is drag.'</w:t>
      </w:r>
      <w:r/>
    </w:p>
    <w:p>
      <w:r/>
      <w:r>
        <w:t>Domingo also expressed gratitude for being included in the project. He took to X to thank Sabrina Carpenter for the invitation, writing, 'Didn’t see that coming, did ya? Thank you Sabs for inviting me to truly play.' His participation in the Tears video coincides with Carpenter’s new album, Man’s Best Friend, which is out now.</w:t>
      </w:r>
      <w:r/>
    </w:p>
    <w:p>
      <w:r/>
      <w:r>
        <w:t xml:space="preserve">See the video </w:t>
      </w:r>
      <w:hyperlink r:id="rId9">
        <w:r>
          <w:rPr>
            <w:color w:val="0000EE"/>
            <w:u w:val="single"/>
          </w:rPr>
          <w:t>here</w:t>
        </w:r>
      </w:hyperlink>
      <w:r>
        <w:t>.</w:t>
      </w:r>
      <w:r/>
    </w:p>
    <w:p>
      <w:pPr>
        <w:pStyle w:val="Heading2"/>
      </w:pPr>
      <w:r>
        <w:t>Bibliography</w:t>
      </w:r>
      <w:r/>
      <w:r/>
    </w:p>
    <w:p>
      <w:pPr>
        <w:pStyle w:val="ListNumber"/>
        <w:numPr>
          <w:ilvl w:val="0"/>
          <w:numId w:val="14"/>
        </w:numPr>
        <w:spacing w:line="240" w:lineRule="auto"/>
        <w:ind w:left="720"/>
      </w:pPr>
      <w:r/>
      <w:hyperlink r:id="rId10">
        <w:r>
          <w:rPr>
            <w:color w:val="0000EE"/>
            <w:u w:val="single"/>
          </w:rPr>
          <w:t>https://www.realitytea.com/2025/08/29/sabrina-carpenter-colman-domingo-drag-tears-music-video/</w:t>
        </w:r>
      </w:hyperlink>
      <w:r>
        <w:t xml:space="preserve"> - This article discusses Colman Domingo's appearance in drag in Sabrina Carpenter's 'Tears' music video, highlighting his role in the video and the visual style.</w:t>
      </w:r>
      <w:r/>
    </w:p>
    <w:p>
      <w:pPr>
        <w:pStyle w:val="ListNumber"/>
        <w:spacing w:line="240" w:lineRule="auto"/>
        <w:ind w:left="720"/>
      </w:pPr>
      <w:r/>
      <w:hyperlink r:id="rId11">
        <w:r>
          <w:rPr>
            <w:color w:val="0000EE"/>
            <w:u w:val="single"/>
          </w:rPr>
          <w:t>https://www.thefader.com/2025/08/29/colman-domingo-sabrina-carpenter-tears-video</w:t>
        </w:r>
      </w:hyperlink>
      <w:r>
        <w:t xml:space="preserve"> - This piece provides an overview of the 'Tears' music video, mentioning Colman Domingo's involvement and the video's release alongside Carpenter's new album.</w:t>
      </w:r>
      <w:r/>
    </w:p>
    <w:p>
      <w:pPr>
        <w:pStyle w:val="ListNumber"/>
        <w:spacing w:line="240" w:lineRule="auto"/>
        <w:ind w:left="720"/>
      </w:pPr>
      <w:r/>
      <w:hyperlink r:id="rId12">
        <w:r>
          <w:rPr>
            <w:color w:val="0000EE"/>
            <w:u w:val="single"/>
          </w:rPr>
          <w:t>https://www.thepinknews.com/2025/08/29/colman-domingo-sabrina-carpenter-rocky-horror-tears-music-video/</w:t>
        </w:r>
      </w:hyperlink>
      <w:r>
        <w:t xml:space="preserve"> - This article details Colman Domingo's drag performance in the 'Tears' music video, noting his homage to Dr. Frank-N-Furter from 'The Rocky Horror Picture Show'.</w:t>
      </w:r>
      <w:r/>
    </w:p>
    <w:p>
      <w:pPr>
        <w:pStyle w:val="ListNumber"/>
        <w:spacing w:line="240" w:lineRule="auto"/>
        <w:ind w:left="720"/>
      </w:pPr>
      <w:r/>
      <w:hyperlink r:id="rId13">
        <w:r>
          <w:rPr>
            <w:color w:val="0000EE"/>
            <w:u w:val="single"/>
          </w:rPr>
          <w:t>https://blavity.com/entertainment/sabrina-carpenter-tears-colman-domingo</w:t>
        </w:r>
      </w:hyperlink>
      <w:r>
        <w:t xml:space="preserve"> - This article highlights Colman Domingo's participation in Sabrina Carpenter's 'Tears' music video, emphasizing his drag-inspired looks and the video's homage to 1970s and 1980s drag scenes.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youtube.com/watch?v=V9vuCByb6js" TargetMode="External"/><Relationship Id="rId10" Type="http://schemas.openxmlformats.org/officeDocument/2006/relationships/hyperlink" Target="https://www.realitytea.com/2025/08/29/sabrina-carpenter-colman-domingo-drag-tears-music-video/" TargetMode="External"/><Relationship Id="rId11" Type="http://schemas.openxmlformats.org/officeDocument/2006/relationships/hyperlink" Target="https://www.thefader.com/2025/08/29/colman-domingo-sabrina-carpenter-tears-video" TargetMode="External"/><Relationship Id="rId12" Type="http://schemas.openxmlformats.org/officeDocument/2006/relationships/hyperlink" Target="https://www.thepinknews.com/2025/08/29/colman-domingo-sabrina-carpenter-rocky-horror-tears-music-video/" TargetMode="External"/><Relationship Id="rId13" Type="http://schemas.openxmlformats.org/officeDocument/2006/relationships/hyperlink" Target="https://blavity.com/entertainment/sabrina-carpenter-tears-colman-doming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