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Emerging Chinese designer ZY-PING shines at Paris Fashion Week</w:t>
      </w:r>
    </w:p>
    <w:p>
      <w:r/>
    </w:p>
    <w:p>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5486400" cy="3657600"/>
                    </a:xfrm>
                    <a:prstGeom prst="rect"/>
                  </pic:spPr>
                </pic:pic>
              </a:graphicData>
            </a:graphic>
          </wp:inline>
        </w:drawing>
      </w:r>
    </w:p>
    <w:p>
      <w:r>
        <w:t>Emerging Chinese Designer ZY-PING Shines at Paris Fashion Week</w:t>
      </w:r>
    </w:p>
    <w:p>
      <w:r>
        <w:t>On 29th September 2024, Zhao Yaping, the rising Chinese designer and founder of the burgeoning brand ZY-PING, made a notable European debut at the maison of Latin America on Boulevard Saint-Germain, located in Paris' esteemed 7th arrondissement.</w:t>
      </w:r>
    </w:p>
    <w:p>
      <w:r>
        <w:t>The much-awaited introduction of ZY-PING captivated Paris with its enchanting aesthetic and elegant hues. The brand, which had already received acclaim from internationally renowned figures, was celebrated for Yaping’s sophisticated global vision and her philosophy of fashion as an avenue for true innovation.</w:t>
      </w:r>
    </w:p>
    <w:p>
      <w:r>
        <w:t>In addition to her philanthropic efforts—supporting the education of children with autism for nearly two decades and funding surgeries for young burn victims in China—Zhao Yaping's passion for art and fashion has been evident since childhood. She views clothing as a medium for building confidence, not merely a form of beauty. Her meticulous attention to detail ensures the multifunctionality of her designs, advocating fashion as a means of self-expression and a reflection of character.</w:t>
      </w:r>
    </w:p>
    <w:p>
      <w:r>
        <w:t>The new ZY-PING collection infuses high-end customisation into everyday attire, catering to the modern woman for various settings. With simplicity, refinement, and confidence at its core, the collection seeks to express a woman's inner strength and charm through an elegant design language. ZY-PING draws inspiration from the fusion of traditional Eastern aesthetics and Western styles. Each piece reinterprets classic luxury with a contemporary perspective.</w:t>
      </w:r>
    </w:p>
    <w:p>
      <w:r>
        <w:t>As the brand evolved, Zhao Yaping was joined by Amanda Meng, an Italy-based designer celebrated across Europe and America. Meng seamlessly merges her international sensibility with Zhao Yaping's distinct and sophisticated design ethos. The debut collection of ZY-PING is already making waves in the fashion scenes of China and Europe, and has garnered notable recognition in the Middle East, even becoming a favourite among princesses.</w:t>
      </w:r>
    </w:p>
    <w:p>
      <w:r>
        <w:t>This debut cements ZY-PING’s position as a noteworthy addition to the global fashion landscape, bridging cultural boundaries with its unique blend of Eastern and Western influences.</w:t>
      </w:r>
    </w:p>
    <w:p>
      <w:pPr>
        <w:pStyle w:val="Heading2"/>
      </w:pPr>
      <w:r>
        <w:t>References</w:t>
      </w:r>
    </w:p>
    <w:p>
      <w:pPr>
        <w:pStyle w:val="ListBullet"/>
      </w:pPr>
      <w:hyperlink r:id="rId10">
        <w:r>
          <w:rPr>
            <w:u w:val="single"/>
            <w:color w:val="0000FF"/>
            <w:rStyle w:val="Hyperlink"/>
          </w:rPr>
          <w:t>https://www.eventbrite.fr/e/paris-fashion-air-fashion-brand-zy-ping-tickets-1010181378697</w:t>
        </w:r>
      </w:hyperlink>
      <w:r>
        <w:t xml:space="preserve"> - Corroborates the European debut of ZY-PING at the Maison de l'Amérique latine in Paris on September 29, 2024.</w:t>
      </w:r>
    </w:p>
    <w:p>
      <w:pPr>
        <w:pStyle w:val="ListBullet"/>
      </w:pPr>
      <w:hyperlink r:id="rId11">
        <w:r>
          <w:rPr>
            <w:u w:val="single"/>
            <w:color w:val="0000FF"/>
            <w:rStyle w:val="Hyperlink"/>
          </w:rPr>
          <w:t>https://www.thearcadiaonline.com/emerging-chinese-designer-zy-ping-radiates-at-paris-fashion-week/</w:t>
        </w:r>
      </w:hyperlink>
      <w:r>
        <w:t xml:space="preserve"> - Provides details about Zhao Yaping's European debut and the brand ZY-PING's presentation at Paris Fashion Week.</w:t>
      </w:r>
    </w:p>
    <w:p>
      <w:pPr>
        <w:pStyle w:val="ListBullet"/>
      </w:pPr>
      <w:hyperlink r:id="rId12">
        <w:r>
          <w:rPr>
            <w:u w:val="single"/>
            <w:color w:val="0000FF"/>
            <w:rStyle w:val="Hyperlink"/>
          </w:rPr>
          <w:t>https://allevents.in/paris/paris-fashion-air-fashion-brand-zy-ping/100001010181378697</w:t>
        </w:r>
      </w:hyperlink>
      <w:r>
        <w:t xml:space="preserve"> - Confirms the event dates and location of the ZY-PING fashion show at the Maison de l'Amérique latine.</w:t>
      </w:r>
    </w:p>
    <w:p>
      <w:pPr>
        <w:pStyle w:val="ListBullet"/>
      </w:pPr>
      <w:hyperlink r:id="rId11">
        <w:r>
          <w:rPr>
            <w:u w:val="single"/>
            <w:color w:val="0000FF"/>
            <w:rStyle w:val="Hyperlink"/>
          </w:rPr>
          <w:t>https://www.thearcadiaonline.com/emerging-chinese-designer-zy-ping-radiates-at-paris-fashion-week/</w:t>
        </w:r>
      </w:hyperlink>
      <w:r>
        <w:t xml:space="preserve"> - Highlights Zhao Yaping's philanthropic efforts and her philosophy on fashion as a medium for building confidence.</w:t>
      </w:r>
    </w:p>
    <w:p>
      <w:pPr>
        <w:pStyle w:val="ListBullet"/>
      </w:pPr>
      <w:hyperlink r:id="rId11">
        <w:r>
          <w:rPr>
            <w:u w:val="single"/>
            <w:color w:val="0000FF"/>
            <w:rStyle w:val="Hyperlink"/>
          </w:rPr>
          <w:t>https://www.thearcadiaonline.com/emerging-chinese-designer-zy-ping-radiates-at-paris-fashion-week/</w:t>
        </w:r>
      </w:hyperlink>
      <w:r>
        <w:t xml:space="preserve"> - Describes the new ZY-PING collection's focus on high-end customization and its blend of traditional Eastern and Western aesthetics.</w:t>
      </w:r>
    </w:p>
    <w:p>
      <w:pPr>
        <w:pStyle w:val="ListBullet"/>
      </w:pPr>
      <w:hyperlink r:id="rId11">
        <w:r>
          <w:rPr>
            <w:u w:val="single"/>
            <w:color w:val="0000FF"/>
            <w:rStyle w:val="Hyperlink"/>
          </w:rPr>
          <w:t>https://www.thearcadiaonline.com/emerging-chinese-designer-zy-ping-radiates-at-paris-fashion-week/</w:t>
        </w:r>
      </w:hyperlink>
      <w:r>
        <w:t xml:space="preserve"> - Mentions Amanda Meng's contribution to the brand and her international design sensibility.</w:t>
      </w:r>
    </w:p>
    <w:p>
      <w:pPr>
        <w:pStyle w:val="ListBullet"/>
      </w:pPr>
      <w:hyperlink r:id="rId11">
        <w:r>
          <w:rPr>
            <w:u w:val="single"/>
            <w:color w:val="0000FF"/>
            <w:rStyle w:val="Hyperlink"/>
          </w:rPr>
          <w:t>https://www.thearcadiaonline.com/emerging-chinese-designer-zy-ping-radiates-at-paris-fashion-week/</w:t>
        </w:r>
      </w:hyperlink>
      <w:r>
        <w:t xml:space="preserve"> - Details the recognition and impact of ZY-PING's debut collection in various global fashion scenes.</w:t>
      </w:r>
    </w:p>
    <w:p>
      <w:pPr>
        <w:pStyle w:val="ListBullet"/>
      </w:pPr>
      <w:hyperlink r:id="rId10">
        <w:r>
          <w:rPr>
            <w:u w:val="single"/>
            <w:color w:val="0000FF"/>
            <w:rStyle w:val="Hyperlink"/>
          </w:rPr>
          <w:t>https://www.eventbrite.fr/e/paris-fashion-air-fashion-brand-zy-ping-tickets-1010181378697</w:t>
        </w:r>
      </w:hyperlink>
      <w:r>
        <w:t xml:space="preserve"> - Provides the venue details, confirming the event took place at the Maison de l'Amérique latine.</w:t>
      </w:r>
    </w:p>
    <w:p>
      <w:pPr>
        <w:pStyle w:val="ListBullet"/>
      </w:pPr>
      <w:hyperlink r:id="rId12">
        <w:r>
          <w:rPr>
            <w:u w:val="single"/>
            <w:color w:val="0000FF"/>
            <w:rStyle w:val="Hyperlink"/>
          </w:rPr>
          <w:t>https://allevents.in/paris/paris-fashion-air-fashion-brand-zy-ping/100001010181378697</w:t>
        </w:r>
      </w:hyperlink>
      <w:r>
        <w:t xml:space="preserve"> - Lists the event schedule, including the exclusive dinner, which aligns with the brand's sophisticated and elegant presentation.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hyperlink" Target="https://www.eventbrite.fr/e/paris-fashion-air-fashion-brand-zy-ping-tickets-1010181378697" TargetMode="External"/><Relationship Id="rId11" Type="http://schemas.openxmlformats.org/officeDocument/2006/relationships/hyperlink" Target="https://www.thearcadiaonline.com/emerging-chinese-designer-zy-ping-radiates-at-paris-fashion-week/" TargetMode="External"/><Relationship Id="rId12" Type="http://schemas.openxmlformats.org/officeDocument/2006/relationships/hyperlink" Target="https://allevents.in/paris/paris-fashion-air-fashion-brand-zy-ping/100001010181378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