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Caleb Hearon shines in Sweethearts</w:t>
      </w:r>
    </w:p>
    <w:p>
      <w:r/>
    </w:p>
    <w:p>
      <w:r>
        <w:drawing>
          <wp:inline xmlns:a="http://schemas.openxmlformats.org/drawingml/2006/main" xmlns:pic="http://schemas.openxmlformats.org/drawingml/2006/picture">
            <wp:extent cx="5486400" cy="3538386"/>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538386"/>
                    </a:xfrm>
                    <a:prstGeom prst="rect"/>
                  </pic:spPr>
                </pic:pic>
              </a:graphicData>
            </a:graphic>
          </wp:inline>
        </w:drawing>
      </w:r>
    </w:p>
    <w:p>
      <w:r>
        <w:t>Caleb Hearon, a multi-talented comedian, actor, and podcast host, hails from Kansas City, Missouri, and is currently captivating audiences as Palmer in the HBO Max film Sweethearts. Hearon, known for his engaging presence and infectious laughter, has garnered a considerable following thanks to his relatable and humorous approach to storytelling.</w:t>
      </w:r>
    </w:p>
    <w:p>
      <w:r>
        <w:t>In a recent interview with Teen Vogue, Hearon expressed a desire to inhabit characters from iconic television series, specifically naming Girls and its protagonist Hannah, along with the infamous Tony Soprano from The Sopranos. He remarked, “Yeah, I’m going to tell you it would be Girls. I would love to play a character in Girls. Hannah. Obviously. And also Tony Soprano, how fun would that be?” This glimpse into his ambitions highlights his appreciation for complex characters and narratives.</w:t>
      </w:r>
    </w:p>
    <w:p>
      <w:r>
        <w:t>His podcast, So True With Caleb Hearon, showcases his chemistry with notable friends and guests, including Trixie Mattel, Drew Afualo, and Jaboukie. The podcast features light-hearted banter, where topics range from personal anecdotes to pop culture critiques, embodying a blend of warmth and irreverence that resonates with listeners. The interactions are described as wholesome yet robust, with Hearon’s ability to roast and be roasted contributing to the podcast’s charm.</w:t>
      </w:r>
    </w:p>
    <w:p>
      <w:r>
        <w:t>During a casual outing at Cafe Chelsea, located within the Chelsea Hotel, Hearon effortlessly engaged with staff and patrons alike, matching the café's lively atmosphere with his own warmth and humour. He shared an order that included oysters, shrimp cocktail, and fries, to which the server responded playfully, “I’m going to pull up a chair, that sounds good,” illustrating the easy rapport he establishes with those around him.</w:t>
      </w:r>
    </w:p>
    <w:p>
      <w:r>
        <w:t>Hearon’s opinions on contemporary culture are equally compelling. He critiques coffee shops that shy away from offering flavoured options, stating, “It's like we've lost our sense of whimsy,” showcasing his belief in embracing creativity and fun in everyday experiences. Additionally, he candidly addressed the debate over whether podcasters influenced political outcomes, dismissing the claim as overly simplistic: “Come on now. Good God, how convenient would that be for them to lose an election because you just didn't have a big enough podcaster on your side?”</w:t>
      </w:r>
    </w:p>
    <w:p>
      <w:r>
        <w:t>He also shared his thoughts on Gracie Abrams’ recent single, That’s So True, asserting that he believes the song resonates with his own podcast's themes, stating, “Yes, I do. I really fuck with it … I don't care who her dad is, she's singing. That girl's singing.”</w:t>
      </w:r>
    </w:p>
    <w:p>
      <w:r>
        <w:t>Through his work and public persona, Caleb Hearon continues to foster a connection with the LGBTQ+ community, leveraging his platform to share humour, insights, and authentic experiences. His role in Sweethearts and his podcast represent a vital space for representation and relatability, contributing to ongoing conversations within the community.</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https://en.wikipedia.org/wiki/Caleb_Hearon</w:t>
        </w:r>
      </w:hyperlink>
      <w:r>
        <w:t xml:space="preserve"> - Corroborates Caleb Hearon's background, including his birthplace, education, and early career in comedy.</w:t>
      </w:r>
    </w:p>
    <w:p>
      <w:pPr>
        <w:pStyle w:val="ListBullet"/>
      </w:pPr>
      <w:hyperlink r:id="rId12">
        <w:r>
          <w:rPr>
            <w:u w:val="single"/>
            <w:color w:val="0000FF"/>
            <w:rStyle w:val="Hyperlink"/>
          </w:rPr>
          <w:t>https://www.imdb.com/name/nm11016259/</w:t>
        </w:r>
      </w:hyperlink>
      <w:r>
        <w:t xml:space="preserve"> - Provides details on Caleb Hearon's career, including his roles in TV series and films, and his work as a writer for 'Human Resources'.</w:t>
      </w:r>
    </w:p>
    <w:p>
      <w:pPr>
        <w:pStyle w:val="ListBullet"/>
      </w:pPr>
      <w:hyperlink r:id="rId13">
        <w:r>
          <w:rPr>
            <w:u w:val="single"/>
            <w:color w:val="0000FF"/>
            <w:rStyle w:val="Hyperlink"/>
          </w:rPr>
          <w:t>https://tinkmedia.co/interviews/caleb-hearon-and-shelby-wolstein</w:t>
        </w:r>
      </w:hyperlink>
      <w:r>
        <w:t xml:space="preserve"> - Supports the information about Caleb Hearon's podcast 'Keeping Records' and his collaboration with Shelby Wolstein.</w:t>
      </w:r>
    </w:p>
    <w:p>
      <w:pPr>
        <w:pStyle w:val="ListBullet"/>
      </w:pPr>
      <w:hyperlink r:id="rId14">
        <w:r>
          <w:rPr>
            <w:u w:val="single"/>
            <w:color w:val="0000FF"/>
            <w:rStyle w:val="Hyperlink"/>
          </w:rPr>
          <w:t>https://www.allamericanspeakers.com/speakers/444049/Caleb-Hearon</w:t>
        </w:r>
      </w:hyperlink>
      <w:r>
        <w:t xml:space="preserve"> - Confirms Caleb Hearon's roles in various TV shows and films, his work on 'Human Resources', and his podcasting activities.</w:t>
      </w:r>
    </w:p>
    <w:p>
      <w:pPr>
        <w:pStyle w:val="ListBullet"/>
      </w:pPr>
      <w:hyperlink r:id="rId11">
        <w:r>
          <w:rPr>
            <w:u w:val="single"/>
            <w:color w:val="0000FF"/>
            <w:rStyle w:val="Hyperlink"/>
          </w:rPr>
          <w:t>https://en.wikipedia.org/wiki/Caleb_Hearon</w:t>
        </w:r>
      </w:hyperlink>
      <w:r>
        <w:t xml:space="preserve"> - Clarifies that Caleb Hearon is from Brookfield, Missouri, not Kansas City, and provides context on his early life and career.</w:t>
      </w:r>
    </w:p>
    <w:p>
      <w:pPr>
        <w:pStyle w:val="ListBullet"/>
      </w:pPr>
      <w:hyperlink r:id="rId12">
        <w:r>
          <w:rPr>
            <w:u w:val="single"/>
            <w:color w:val="0000FF"/>
            <w:rStyle w:val="Hyperlink"/>
          </w:rPr>
          <w:t>https://www.imdb.com/name/nm11016259/</w:t>
        </w:r>
      </w:hyperlink>
      <w:r>
        <w:t xml:space="preserve"> - Lists Caleb Hearon's filmography, including his role in the HBO Max film is not mentioned, but it confirms his involvement in other projects.</w:t>
      </w:r>
    </w:p>
    <w:p>
      <w:pPr>
        <w:pStyle w:val="ListBullet"/>
      </w:pPr>
      <w:hyperlink r:id="rId14">
        <w:r>
          <w:rPr>
            <w:u w:val="single"/>
            <w:color w:val="0000FF"/>
            <w:rStyle w:val="Hyperlink"/>
          </w:rPr>
          <w:t>https://www.allamericanspeakers.com/speakers/444049/Caleb-Hearon</w:t>
        </w:r>
      </w:hyperlink>
      <w:r>
        <w:t xml:space="preserve"> - Mentions Caleb Hearon's upcoming film roles and his contributions to the entertainment industry as an openly gay man.</w:t>
      </w:r>
    </w:p>
    <w:p>
      <w:pPr>
        <w:pStyle w:val="ListBullet"/>
      </w:pPr>
      <w:hyperlink r:id="rId11">
        <w:r>
          <w:rPr>
            <w:u w:val="single"/>
            <w:color w:val="0000FF"/>
            <w:rStyle w:val="Hyperlink"/>
          </w:rPr>
          <w:t>https://en.wikipedia.org/wiki/Caleb_Hearon</w:t>
        </w:r>
      </w:hyperlink>
      <w:r>
        <w:t xml:space="preserve"> - Details Caleb Hearon's work on 'Work in Progress' and 'Fargo', and his role as a writer for 'Human Resources'.</w:t>
      </w:r>
    </w:p>
    <w:p>
      <w:pPr>
        <w:pStyle w:val="ListBullet"/>
      </w:pPr>
      <w:hyperlink r:id="rId12">
        <w:r>
          <w:rPr>
            <w:u w:val="single"/>
            <w:color w:val="0000FF"/>
            <w:rStyle w:val="Hyperlink"/>
          </w:rPr>
          <w:t>https://www.imdb.com/name/nm11016259/</w:t>
        </w:r>
      </w:hyperlink>
      <w:r>
        <w:t xml:space="preserve"> - Provides a comprehensive list of Caleb Hearon's acting and writing credits, including 'Jurassic World Dominion' and 'I Used to Be Funny'.</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en.wikipedia.org/wiki/Caleb_Hearon" TargetMode="External"/><Relationship Id="rId12" Type="http://schemas.openxmlformats.org/officeDocument/2006/relationships/hyperlink" Target="https://www.imdb.com/name/nm11016259/" TargetMode="External"/><Relationship Id="rId13" Type="http://schemas.openxmlformats.org/officeDocument/2006/relationships/hyperlink" Target="https://tinkmedia.co/interviews/caleb-hearon-and-shelby-wolstein" TargetMode="External"/><Relationship Id="rId14" Type="http://schemas.openxmlformats.org/officeDocument/2006/relationships/hyperlink" Target="https://www.allamericanspeakers.com/speakers/444049/Caleb-Hear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