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What all the right gays will be watching this Christmas</w:t>
      </w:r>
    </w:p>
    <w:p>
      <w:r/>
    </w:p>
    <w:p>
      <w:r>
        <w:drawing>
          <wp:inline xmlns:a="http://schemas.openxmlformats.org/drawingml/2006/main" xmlns:pic="http://schemas.openxmlformats.org/drawingml/2006/picture">
            <wp:extent cx="5486400" cy="307796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77963"/>
                    </a:xfrm>
                    <a:prstGeom prst="rect"/>
                  </pic:spPr>
                </pic:pic>
              </a:graphicData>
            </a:graphic>
          </wp:inline>
        </w:drawing>
      </w:r>
    </w:p>
    <w:p>
      <w:r>
        <w:t>The festive spirit of the season is kicking off with a selection of new LGBTQ+ Christmas films, making their debut just in time for the holiday celebrations. The titles range from romantic comedies to specials featuring prominent figures in the LGBTQ+ community.</w:t>
      </w:r>
    </w:p>
    <w:p>
      <w:r>
        <w:t xml:space="preserve">First up is </w:t>
      </w:r>
      <w:r>
        <w:rPr>
          <w:b/>
        </w:rPr>
        <w:t>The Holiday Exchange</w:t>
      </w:r>
      <w:r>
        <w:t xml:space="preserve"> [pictured], which follows Wilde, a bachelor looking to break free from his holiday blues. He opts to swap homes on an LGBTQ+ app with a man named Oliver. Their journey evolves into an unexpected romantic adventure after they meet two locals in the picturesque town of Brilfax. Sound a little like a certain Kate Winslet/Cameron Diaz film to you. Available for streaming on ITVX, Tubi and Pluto TV.</w:t>
      </w:r>
    </w:p>
    <w:p>
      <w:r>
        <w:t xml:space="preserve">In a different vein, </w:t>
      </w:r>
      <w:r>
        <w:rPr>
          <w:b/>
        </w:rPr>
        <w:t>A Nonsense Christmas with Sabrina Carpenter</w:t>
      </w:r>
      <w:r>
        <w:t xml:space="preserve"> is set to premiere on December 6 on Netflix. Although Carpenter does not identify as queer, she has indicated that this special is "for the gays." Pop singer Chappell Roan will make a cameo appearance.</w:t>
      </w:r>
    </w:p>
    <w:p>
      <w:r>
        <w:t xml:space="preserve">For those looking for a blend of comedy and holiday chaos, </w:t>
      </w:r>
      <w:r>
        <w:rPr>
          <w:b/>
        </w:rPr>
        <w:t>Jack In Time For Christmas</w:t>
      </w:r>
      <w:r>
        <w:t xml:space="preserve"> features comedian Jack Whitehall alongside an ensemble cast including Michael Bublé, Dave Bautista, and Rebel Wilson. The narrative follows Whitehall as he becomes stranded in the United States with a mere four days left to return to the UK for Christmas. This film is set to premiere on December 3 on Prime Video.</w:t>
      </w:r>
    </w:p>
    <w:p>
      <w:r>
        <w:t xml:space="preserve">The </w:t>
      </w:r>
      <w:r>
        <w:rPr>
          <w:b/>
        </w:rPr>
        <w:t>Hallmark Channel</w:t>
      </w:r>
      <w:r>
        <w:t xml:space="preserve"> will debut </w:t>
      </w:r>
      <w:r>
        <w:rPr>
          <w:b/>
        </w:rPr>
        <w:t>Seasons Greetings from Cherry Lane</w:t>
      </w:r>
      <w:r>
        <w:t xml:space="preserve"> on December 5. This touching story revolves around three families who share a home in various time periods, striving to maintain the joy of the Christmas season amid life's obstacles.</w:t>
      </w:r>
    </w:p>
    <w:p>
      <w:r>
        <w:t xml:space="preserve">Another poignant film, </w:t>
      </w:r>
      <w:r>
        <w:rPr>
          <w:b/>
        </w:rPr>
        <w:t>You Are Not Me</w:t>
      </w:r>
      <w:r>
        <w:t>, tells the story of Aitana who returns to her family home after three years away, eager to introduce her wife and adopted son. Set against the backdrop of the Spanish countryside, Aitana is confronted with unexpected changes at home, notably the presence of Nadia, a Romanian refugee. This film is scheduled for theatrical release and digital access on December 6, exploring themes of family dynamics and societal issues.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https://www.cosmopolitan.com/entertainment/movies/g37530401/lgbt-holiday-christmas-movies/</w:t>
        </w:r>
      </w:hyperlink>
      <w:r>
        <w:t xml:space="preserve"> - Provides information on new and upcoming LGBTQ+ Christmas movies, including those on Hallmark and Netflix, which supports the article's mention of new LGBTQ+ Christmas films.</w:t>
      </w:r>
    </w:p>
    <w:p>
      <w:pPr>
        <w:pStyle w:val="ListBullet"/>
      </w:pPr>
      <w:hyperlink r:id="rId11">
        <w:r>
          <w:rPr>
            <w:u w:val="single"/>
            <w:color w:val="0000FF"/>
            <w:rStyle w:val="Hyperlink"/>
          </w:rPr>
          <w:t>https://www.cosmopolitan.com/entertainment/movies/g37530401/lgbt-holiday-christmas-movies/</w:t>
        </w:r>
      </w:hyperlink>
      <w:r>
        <w:t xml:space="preserve"> - Mentions 'A Nonsense Christmas with Sabrina Carpenter' and its premiere on Netflix, aligning with the article's details about this special.</w:t>
      </w:r>
    </w:p>
    <w:p>
      <w:pPr>
        <w:pStyle w:val="ListBullet"/>
      </w:pPr>
      <w:hyperlink r:id="rId11">
        <w:r>
          <w:rPr>
            <w:u w:val="single"/>
            <w:color w:val="0000FF"/>
            <w:rStyle w:val="Hyperlink"/>
          </w:rPr>
          <w:t>https://www.cosmopolitan.com/entertainment/movies/g37530401/lgbt-holiday-christmas-movies/</w:t>
        </w:r>
      </w:hyperlink>
      <w:r>
        <w:t xml:space="preserve"> - Discusses 'Season's Greetings From Cherry Lane' on Hallmark, corroborating the article's information about this film.</w:t>
      </w:r>
    </w:p>
    <w:p>
      <w:pPr>
        <w:pStyle w:val="ListBullet"/>
      </w:pPr>
      <w:hyperlink r:id="rId12">
        <w:r>
          <w:rPr>
            <w:u w:val="single"/>
            <w:color w:val="0000FF"/>
            <w:rStyle w:val="Hyperlink"/>
          </w:rPr>
          <w:t>https://www.grindr.com/blog/gay-christmas-movie</w:t>
        </w:r>
      </w:hyperlink>
      <w:r>
        <w:t xml:space="preserve"> - Lists various LGBTQ+ Christmas movies, including those on Hallmark and Lifetime, supporting the article's claim about the diversity of LGBTQ+ holiday films.</w:t>
      </w:r>
    </w:p>
    <w:p>
      <w:pPr>
        <w:pStyle w:val="ListBullet"/>
      </w:pPr>
      <w:hyperlink r:id="rId13">
        <w:r>
          <w:rPr>
            <w:u w:val="single"/>
            <w:color w:val="0000FF"/>
            <w:rStyle w:val="Hyperlink"/>
          </w:rPr>
          <w:t>https://www.thepinknews.com/2024/11/27/13-festive-lesbian-movies-thatll-warm-your-sapphic-heart/</w:t>
        </w:r>
      </w:hyperlink>
      <w:r>
        <w:t xml:space="preserve"> - Provides a list of lesbian Christmas movies, which aligns with the article's mention of a diverse array of LGBTQ+ stories during the festive season.</w:t>
      </w:r>
    </w:p>
    <w:p>
      <w:pPr>
        <w:pStyle w:val="ListBullet"/>
      </w:pPr>
      <w:hyperlink r:id="rId13">
        <w:r>
          <w:rPr>
            <w:u w:val="single"/>
            <w:color w:val="0000FF"/>
            <w:rStyle w:val="Hyperlink"/>
          </w:rPr>
          <w:t>https://www.thepinknews.com/2024/11/27/13-festive-lesbian-movies-thatll-warm-your-sapphic-heart/</w:t>
        </w:r>
      </w:hyperlink>
      <w:r>
        <w:t xml:space="preserve"> - Includes details about 'Friends &amp; Family Christmas' and other lesbian holiday films, supporting the article's focus on queer narratives in festive films.</w:t>
      </w:r>
    </w:p>
    <w:p>
      <w:pPr>
        <w:pStyle w:val="ListBullet"/>
      </w:pPr>
      <w:hyperlink r:id="rId14">
        <w:r>
          <w:rPr>
            <w:u w:val="single"/>
            <w:color w:val="0000FF"/>
            <w:rStyle w:val="Hyperlink"/>
          </w:rPr>
          <w:t>https://www.diva-magazine.com/2024/11/01/tellos-new-lesbian-christmas-film-to-premiere-in-november/</w:t>
        </w:r>
      </w:hyperlink>
      <w:r>
        <w:t xml:space="preserve"> - Announces Tello's new lesbian Christmas film, 'The Holiday Club,' which contributes to the representation of LGBTQ+ narratives in holiday films.</w:t>
      </w:r>
    </w:p>
    <w:p>
      <w:pPr>
        <w:pStyle w:val="ListBullet"/>
      </w:pPr>
      <w:hyperlink r:id="rId14">
        <w:r>
          <w:rPr>
            <w:u w:val="single"/>
            <w:color w:val="0000FF"/>
            <w:rStyle w:val="Hyperlink"/>
          </w:rPr>
          <w:t>https://www.diva-magazine.com/2024/11/01/tellos-new-lesbian-christmas-film-to-premiere-in-november/</w:t>
        </w:r>
      </w:hyperlink>
      <w:r>
        <w:t xml:space="preserve"> - Mentions other lesbian holiday films available on Tello, supporting the article's mention of a diverse lineup of LGBTQ+ holiday films.</w:t>
      </w:r>
    </w:p>
    <w:p>
      <w:pPr>
        <w:pStyle w:val="ListBullet"/>
      </w:pPr>
      <w:hyperlink r:id="rId11">
        <w:r>
          <w:rPr>
            <w:u w:val="single"/>
            <w:color w:val="0000FF"/>
            <w:rStyle w:val="Hyperlink"/>
          </w:rPr>
          <w:t>https://www.cosmopolitan.com/entertainment/movies/g37530401/lgbt-holiday-christmas-movies/</w:t>
        </w:r>
      </w:hyperlink>
      <w:r>
        <w:t xml:space="preserve"> - Notes the decrease in the quantity of LGBTQ+ holiday films from previous years but highlights the diversity of this year's lineup, aligning with the article's observation.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cosmopolitan.com/entertainment/movies/g37530401/lgbt-holiday-christmas-movies/" TargetMode="External"/><Relationship Id="rId12" Type="http://schemas.openxmlformats.org/officeDocument/2006/relationships/hyperlink" Target="https://www.grindr.com/blog/gay-christmas-movie" TargetMode="External"/><Relationship Id="rId13" Type="http://schemas.openxmlformats.org/officeDocument/2006/relationships/hyperlink" Target="https://www.thepinknews.com/2024/11/27/13-festive-lesbian-movies-thatll-warm-your-sapphic-heart/" TargetMode="External"/><Relationship Id="rId14" Type="http://schemas.openxmlformats.org/officeDocument/2006/relationships/hyperlink" Target="https://www.diva-magazine.com/2024/11/01/tellos-new-lesbian-christmas-film-to-premiere-in-novemb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