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WWE goes gay! Meet Aaron 'Evil Gay' Rourke</w:t>
      </w:r>
    </w:p>
    <w:p>
      <w:r/>
    </w:p>
    <w:p>
      <w:r>
        <w:drawing>
          <wp:inline xmlns:a="http://schemas.openxmlformats.org/drawingml/2006/main" xmlns:pic="http://schemas.openxmlformats.org/drawingml/2006/picture">
            <wp:extent cx="5486400" cy="305209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2098"/>
                    </a:xfrm>
                    <a:prstGeom prst="rect"/>
                  </pic:spPr>
                </pic:pic>
              </a:graphicData>
            </a:graphic>
          </wp:inline>
        </w:drawing>
      </w:r>
    </w:p>
    <w:p>
      <w:r>
        <w:t>WWE has introduced its first openly gay male wrestler, Aaron “Evil Gay” Rourke [pictured], to its ID Program roster. This milestone is seen as a step forward in the representation of queer athletes in mainstream sports.</w:t>
      </w:r>
    </w:p>
    <w:p>
      <w:r>
        <w:t>Meanwhile, in Southern California, the Alliance For All Wrestling (AFA), a wrestling promotion founded by the openly gay wrestler Barbie Boi, recently made headlines with a uniquely themed event. The AFA held a Mean Girls ‘Burn Book’ wrestling match, which featured a lineup of thirty LGBTQ+ wrestlers adorned in vibrant hues, predominantly pink. This event highlights a growing trend in which queer representation in wrestling not only exists but thrives, offering a platform for LGBTQ+ athletes to showcase their talents.</w:t>
      </w:r>
    </w:p>
    <w:p>
      <w:r>
        <w:t>The Burn Book Battle Royale segment of the event drew a significant crowd, with wrestlers such as Cody Prince, Eddie Roar, and Hunter Gallagher jumping into the action. The narrative behind the match revolved around "some nasty things" written in the fictional Burn Book, creating a dramatic necessity for the competitors to "settle it". The introduction of participants was extravagant, setting a playful tone for the confrontation that was to ensue.</w:t>
      </w:r>
    </w:p>
    <w:p>
      <w:r>
        <w:t>Hunter Gallagher, aptly dubbed "Hot Boy", made a striking entrance, flaunting a muscle tee and Barbie-pink leather briefs, while fellow competitor Alonzo Alvarez sported a matching pink wrestling singlet and knee pads, complete with a confetti gun for added flair. The visuals of these wrestlers not only captivated the audience but also aligned with the event's youthful and vibrant spirit.</w:t>
      </w:r>
    </w:p>
    <w:p>
      <w:r>
        <w:t>In another segment of the show, titled the Jingle Bell Rock Jamboree Scramble Match, wrestlers including Mylo, Brooke Havoc, and Gypsy Mac donned festive, bedazzled Christmas-themed outfits, contributing to the colourful atmosphere. The festive flair caught the attention of social media users, with many comments popping up on platforms like Reddit, showcasing a mix of humour and appreciation for the creativity exhibited.</w:t>
      </w:r>
    </w:p>
    <w:p>
      <w:r>
        <w:t>Comments varied from playful jests about the "gayness" of the WWE to comparisons between the AFA's events and traditional wrestling matches. One user remarked, “Guy in the pink looks like an off-duty Power Ranger with those boots,” while another noted, “So, in other words, WWE, but we’re being honest.” This online engagement illustrates the enthusiasm that surrounds the fusion of wrestling and LGBTQ+ culture.</w:t>
      </w:r>
    </w:p>
    <w:p>
      <w:r>
        <w:t>As AFA continues to host such inclusive events, it further promotes the visibility of queer athletes in the wrestling world, paving the way for broader acceptance and representation in what has historically been a challenging environment for many LGBTQ+ individuals. The community's response to these events reflects an embrace of diversity, creativity, and athletic prowess, encapsulating the essence of what modern wrestling can represent to various audiences.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https://www.pride.com/gay-sports/aaron-evil-gay-rourke-sexy-pics</w:t>
        </w:r>
      </w:hyperlink>
      <w:r>
        <w:t xml:space="preserve"> - Corroborates the introduction of Aaron 'Evil Gay' Rourke as the first out male athlete signed to WWE.</w:t>
      </w:r>
    </w:p>
    <w:p>
      <w:pPr>
        <w:pStyle w:val="ListBullet"/>
      </w:pPr>
      <w:hyperlink r:id="rId12">
        <w:r>
          <w:rPr>
            <w:u w:val="single"/>
            <w:color w:val="0000FF"/>
            <w:rStyle w:val="Hyperlink"/>
          </w:rPr>
          <w:t>https://instinctmagazine.com/wwe-id-aaron-rurke/</w:t>
        </w:r>
      </w:hyperlink>
      <w:r>
        <w:t xml:space="preserve"> - Supports the claim that Aaron Rourke is the first openly gay male athlete signed to WWE's ID Program.</w:t>
      </w:r>
    </w:p>
    <w:p>
      <w:pPr>
        <w:pStyle w:val="ListBullet"/>
      </w:pPr>
      <w:hyperlink r:id="rId13">
        <w:r>
          <w:rPr>
            <w:u w:val="single"/>
            <w:color w:val="0000FF"/>
            <w:rStyle w:val="Hyperlink"/>
          </w:rPr>
          <w:t>https://instinctmagazine.com/gay-wrestling-afa/</w:t>
        </w:r>
      </w:hyperlink>
      <w:r>
        <w:t xml:space="preserve"> - Confirms WWE's introduction of Aaron 'Evil Gay' Rourke to its ID Program roster as its first openly gay male athlete.</w:t>
      </w:r>
    </w:p>
    <w:p>
      <w:pPr>
        <w:pStyle w:val="ListBullet"/>
      </w:pPr>
      <w:hyperlink r:id="rId13">
        <w:r>
          <w:rPr>
            <w:u w:val="single"/>
            <w:color w:val="0000FF"/>
            <w:rStyle w:val="Hyperlink"/>
          </w:rPr>
          <w:t>https://instinctmagazine.com/gay-wrestling-afa/</w:t>
        </w:r>
      </w:hyperlink>
      <w:r>
        <w:t xml:space="preserve"> - Provides context on the growing trend of queer representation in wrestling, including the Alliance For All Wrestling (AFA) events.</w:t>
      </w:r>
    </w:p>
    <w:p>
      <w:pPr>
        <w:pStyle w:val="ListBullet"/>
      </w:pPr>
      <w:hyperlink r:id="rId10">
        <w:r>
          <w:rPr>
            <w:u w:val="single"/>
            <w:color w:val="0000FF"/>
            <w:rStyle w:val="Hyperlink"/>
          </w:rPr>
          <w:t>https://www.noahwire.com</w:t>
        </w:r>
      </w:hyperlink>
      <w:r>
        <w:t xml:space="preserve"> - Serves as the source for the overall article, though the specific link is not provided, it is mentioned as the source.</w:t>
      </w:r>
    </w:p>
    <w:p>
      <w:pPr>
        <w:pStyle w:val="ListBullet"/>
      </w:pPr>
      <w:hyperlink r:id="rId11">
        <w:r>
          <w:rPr>
            <w:u w:val="single"/>
            <w:color w:val="0000FF"/>
            <w:rStyle w:val="Hyperlink"/>
          </w:rPr>
          <w:t>https://www.pride.com/gay-sports/aaron-evil-gay-rourke-sexy-pics</w:t>
        </w:r>
      </w:hyperlink>
      <w:r>
        <w:t xml:space="preserve"> - Highlights Aaron Rourke's impact and visibility as an openly gay wrestler in WWE.</w:t>
      </w:r>
    </w:p>
    <w:p>
      <w:pPr>
        <w:pStyle w:val="ListBullet"/>
      </w:pPr>
      <w:hyperlink r:id="rId12">
        <w:r>
          <w:rPr>
            <w:u w:val="single"/>
            <w:color w:val="0000FF"/>
            <w:rStyle w:val="Hyperlink"/>
          </w:rPr>
          <w:t>https://instinctmagazine.com/wwe-id-aaron-rurke/</w:t>
        </w:r>
      </w:hyperlink>
      <w:r>
        <w:t xml:space="preserve"> - Mentions other gay/bisexual men who have been associated with WWE, though not as openly out athletes.</w:t>
      </w:r>
    </w:p>
    <w:p>
      <w:pPr>
        <w:pStyle w:val="ListBullet"/>
      </w:pPr>
      <w:hyperlink r:id="rId13">
        <w:r>
          <w:rPr>
            <w:u w:val="single"/>
            <w:color w:val="0000FF"/>
            <w:rStyle w:val="Hyperlink"/>
          </w:rPr>
          <w:t>https://instinctmagazine.com/gay-wrestling-afa/</w:t>
        </w:r>
      </w:hyperlink>
      <w:r>
        <w:t xml:space="preserve"> - Describes the AFA's events, such as the 'Burn Book Battle Royale' and 'Jingle Bell Rock Jamboree Scramble Match', highlighting LGBTQ+ representation.</w:t>
      </w:r>
    </w:p>
    <w:p>
      <w:pPr>
        <w:pStyle w:val="ListBullet"/>
      </w:pPr>
      <w:hyperlink r:id="rId11">
        <w:r>
          <w:rPr>
            <w:u w:val="single"/>
            <w:color w:val="0000FF"/>
            <w:rStyle w:val="Hyperlink"/>
          </w:rPr>
          <w:t>https://www.pride.com/gay-sports/aaron-evil-gay-rourke-sexy-pics</w:t>
        </w:r>
      </w:hyperlink>
      <w:r>
        <w:t xml:space="preserve"> - Shows Aaron Rourke's social media presence and how he is keeping it 'steamy' and engaging with his audience.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ride.com/gay-sports/aaron-evil-gay-rourke-sexy-pics" TargetMode="External"/><Relationship Id="rId12" Type="http://schemas.openxmlformats.org/officeDocument/2006/relationships/hyperlink" Target="https://instinctmagazine.com/wwe-id-aaron-rurke/" TargetMode="External"/><Relationship Id="rId13" Type="http://schemas.openxmlformats.org/officeDocument/2006/relationships/hyperlink" Target="https://instinctmagazine.com/gay-wrestling-a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