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London Gay Men’s Chorus kick off Christmas</w:t>
      </w:r>
    </w:p>
    <w:p>
      <w:r/>
    </w:p>
    <w:p>
      <w:r>
        <w:drawing>
          <wp:inline xmlns:a="http://schemas.openxmlformats.org/drawingml/2006/main" xmlns:pic="http://schemas.openxmlformats.org/drawingml/2006/picture">
            <wp:extent cx="5486400" cy="35280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528060"/>
                    </a:xfrm>
                    <a:prstGeom prst="rect"/>
                  </pic:spPr>
                </pic:pic>
              </a:graphicData>
            </a:graphic>
          </wp:inline>
        </w:drawing>
      </w:r>
    </w:p>
    <w:p>
      <w:r>
        <w:t>As the festive season approaches, the London Gay Men’s Chorus is set to delight audiences with a vibrant, retro-themed concert entitled Christmas Bop. Scheduled for 6th and 7th December, the performances will take place at the Queen Elizabeth Hall, located within London’s Southbank Centre. This event promises to transport attendees back to the exuberant dance halls of the 1950s and 1960s, encouraging them to relive the joyful spirit of that iconic era.</w:t>
      </w:r>
    </w:p>
    <w:p>
      <w:r>
        <w:t>Under the artistic direction of Simon Sharp, Christmas Bop aims to showcase an energetic mix of festive classics that intertwine with the sounds of rock 'n' roll, jive, and bunny hop. Audiences can expect to hear popular seasonal numbers such as ‘Jingle Bell Rock,’ ‘I Saw Daddy Kissing Santa Claus,’ and ‘Rockin’ Around the Christmas Tree.’ The evening is designed to evoke a sense of nostalgia while providing a lively atmosphere perfect for the holiday season.</w:t>
      </w:r>
    </w:p>
    <w:p>
      <w:r>
        <w:t>Hosting the concert will be Rachael Wooding, noted for her recent performance in the Olivier-winning musical Standing at the Sky’s Edge. With her engaging presence, she is expected to enhance the festive experience, setting the stage for what promises to be an unforgettable performance.</w:t>
      </w:r>
    </w:p>
    <w:p>
      <w:r>
        <w:t>In addition to Christmas Bop, the London Gay Men's Chorus will have a packed schedule throughout the holiday period. They are set to perform at the Queer Croydon Christmas Extravaganza this weekend at Stanley Hall, further cementing their role as a prominent staple in the community's festive celebrations. Moreover, closer to Christmas, they will join Sandi Toksvig at the Royal Albert Hall for her variety show, Sandi Claus is Coming to Town.</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https://southbank.london/whats-on/london-gay-mens-chorus-christmas-bop</w:t>
        </w:r>
      </w:hyperlink>
      <w:r>
        <w:t xml:space="preserve"> - Corroborates the dates and location of the Christmas Bop concert at Queen Elizabeth Hall, Southbank Centre.</w:t>
      </w:r>
    </w:p>
    <w:p>
      <w:pPr>
        <w:pStyle w:val="ListBullet"/>
      </w:pPr>
      <w:hyperlink r:id="rId12">
        <w:r>
          <w:rPr>
            <w:u w:val="single"/>
            <w:color w:val="0000FF"/>
            <w:rStyle w:val="Hyperlink"/>
          </w:rPr>
          <w:t>https://www.lgmc.org.uk</w:t>
        </w:r>
      </w:hyperlink>
      <w:r>
        <w:t xml:space="preserve"> - Confirms the details of the Christmas Bop concert, including dates and venue.</w:t>
      </w:r>
    </w:p>
    <w:p>
      <w:pPr>
        <w:pStyle w:val="ListBullet"/>
      </w:pPr>
      <w:hyperlink r:id="rId13">
        <w:r>
          <w:rPr>
            <w:u w:val="single"/>
            <w:color w:val="0000FF"/>
            <w:rStyle w:val="Hyperlink"/>
          </w:rPr>
          <w:t>https://www.lgmc.org.uk/performances/</w:t>
        </w:r>
      </w:hyperlink>
      <w:r>
        <w:t xml:space="preserve"> - Provides information on the Christmas Bop concert, including the artistic direction by Simon Sharp and the song list.</w:t>
      </w:r>
    </w:p>
    <w:p>
      <w:pPr>
        <w:pStyle w:val="ListBullet"/>
      </w:pPr>
      <w:hyperlink r:id="rId14">
        <w:r>
          <w:rPr>
            <w:u w:val="single"/>
            <w:color w:val="0000FF"/>
            <w:rStyle w:val="Hyperlink"/>
          </w:rPr>
          <w:t>https://www.southbankcentre.co.uk/whats-on/london-gay-mens-chorus-christmas-bop/</w:t>
        </w:r>
      </w:hyperlink>
      <w:r>
        <w:t xml:space="preserve"> - Supports the details of the Christmas Bop concert, including the dates and venue at Southbank Centre.</w:t>
      </w:r>
    </w:p>
    <w:p>
      <w:pPr>
        <w:pStyle w:val="ListBullet"/>
      </w:pPr>
      <w:hyperlink r:id="rId15">
        <w:r>
          <w:rPr>
            <w:u w:val="single"/>
            <w:color w:val="0000FF"/>
            <w:rStyle w:val="Hyperlink"/>
          </w:rPr>
          <w:t>https://www.gaytimes.com/originals/london-gay-mens-chorus-bring-festive-concert-christmas-bop-to-the-southbank-centre/</w:t>
        </w:r>
      </w:hyperlink>
      <w:r>
        <w:t xml:space="preserve"> - Confirms the Christmas Bop concert and its retro-themed nature.</w:t>
      </w:r>
    </w:p>
    <w:p>
      <w:pPr>
        <w:pStyle w:val="ListBullet"/>
      </w:pPr>
      <w:hyperlink r:id="rId13">
        <w:r>
          <w:rPr>
            <w:u w:val="single"/>
            <w:color w:val="0000FF"/>
            <w:rStyle w:val="Hyperlink"/>
          </w:rPr>
          <w:t>https://www.lgmc.org.uk/performances/</w:t>
        </w:r>
      </w:hyperlink>
      <w:r>
        <w:t xml:space="preserve"> - Details the involvement of Simon Sharp as the artistic director for Christmas Bop.</w:t>
      </w:r>
    </w:p>
    <w:p>
      <w:pPr>
        <w:pStyle w:val="ListBullet"/>
      </w:pPr>
      <w:hyperlink r:id="rId11">
        <w:r>
          <w:rPr>
            <w:u w:val="single"/>
            <w:color w:val="0000FF"/>
            <w:rStyle w:val="Hyperlink"/>
          </w:rPr>
          <w:t>https://southbank.london/whats-on/london-gay-mens-chorus-christmas-bop</w:t>
        </w:r>
      </w:hyperlink>
      <w:r>
        <w:t xml:space="preserve"> - Lists the specific songs to be performed, such as ‘Jingle Bell Rock,’ ‘I Saw Daddy Kissing Santa Claus,’ and ‘Rockin’ Around the Christmas Tree.’</w:t>
      </w:r>
    </w:p>
    <w:p>
      <w:pPr>
        <w:pStyle w:val="ListBullet"/>
      </w:pPr>
      <w:hyperlink r:id="rId13">
        <w:r>
          <w:rPr>
            <w:u w:val="single"/>
            <w:color w:val="0000FF"/>
            <w:rStyle w:val="Hyperlink"/>
          </w:rPr>
          <w:t>https://www.lgmc.org.uk/performances/</w:t>
        </w:r>
      </w:hyperlink>
      <w:r>
        <w:t xml:space="preserve"> - Mentions the London Gay Men's Chorus' other performances, including the event with Sandi Toksvig at the Royal Albert Hall.</w:t>
      </w:r>
    </w:p>
    <w:p>
      <w:pPr>
        <w:pStyle w:val="ListBullet"/>
      </w:pPr>
      <w:hyperlink r:id="rId13">
        <w:r>
          <w:rPr>
            <w:u w:val="single"/>
            <w:color w:val="0000FF"/>
            <w:rStyle w:val="Hyperlink"/>
          </w:rPr>
          <w:t>https://www.lgmc.org.uk/performances/</w:t>
        </w:r>
      </w:hyperlink>
      <w:r>
        <w:t xml:space="preserve"> - Highlights the chorus's commitment to celebrating the festive spirit and their role in the LGBT community's celebrations.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southbank.london/whats-on/london-gay-mens-chorus-christmas-bop" TargetMode="External"/><Relationship Id="rId12" Type="http://schemas.openxmlformats.org/officeDocument/2006/relationships/hyperlink" Target="https://www.lgmc.org.uk" TargetMode="External"/><Relationship Id="rId13" Type="http://schemas.openxmlformats.org/officeDocument/2006/relationships/hyperlink" Target="https://www.lgmc.org.uk/performances/" TargetMode="External"/><Relationship Id="rId14" Type="http://schemas.openxmlformats.org/officeDocument/2006/relationships/hyperlink" Target="https://www.southbankcentre.co.uk/whats-on/london-gay-mens-chorus-christmas-bop/" TargetMode="External"/><Relationship Id="rId15" Type="http://schemas.openxmlformats.org/officeDocument/2006/relationships/hyperlink" Target="https://www.gaytimes.com/originals/london-gay-mens-chorus-bring-festive-concert-christmas-bop-to-the-southbank-cent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