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Khalid confirms he is gay after outing on social media</w:t>
      </w:r>
    </w:p>
    <w:p>
      <w:r/>
    </w:p>
    <w:p>
      <w:r>
        <w:drawing>
          <wp:inline xmlns:a="http://schemas.openxmlformats.org/drawingml/2006/main" xmlns:pic="http://schemas.openxmlformats.org/drawingml/2006/picture">
            <wp:extent cx="5486400" cy="300841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08416"/>
                    </a:xfrm>
                    <a:prstGeom prst="rect"/>
                  </pic:spPr>
                </pic:pic>
              </a:graphicData>
            </a:graphic>
          </wp:inline>
        </w:drawing>
      </w:r>
    </w:p>
    <w:p>
      <w:r>
        <w:t>Khalid, the American R&amp;B singer, has publicly confirmed his sexual orientation as gay following an unsolicited outing incident on social media platform X. In a series of candid posts shared on Friday, Khalid expressed satisfaction with his identity, while also remarking on the circumstances surrounding his unexpected revelation.</w:t>
      </w:r>
    </w:p>
    <w:p>
      <w:r>
        <w:t>Utilising the rainbow flag emoji, Khalid initiated the conversation with a light-hearted comment, inviting the discourse to move on: “🏳️‍🌈!!! there yall go. next topic please lol.” He later directly affirmed his sexuality in response to a fan, stating, “I am [gay]! And that’s okay.”</w:t>
      </w:r>
    </w:p>
    <w:p>
      <w:r>
        <w:t>The posts come in the wake of accusations made by X user Hugo Almonte, who claimed to have had sexual encounters with various artists, including alleging inappropriate behaviour from Khalid. Almonte described their interaction as including an incident where Khalid supposedly offered him drugs and attempted to falsely accuse him of breaking into his property. These accusations were made public during a spate of posts where Almonte disparaged currently out gay artists, referring to them as “shitty as fuck.”</w:t>
      </w:r>
    </w:p>
    <w:p>
      <w:r>
        <w:t>Khalid addressed the situation with a clear message about privacy and acceptance: “I got outted and the world still continues to turn. Let’s get this straight (lmao) I am not ashamed of my sexuality! In reality it ain’t nobodies business! But I am okay with me 🖤.” His remarks indicate a stance of self-acceptance and reject the notion that he was ever in hiding.</w:t>
      </w:r>
    </w:p>
    <w:p>
      <w:r>
        <w:t>Responding to further comments from users critiquing the situation, Khalid reiterated his position, countering the idea that he had concealed his identity. “I wasn’t hiding anything! It’s just not any of your business,” he stated in a reply that highlights his focus on personal autonomy regarding his sexuality.</w:t>
      </w:r>
    </w:p>
    <w:p>
      <w:r>
        <w:t>In the wake of Khalid's revelation, the singer received significant support from fans and fellow artists within the LGBTQ+ community, including notable figures like producers MNEK and Amorphous. Both condemned Almonte's actions, with Amorphous commenting on the disparity in career success between Khalid and Almonte, saying, “Your music can barely allow you to afford a small fry at jack in the box and you’re pressed about outing someone who has three diamond records. y’all are not the same, babes.” MNEK echoed this sentiment, labelling the behaviour exhibited by Almonte as “loser behaviour,” further highlighting the absurdity of the attempted outing in the light of Khalid’s accomplishments.</w:t>
      </w:r>
    </w:p>
    <w:p>
      <w:r>
        <w:t>As of now, neither Khalid's representative team nor Almonte has commented further on the unfolding event. This situation has reignited discussions about the importance of privacy, consent, and respect within the LGBT community, exemplifying how public figures navigate their personal truths in an often tumultuous spotlight.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https://www.news.com.au/entertainment/music/i-got-outed-poprb-superstar-khalid-announces-his-sexuality/news-story/119a47c773da9c3bf1deb3f6b7538943</w:t>
        </w:r>
      </w:hyperlink>
      <w:r>
        <w:t xml:space="preserve"> - Khalid publicly addressing his sexuality after an unsolicited outing incident on social media.</w:t>
      </w:r>
    </w:p>
    <w:p>
      <w:pPr>
        <w:pStyle w:val="ListBullet"/>
      </w:pPr>
      <w:hyperlink r:id="rId11">
        <w:r>
          <w:rPr>
            <w:u w:val="single"/>
            <w:color w:val="0000FF"/>
            <w:rStyle w:val="Hyperlink"/>
          </w:rPr>
          <w:t>https://www.news.com.au/entertainment/music/i-got-outed-poprb-superstar-khalid-announces-his-sexuality/news-story/119a47c773da9c3bf1deb3f6b7538943</w:t>
        </w:r>
      </w:hyperlink>
      <w:r>
        <w:t xml:space="preserve"> - Khalid using the rainbow flag emoji and affirming his sexuality in response to a fan.</w:t>
      </w:r>
    </w:p>
    <w:p>
      <w:pPr>
        <w:pStyle w:val="ListBullet"/>
      </w:pPr>
      <w:hyperlink r:id="rId11">
        <w:r>
          <w:rPr>
            <w:u w:val="single"/>
            <w:color w:val="0000FF"/>
            <w:rStyle w:val="Hyperlink"/>
          </w:rPr>
          <w:t>https://www.news.com.au/entertainment/music/i-got-outed-poprb-superstar-khalid-announces-his-sexuality/news-story/119a47c773da9c3bf1deb3f6b7538943</w:t>
        </w:r>
      </w:hyperlink>
      <w:r>
        <w:t xml:space="preserve"> - Accusations made by X user Hugo Almonte against Khalid and other artists.</w:t>
      </w:r>
    </w:p>
    <w:p>
      <w:pPr>
        <w:pStyle w:val="ListBullet"/>
      </w:pPr>
      <w:hyperlink r:id="rId11">
        <w:r>
          <w:rPr>
            <w:u w:val="single"/>
            <w:color w:val="0000FF"/>
            <w:rStyle w:val="Hyperlink"/>
          </w:rPr>
          <w:t>https://www.news.com.au/entertainment/music/i-got-outed-poprb-superstar-khalid-announces-his-sexuality/news-story/119a47c773da9c3bf1deb3f6b7538943</w:t>
        </w:r>
      </w:hyperlink>
      <w:r>
        <w:t xml:space="preserve"> - Khalid's message about privacy and acceptance following the outing incident.</w:t>
      </w:r>
    </w:p>
    <w:p>
      <w:pPr>
        <w:pStyle w:val="ListBullet"/>
      </w:pPr>
      <w:hyperlink r:id="rId11">
        <w:r>
          <w:rPr>
            <w:u w:val="single"/>
            <w:color w:val="0000FF"/>
            <w:rStyle w:val="Hyperlink"/>
          </w:rPr>
          <w:t>https://www.news.com.au/entertainment/music/i-got-outed-poprb-superstar-khalid-announces-his-sexuality/news-story/119a47c773da9c3bf1deb3f6b7538943</w:t>
        </w:r>
      </w:hyperlink>
      <w:r>
        <w:t xml:space="preserve"> - Khalid's response to comments critiquing the situation, emphasizing personal autonomy.</w:t>
      </w:r>
    </w:p>
    <w:p>
      <w:pPr>
        <w:pStyle w:val="ListBullet"/>
      </w:pPr>
      <w:hyperlink r:id="rId11">
        <w:r>
          <w:rPr>
            <w:u w:val="single"/>
            <w:color w:val="0000FF"/>
            <w:rStyle w:val="Hyperlink"/>
          </w:rPr>
          <w:t>https://www.news.com.au/entertainment/music/i-got-outed-poprb-superstar-khalid-announces-his-sexuality/news-story/119a47c773da9c3bf1deb3f6b7538943</w:t>
        </w:r>
      </w:hyperlink>
      <w:r>
        <w:t xml:space="preserve"> - Support from fans and fellow artists within the LGBT community, including producers MNEK and Amorphous.</w:t>
      </w:r>
    </w:p>
    <w:p>
      <w:pPr>
        <w:pStyle w:val="ListBullet"/>
      </w:pPr>
      <w:hyperlink r:id="rId11">
        <w:r>
          <w:rPr>
            <w:u w:val="single"/>
            <w:color w:val="0000FF"/>
            <w:rStyle w:val="Hyperlink"/>
          </w:rPr>
          <w:t>https://www.news.com.au/entertainment/music/i-got-outed-poprb-superstar-khalid-announces-his-sexuality/news-story/119a47c773da9c3bf1deb3f6b7538943</w:t>
        </w:r>
      </w:hyperlink>
      <w:r>
        <w:t xml:space="preserve"> - Amorphous commenting on the disparity in career success between Khalid and Almonte.</w:t>
      </w:r>
    </w:p>
    <w:p>
      <w:pPr>
        <w:pStyle w:val="ListBullet"/>
      </w:pPr>
      <w:hyperlink r:id="rId11">
        <w:r>
          <w:rPr>
            <w:u w:val="single"/>
            <w:color w:val="0000FF"/>
            <w:rStyle w:val="Hyperlink"/>
          </w:rPr>
          <w:t>https://www.news.com.au/entertainment/music/i-got-outed-poprb-superstar-khalid-announces-his-sexuality/news-story/119a47c773da9c3bf1deb3f6b7538943</w:t>
        </w:r>
      </w:hyperlink>
      <w:r>
        <w:t xml:space="preserve"> - MNEK labelling the behaviour exhibited by Almonte as 'loser behaviour'.</w:t>
      </w:r>
    </w:p>
    <w:p>
      <w:pPr>
        <w:pStyle w:val="ListBullet"/>
      </w:pPr>
      <w:hyperlink r:id="rId11">
        <w:r>
          <w:rPr>
            <w:u w:val="single"/>
            <w:color w:val="0000FF"/>
            <w:rStyle w:val="Hyperlink"/>
          </w:rPr>
          <w:t>https://www.news.com.au/entertainment/music/i-got-outed-poprb-superstar-khalid-announces-his-sexuality/news-story/119a47c773da9c3bf1deb3f6b7538943</w:t>
        </w:r>
      </w:hyperlink>
      <w:r>
        <w:t xml:space="preserve"> - The situation reigniting discussions about the importance of privacy, consent, and respect within the LGBT community.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news.com.au/entertainment/music/i-got-outed-poprb-superstar-khalid-announces-his-sexuality/news-story/119a47c773da9c3bf1deb3f6b75389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