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Heartstopper season three now on Netflix... That's your weekend sorted.</w:t>
      </w:r>
    </w:p>
    <w:p>
      <w:r/>
    </w:p>
    <w:p>
      <w:r>
        <w:drawing>
          <wp:inline xmlns:a="http://schemas.openxmlformats.org/drawingml/2006/main" xmlns:pic="http://schemas.openxmlformats.org/drawingml/2006/picture">
            <wp:extent cx="5486400" cy="323363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33635"/>
                    </a:xfrm>
                    <a:prstGeom prst="rect"/>
                  </pic:spPr>
                </pic:pic>
              </a:graphicData>
            </a:graphic>
          </wp:inline>
        </w:drawing>
      </w:r>
    </w:p>
    <w:p>
      <w:r>
        <w:t>The highly awaited third season of the teen romantic dramedy Heartstopper is on Netflix from today. This series, beloved for its heartfelt narrative and authentic representation of adolescent experiences, is based on the best-selling graphic novel series authored by Alice Oseman.</w:t>
      </w:r>
    </w:p>
    <w:p>
      <w:r>
        <w:t>Heartstopper paints a vivid picture of teenage life, focusing on the blossoming romance between two central characters: Nick Nelson, an affable and charismatic rugby player, and Charlie Spring, a gentle and introspective drummer. Their initial encounter takes place in the seemingly ordinary setting of a homeroom but quickly evolves into a story that addresses real-life adolescent challenges.</w:t>
      </w:r>
    </w:p>
    <w:p>
      <w:r>
        <w:t>The series has received acclaim for its diverse characters and storylines that span the spectrum of the LGBTQ community, showcasing a range of identities and experiences. With characters that are goofy, anxious, intelligent, and exuberant, the show captures the multitude of emotions experienced by teenagers as they navigate the complexities of first love and attraction.</w:t>
      </w:r>
    </w:p>
    <w:p>
      <w:r>
        <w:t>While Heartstopper injects elements of whimsy and light-heartedness, often depicted with visual effects like hearts and fireworks as a nod to its comic book origins, it does not shy away from tackling serious issues. The show thoughtfully addresses subjects such as bullying, eating disorders, gender dysphoria, and housing insecurity, providing a balanced narrative that resonates with a wide audience.</w:t>
      </w:r>
    </w:p>
    <w:p>
      <w:r>
        <w:t>Since its inception, Heartstopper has successfully combined candid reflections on adolescent struggles with moments of joyous discovery, creating a beloved series that resonates with viewers worldwide. As the third season drops in early October, fans are eagerly anticipating the continuation of Nick and Charlie's story, which promises to deliver both touching and entertaining moments characteristic of the series.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https://www.marca.com/en/lifestyle/tv-shows/2024/10/03/66fd9bf6e2704e414e8b4573.html</w:t>
        </w:r>
      </w:hyperlink>
      <w:r>
        <w:t xml:space="preserve"> - Corroborates the release date of Heartstopper Season 3 on October 3, 2024, and provides details about the plot and characters.</w:t>
      </w:r>
    </w:p>
    <w:p>
      <w:pPr>
        <w:pStyle w:val="ListBullet"/>
      </w:pPr>
      <w:hyperlink r:id="rId12">
        <w:r>
          <w:rPr>
            <w:u w:val="single"/>
            <w:color w:val="0000FF"/>
            <w:rStyle w:val="Hyperlink"/>
          </w:rPr>
          <w:t>https://www.radiotimes.com/tv/drama/heartstopper-season-3-release-date/</w:t>
        </w:r>
      </w:hyperlink>
      <w:r>
        <w:t xml:space="preserve"> - Confirms the release date of Heartstopper Season 3 and details the cast, plot, and new characters introduced in the season.</w:t>
      </w:r>
    </w:p>
    <w:p>
      <w:pPr>
        <w:pStyle w:val="ListBullet"/>
      </w:pPr>
      <w:hyperlink r:id="rId13">
        <w:r>
          <w:rPr>
            <w:u w:val="single"/>
            <w:color w:val="0000FF"/>
            <w:rStyle w:val="Hyperlink"/>
          </w:rPr>
          <w:t>https://www.capitalfm.com/news/tv-film/heartstopper-season-3-release-time-when-netflix/</w:t>
        </w:r>
      </w:hyperlink>
      <w:r>
        <w:t xml:space="preserve"> - Provides the release time of Heartstopper Season 3 in various time zones and discusses the plot and new characters.</w:t>
      </w:r>
    </w:p>
    <w:p>
      <w:pPr>
        <w:pStyle w:val="ListBullet"/>
      </w:pPr>
      <w:hyperlink r:id="rId14">
        <w:r>
          <w:rPr>
            <w:u w:val="single"/>
            <w:color w:val="0000FF"/>
            <w:rStyle w:val="Hyperlink"/>
          </w:rPr>
          <w:t>https://economictimes.indiatimes.com/news/international/us/heartstopper-season-3-check-out-release-date-time-where-to-watch-plot-cast-and-characters/articleshow/113882229.cms</w:t>
        </w:r>
      </w:hyperlink>
      <w:r>
        <w:t xml:space="preserve"> - Details the release date, time, and plot of Heartstopper Season 3, along with the cast and new characters.</w:t>
      </w:r>
    </w:p>
    <w:p>
      <w:pPr>
        <w:pStyle w:val="ListBullet"/>
      </w:pPr>
      <w:hyperlink r:id="rId15">
        <w:r>
          <w:rPr>
            <w:u w:val="single"/>
            <w:color w:val="0000FF"/>
            <w:rStyle w:val="Hyperlink"/>
          </w:rPr>
          <w:t>https://deadline.com/feature/heartstopper-season-3-release-date-cast-1235982195/</w:t>
        </w:r>
      </w:hyperlink>
      <w:r>
        <w:t xml:space="preserve"> - Confirms the release date and provides information about the cast, new characters, and the plot of Heartstopper Season 3.</w:t>
      </w:r>
    </w:p>
    <w:p>
      <w:pPr>
        <w:pStyle w:val="ListBullet"/>
      </w:pPr>
      <w:hyperlink r:id="rId11">
        <w:r>
          <w:rPr>
            <w:u w:val="single"/>
            <w:color w:val="0000FF"/>
            <w:rStyle w:val="Hyperlink"/>
          </w:rPr>
          <w:t>https://www.marca.com/en/lifestyle/tv-shows/2024/10/03/66fd9bf6e2704e414e8b4573.html</w:t>
        </w:r>
      </w:hyperlink>
      <w:r>
        <w:t xml:space="preserve"> - Explains the focus on the romance between Nick Nelson and Charlie Spring and the series' approach to adolescent challenges.</w:t>
      </w:r>
    </w:p>
    <w:p>
      <w:pPr>
        <w:pStyle w:val="ListBullet"/>
      </w:pPr>
      <w:hyperlink r:id="rId12">
        <w:r>
          <w:rPr>
            <w:u w:val="single"/>
            <w:color w:val="0000FF"/>
            <w:rStyle w:val="Hyperlink"/>
          </w:rPr>
          <w:t>https://www.radiotimes.com/tv/drama/heartstopper-season-3-release-date/</w:t>
        </w:r>
      </w:hyperlink>
      <w:r>
        <w:t xml:space="preserve"> - Highlights the diverse characters and storylines that represent the LGBTQ community in Heartstopper.</w:t>
      </w:r>
    </w:p>
    <w:p>
      <w:pPr>
        <w:pStyle w:val="ListBullet"/>
      </w:pPr>
      <w:hyperlink r:id="rId13">
        <w:r>
          <w:rPr>
            <w:u w:val="single"/>
            <w:color w:val="0000FF"/>
            <w:rStyle w:val="Hyperlink"/>
          </w:rPr>
          <w:t>https://www.capitalfm.com/news/tv-film/heartstopper-season-3-release-time-when-netflix/</w:t>
        </w:r>
      </w:hyperlink>
      <w:r>
        <w:t xml:space="preserve"> - Discusses how the series balances light-hearted moments with serious issues like bullying, eating disorders, and gender dysphoria.</w:t>
      </w:r>
    </w:p>
    <w:p>
      <w:pPr>
        <w:pStyle w:val="ListBullet"/>
      </w:pPr>
      <w:hyperlink r:id="rId14">
        <w:r>
          <w:rPr>
            <w:u w:val="single"/>
            <w:color w:val="0000FF"/>
            <w:rStyle w:val="Hyperlink"/>
          </w:rPr>
          <w:t>https://economictimes.indiatimes.com/news/international/us/heartstopper-season-3-check-out-release-date-time-where-to-watch-plot-cast-and-characters/articleshow/113882229.cms</w:t>
        </w:r>
      </w:hyperlink>
      <w:r>
        <w:t xml:space="preserve"> - Mentions the show's ability to combine candid reflections on adolescent struggles with moments of joyous discovery.</w:t>
      </w:r>
    </w:p>
    <w:p>
      <w:pPr>
        <w:pStyle w:val="ListBullet"/>
      </w:pPr>
      <w:hyperlink r:id="rId15">
        <w:r>
          <w:rPr>
            <w:u w:val="single"/>
            <w:color w:val="0000FF"/>
            <w:rStyle w:val="Hyperlink"/>
          </w:rPr>
          <w:t>https://deadline.com/feature/heartstopper-season-3-release-date-cast-1235982195/</w:t>
        </w:r>
      </w:hyperlink>
      <w:r>
        <w:t xml:space="preserve"> - Confirms that the series is based on the best-selling graphic novel series by Alice Oseman and its comic book origins.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marca.com/en/lifestyle/tv-shows/2024/10/03/66fd9bf6e2704e414e8b4573.html" TargetMode="External"/><Relationship Id="rId12" Type="http://schemas.openxmlformats.org/officeDocument/2006/relationships/hyperlink" Target="https://www.radiotimes.com/tv/drama/heartstopper-season-3-release-date/" TargetMode="External"/><Relationship Id="rId13" Type="http://schemas.openxmlformats.org/officeDocument/2006/relationships/hyperlink" Target="https://www.capitalfm.com/news/tv-film/heartstopper-season-3-release-time-when-netflix/" TargetMode="External"/><Relationship Id="rId14" Type="http://schemas.openxmlformats.org/officeDocument/2006/relationships/hyperlink" Target="https://economictimes.indiatimes.com/news/international/us/heartstopper-season-3-check-out-release-date-time-where-to-watch-plot-cast-and-characters/articleshow/113882229.cms" TargetMode="External"/><Relationship Id="rId15" Type="http://schemas.openxmlformats.org/officeDocument/2006/relationships/hyperlink" Target="https://deadline.com/feature/heartstopper-season-3-release-date-cast-12359821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