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Luther Vandross doc heads up a queer Autumn in entertainment</w:t>
      </w:r>
    </w:p>
    <w:p>
      <w:r/>
    </w:p>
    <w:p>
      <w:r>
        <w:drawing>
          <wp:inline xmlns:a="http://schemas.openxmlformats.org/drawingml/2006/main" xmlns:pic="http://schemas.openxmlformats.org/drawingml/2006/picture">
            <wp:extent cx="5486400" cy="355758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57588"/>
                    </a:xfrm>
                    <a:prstGeom prst="rect"/>
                  </pic:spPr>
                </pic:pic>
              </a:graphicData>
            </a:graphic>
          </wp:inline>
        </w:drawing>
      </w:r>
    </w:p>
    <w:p>
      <w:r>
        <w:t>As the leaves begin to change and the chill of autumn sets in, the world of entertainment is preparing to serve a rich line-up of LGBTQ+ themed content. With the end of September approaching, several notable trailers for upcoming queer and queer-adjacent movies and TV shows have dropped, promising a diverse range of stories and characters that reflect the LGBTQ+ experience in various lights.</w:t>
      </w:r>
    </w:p>
    <w:p>
      <w:r>
        <w:t>One of the highly anticipated releases includes Luther: Never Too Much [pictured], a documentary by CNN Films exploring the life and legacy of Luther Vandross, highlighting his profound impact on music and his struggles with his sexuality. Meanwhile, Le Beau Mec by Altered Innocence takes a deep dive into Paris's queer nightlife, offering an authentic portrayal of love and identity within the heart of the city. Netflix's Will &amp; Harper is set to narrate the first blushes of young love between two teenagers navigating their relationship in a challenging societal landscape.</w:t>
      </w:r>
    </w:p>
    <w:p>
      <w:r>
        <w:t>Additionally, amid the politically charged atmosphere of the impending elections, an intriguing film about a young Donald Trump is making waves, though it has garnered controversy from the MAGA crowd, indicating a potentially polarising but engaging storyline.</w:t>
      </w:r>
    </w:p>
    <w:p>
      <w:r>
        <w:t>In the music scene, New York City recently hosted the All Things Go music festival for the first time. The event prominently featured women and queer women headliners, a reflection of the current popularity and cultural significance of music created by queer women. Performers such as Boygenius’ Julien Baker, Ethel Cain, Muna, Janelle Monáe, and Reneé Rapp graced the stage, demonstrating the economic and cultural benefits of inclusive lineups. Despite a last-minute dropout by Chappell Roan, the festival maintained a strong representation and attracted significant attention for its progressive stance.</w:t>
      </w:r>
    </w:p>
    <w:p>
      <w:r>
        <w:t>Nadine Hubbs, a professor of women’s and gender studies and music at the University of Michigan, noted that this lineup mirrors a broader trend in contemporary pop music where queer voices are gaining more prominence and influence. This festival not only celebrated musical talent but also underscored the growing acceptance and encouragement of diverse voices in mainstream entertainment.</w:t>
      </w:r>
    </w:p>
    <w:p>
      <w:r>
        <w:t>In the realm of visual arts, Julio Salgado, a digital illustrator based in Long Beach, draws upon his queer family history to honour the legacies of undocumented and queer immigrants. His work poignantly captures the struggles and resilience of these communities, offering a platform for voices that are often marginalised in the socio-political discourse. Salgado's art provides a compelling commentary on identity and belonging, further enriching the tapestry of queer narratives being shared this season.</w:t>
      </w:r>
    </w:p>
    <w:p>
      <w:r>
        <w:t>As we navigate through the political shifts of this year’s election, the intersection of art, music, and film continues to be a vibrant arena for LGBTQ+ representation. These latest trailers and performances not only entertain but also amplify the diverse stories and experiences of the queer community, encouraging a broader understanding and appreciation of their contributions to culture and society.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https://www.out.com/film/lgbtq-movies-2024</w:t>
        </w:r>
      </w:hyperlink>
      <w:r>
        <w:t xml:space="preserve"> - Corroborates the release of various LGBTQ+ movies in 2024, including 'Will &amp; Harper' and other queer-inclusive films.</w:t>
      </w:r>
    </w:p>
    <w:p>
      <w:pPr>
        <w:pStyle w:val="ListBullet"/>
      </w:pPr>
      <w:hyperlink r:id="rId12">
        <w:r>
          <w:rPr>
            <w:u w:val="single"/>
            <w:color w:val="0000FF"/>
            <w:rStyle w:val="Hyperlink"/>
          </w:rPr>
          <w:t>https://www.pride.com/gay-movies/lgbt-movies-2024</w:t>
        </w:r>
      </w:hyperlink>
      <w:r>
        <w:t xml:space="preserve"> - Supports the list of LGBTQ+ movies scheduled for release in 2024, highlighting diverse queer stories and characters.</w:t>
      </w:r>
    </w:p>
    <w:p>
      <w:pPr>
        <w:pStyle w:val="ListBullet"/>
      </w:pPr>
      <w:hyperlink r:id="rId13">
        <w:r>
          <w:rPr>
            <w:u w:val="single"/>
            <w:color w:val="0000FF"/>
            <w:rStyle w:val="Hyperlink"/>
          </w:rPr>
          <w:t>https://www.gaytimes.com/originals/lgbtq-tv-shows-2024/</w:t>
        </w:r>
      </w:hyperlink>
      <w:r>
        <w:t xml:space="preserve"> - Provides information on upcoming LGBTQ+ TV shows in 2024, such as 'Doctor Who' and 'I Kissed a Boy,' which reflect the LGBTQ+ experience.</w:t>
      </w:r>
    </w:p>
    <w:p>
      <w:pPr>
        <w:pStyle w:val="ListBullet"/>
      </w:pPr>
      <w:hyperlink r:id="rId14">
        <w:r>
          <w:rPr>
            <w:u w:val="single"/>
            <w:color w:val="0000FF"/>
            <w:rStyle w:val="Hyperlink"/>
          </w:rPr>
          <w:t>https://seattlepride.org/news/2024-lgbtqia-holidays-remembrances</w:t>
        </w:r>
      </w:hyperlink>
      <w:r>
        <w:t xml:space="preserve"> - Lists various LGBTQIA+ holidays and remembrances throughout 2024, highlighting the importance of these dates in the LGBTQ+ community.</w:t>
      </w:r>
    </w:p>
    <w:p>
      <w:pPr>
        <w:pStyle w:val="ListBullet"/>
      </w:pPr>
      <w:hyperlink r:id="rId11">
        <w:r>
          <w:rPr>
            <w:u w:val="single"/>
            <w:color w:val="0000FF"/>
            <w:rStyle w:val="Hyperlink"/>
          </w:rPr>
          <w:t>https://www.out.com/film/lgbtq-movies-2024</w:t>
        </w:r>
      </w:hyperlink>
      <w:r>
        <w:t xml:space="preserve"> - Mentions 'Love Lies Bleeding' and other films that feature queer characters and storylines, aligning with the theme of amplified queer voices in entertainment.</w:t>
      </w:r>
    </w:p>
    <w:p>
      <w:pPr>
        <w:pStyle w:val="ListBullet"/>
      </w:pPr>
      <w:hyperlink r:id="rId13">
        <w:r>
          <w:rPr>
            <w:u w:val="single"/>
            <w:color w:val="0000FF"/>
            <w:rStyle w:val="Hyperlink"/>
          </w:rPr>
          <w:t>https://www.gaytimes.com/originals/lgbtq-tv-shows-2024/</w:t>
        </w:r>
      </w:hyperlink>
      <w:r>
        <w:t xml:space="preserve"> - Discusses the return of shows like 'Heartstopper' and 'Interview with the Vampire,' which are part of the rich line-up of LGBTQ+ themed content.</w:t>
      </w:r>
    </w:p>
    <w:p>
      <w:pPr>
        <w:pStyle w:val="ListBullet"/>
      </w:pPr>
      <w:hyperlink r:id="rId12">
        <w:r>
          <w:rPr>
            <w:u w:val="single"/>
            <w:color w:val="0000FF"/>
            <w:rStyle w:val="Hyperlink"/>
          </w:rPr>
          <w:t>https://www.pride.com/gay-movies/lgbt-movies-2024</w:t>
        </w:r>
      </w:hyperlink>
      <w:r>
        <w:t xml:space="preserve"> - Highlights the diversity of LGBTQ+ movies, including musicals and dramas, that are set to release in 2024.</w:t>
      </w:r>
    </w:p>
    <w:p>
      <w:pPr>
        <w:pStyle w:val="ListBullet"/>
      </w:pPr>
      <w:hyperlink r:id="rId11">
        <w:r>
          <w:rPr>
            <w:u w:val="single"/>
            <w:color w:val="0000FF"/>
            <w:rStyle w:val="Hyperlink"/>
          </w:rPr>
          <w:t>https://www.out.com/film/lgbtq-movies-2024</w:t>
        </w:r>
      </w:hyperlink>
      <w:r>
        <w:t xml:space="preserve"> - Features 'Challengers' and 'Problemista,' films that contribute to the vibrant representation of LGBTQ+ stories in cinema.</w:t>
      </w:r>
    </w:p>
    <w:p>
      <w:pPr>
        <w:pStyle w:val="ListBullet"/>
      </w:pPr>
      <w:hyperlink r:id="rId13">
        <w:r>
          <w:rPr>
            <w:u w:val="single"/>
            <w:color w:val="0000FF"/>
            <w:rStyle w:val="Hyperlink"/>
          </w:rPr>
          <w:t>https://www.gaytimes.com/originals/lgbtq-tv-shows-2024/</w:t>
        </w:r>
      </w:hyperlink>
      <w:r>
        <w:t xml:space="preserve"> - Mentions 'The Sandman' and its progressive representation of LGBTQIA+ characters, reflecting the growing acceptance in mainstream entertainment.</w:t>
      </w:r>
    </w:p>
    <w:p>
      <w:pPr>
        <w:pStyle w:val="ListBullet"/>
      </w:pPr>
      <w:hyperlink r:id="rId11">
        <w:r>
          <w:rPr>
            <w:u w:val="single"/>
            <w:color w:val="0000FF"/>
            <w:rStyle w:val="Hyperlink"/>
          </w:rPr>
          <w:t>https://www.out.com/film/lgbtq-movies-2024</w:t>
        </w:r>
      </w:hyperlink>
      <w:r>
        <w:t xml:space="preserve"> - Includes 'Mother Mary' and 'Desire Lines,' films that explore queer themes and identities, enriching the tapestry of queer narratives.</w:t>
      </w:r>
    </w:p>
    <w:p>
      <w:pPr>
        <w:pStyle w:val="ListBullet"/>
      </w:pPr>
      <w:hyperlink r:id="rId13">
        <w:r>
          <w:rPr>
            <w:u w:val="single"/>
            <w:color w:val="0000FF"/>
            <w:rStyle w:val="Hyperlink"/>
          </w:rPr>
          <w:t>https://www.gaytimes.com/originals/lgbtq-tv-shows-2024/</w:t>
        </w:r>
      </w:hyperlink>
      <w:r>
        <w:t xml:space="preserve"> - Discusses 'I Kissed a Boy' and its queer female spin-off, 'I Kissed a Girl,' which serve drama and smash stereotypes, aligning with the theme of amplified queer voices.</w:t>
      </w:r>
    </w:p>
    <w:p>
      <w:pPr>
        <w:pStyle w:val="ListBullet"/>
      </w:pPr>
      <w:hyperlink r:id="rId15">
        <w:r>
          <w:rPr>
            <w:u w:val="single"/>
            <w:color w:val="0000FF"/>
            <w:rStyle w:val="Hyperlink"/>
          </w:rPr>
          <w:t>https://www.queerty.com/watch-the-gayest-movie-tv-trailers-that-dropped-in-september-2024-20240930</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out.com/film/lgbtq-movies-2024" TargetMode="External"/><Relationship Id="rId12" Type="http://schemas.openxmlformats.org/officeDocument/2006/relationships/hyperlink" Target="https://www.pride.com/gay-movies/lgbt-movies-2024" TargetMode="External"/><Relationship Id="rId13" Type="http://schemas.openxmlformats.org/officeDocument/2006/relationships/hyperlink" Target="https://www.gaytimes.com/originals/lgbtq-tv-shows-2024/" TargetMode="External"/><Relationship Id="rId14" Type="http://schemas.openxmlformats.org/officeDocument/2006/relationships/hyperlink" Target="https://seattlepride.org/news/2024-lgbtqia-holidays-remembrances" TargetMode="External"/><Relationship Id="rId15" Type="http://schemas.openxmlformats.org/officeDocument/2006/relationships/hyperlink" Target="https://www.queerty.com/watch-the-gayest-movie-tv-trailers-that-dropped-in-september-2024-20240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