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Agatha All Along 'the gayest project Marvel has ever done'</w:t>
      </w:r>
    </w:p>
    <w:p>
      <w:r/>
    </w:p>
    <w:p>
      <w:r>
        <w:drawing>
          <wp:inline xmlns:a="http://schemas.openxmlformats.org/drawingml/2006/main" xmlns:pic="http://schemas.openxmlformats.org/drawingml/2006/picture">
            <wp:extent cx="5486400" cy="30480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48000"/>
                    </a:xfrm>
                    <a:prstGeom prst="rect"/>
                  </pic:spPr>
                </pic:pic>
              </a:graphicData>
            </a:graphic>
          </wp:inline>
        </w:drawing>
      </w:r>
    </w:p>
    <w:p>
      <w:r>
        <w:t>The highly anticipated Marvel comic book series, Agatha All Along, is set to premiere this week on Disney+, promising a narrative that is groundbreaking in its representation of LGBTQ+ characters. The series stars Kathryn Hahn as the 300-year-old witch, Agatha Harkness, a character who gained a significant following after her appearance in Marvel’s Wandavision.</w:t>
      </w:r>
    </w:p>
    <w:p>
      <w:r>
        <w:t>Agatha All Along centres on Harkness as she travels the Witches’ Road to reclaim her magical powers following a tumultuous encounter with Wanda Maximoff, more famously known as the Scarlet Witch, portrayed by Elizabeth Olsen. Joining her on this mystical journey is a mysterious goth teen, played by Joe Locke, alongside a collective of fellow witches.</w:t>
      </w:r>
    </w:p>
    <w:p>
      <w:r>
        <w:t>The show, which spans a nine-episode limited run, has garnered attention not only for its mesmerising storyline but also for its dedication to LGBTQ representation. Aubrey Plaza, who plays Green Witch Rio Vidal, expressed her excitement about the LGBTQ content, enthusiastically describing the series as becoming “gayer and gayer” as it progresses, culminating in what she termed a “gay explosion” by the finale.</w:t>
      </w:r>
    </w:p>
    <w:p>
      <w:r>
        <w:t>Sasheer Zamata, portraying Jennifer Kale, echoed Plaza’s sentiments, labelling the project as the “gayest project Marvel has ever done.” During a red carpet interview, Zamata elaborated on the inherent queerness of witches, commenting that they are often seen as outcasts, which adds to their allure and power. She noted, “Witches are queer inherently just because we are outcasts and set aside for many reasons.”</w:t>
      </w:r>
    </w:p>
    <w:p>
      <w:r>
        <w:t>Despite the focus on diversity and LGBTQ themes, not all cast members see this as the primary purpose of the series. Ami Ahn, who plays Alice Wu-Gulliver, denied that diversity is the main storyline, stating, “It’s just the world. There’s not like a whole storyline, it just is.” Hahn herself mentioned that the normalisation of queerness is a significant yet subtle aspect of the show, saying, “What is the most exciting [thing] about it is that that’s not exactly what it’s about. It’s so normalised.”</w:t>
      </w:r>
    </w:p>
    <w:p>
      <w:r>
        <w:t>The enthusiasm from the cast members suggests that Agatha All Along aims to blend traditional Marvel storytelling with contemporary issues, reflecting a commitment to representing a broad spectrum of identities. This move comes amidst a mixed track record for Marvel's portrayal of LGBTQ+ themes, as seen in other ventures like the Star Wars series, The Acolyte, which faced criticism and was ultimately cancelled after one season.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