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Kim Petras and The Chainsmokers team up for new hit single 'Don't Lie'</w:t>
      </w:r>
    </w:p>
    <w:p>
      <w:r/>
    </w:p>
    <w:p>
      <w:r>
        <w:drawing>
          <wp:inline xmlns:a="http://schemas.openxmlformats.org/drawingml/2006/main" xmlns:pic="http://schemas.openxmlformats.org/drawingml/2006/picture">
            <wp:extent cx="5486400" cy="296339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63390"/>
                    </a:xfrm>
                    <a:prstGeom prst="rect"/>
                  </pic:spPr>
                </pic:pic>
              </a:graphicData>
            </a:graphic>
          </wp:inline>
        </w:drawing>
      </w:r>
    </w:p>
    <w:p>
      <w:r>
        <w:t xml:space="preserve">Pop sensation Kim Petras has once again delivered a chart-topping hit, this time collaborating with renowned electronic dance music duo The Chainsmokers on a song, titled Don't Lie. </w:t>
      </w:r>
    </w:p>
    <w:p>
      <w:r>
        <w:t>This release adds to Petras' impressive portfolio of collaborations. Over the past two years, she has joined forces with high-profile artists, culminating in hits like Alone with Nicki Minaj and the Grammy-winning Unholy with Sam Smith.</w:t>
      </w:r>
    </w:p>
    <w:p>
      <w:r>
        <w:t>The Chainsmokers, composed of Andrew Taggart and Alex Pall, are no strangers to successful partnerships. The duo has consistently delivered hits since their rise to fame in 2015, collaborating with other notable artists such as Daya on Don't Let Me Down and Halsey on Closer. Their extensive catalogue includes popular tracks like Roses, Paris, Something Just Like This, and Summertime Friends.</w:t>
      </w:r>
    </w:p>
    <w:p>
      <w:r>
        <w:t>For Petras, the release of Don't Lie signifies a triumphant return to the music scene. Earlier this year, the singer had to cancel several summer festival appearances due to health issues.</w:t>
      </w:r>
    </w:p>
    <w:p>
      <w:r>
        <w:t>The song is accompanied by a visually captivating music video, set against the backdrop of an exuberant forest rave. Petras takes centre stage, dancing amidst a lively crowd, embodying a main character presence. Social media buzzed with fans speculating about a potential new Turn Off the Light EP, given the teaser of Petras' hand emerging from the mud at the video's start, which some interpret as a nod to the upcoming Halloween season.</w:t>
      </w:r>
    </w:p>
    <w:p>
      <w:r>
        <w:t>The Chainsmokers have demonstrated their ability to evolve while maintaining their signature sound over the past decade, making Don't Lie a highly anticipated addition to their repertoire. Petras' return has been eagerly awaited by fans, and her latest collaboration is likely to further cement her status as a pop icon.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