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Jonathan Bailey in line for an Emmy for Fellow Travelers performance?</w:t>
      </w:r>
    </w:p>
    <w:p>
      <w:r/>
    </w:p>
    <w:p>
      <w:r>
        <w:drawing>
          <wp:inline xmlns:a="http://schemas.openxmlformats.org/drawingml/2006/main" xmlns:pic="http://schemas.openxmlformats.org/drawingml/2006/picture">
            <wp:extent cx="5486400" cy="293855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38553"/>
                    </a:xfrm>
                    <a:prstGeom prst="rect"/>
                  </pic:spPr>
                </pic:pic>
              </a:graphicData>
            </a:graphic>
          </wp:inline>
        </w:drawing>
      </w:r>
    </w:p>
    <w:p>
      <w:r>
        <w:t>[Picture: Jonathan Bailey - front - with Matt Bomer in Fellow Travelers from Showtime]</w:t>
      </w:r>
    </w:p>
    <w:p>
      <w:r>
        <w:t>As the final voting for the 2024 Emmy Awards heats up, actor Jonathan Bailey is turning heads and generating buzz with his recent promotional efforts for Showtime's acclaimed series, "Fellow Travelers". The actor, who is nominated for Best Supporting Actor, has been seen donning a pair of denim short shorts in photos that have captivated fans and flooded social media.</w:t>
      </w:r>
    </w:p>
    <w:p>
      <w:r>
        <w:t>Over the past week, Bailey and his co-star, Matt Bomer, have been energetically promoting their series, which chronicles the evolving romance between two gay men from the 1950s to the 1980s. In this latest promotional stint, Bailey offered a behind-the-scenes look at his costume fittings, an addition to a vigorous press tour designed to drum up support for the show.</w:t>
      </w:r>
    </w:p>
    <w:p>
      <w:r>
        <w:t>The series follows Bailey's character, Tim "Skippy" Laughlin, showcasing his journey from a closeted Catholic worker in Washington D.C. to an outspoken gay activist. The character's wardrobe changes reflect the shifting eras, and fans have responded enthusiastically to the sneak peeks of Bailey in 1970s-inspired attire complete with calf-baring shorts and sandals.</w:t>
      </w:r>
    </w:p>
    <w:p>
      <w:r>
        <w:t>Photos and videos from Bailey’s Instagram account provide a rich collage of the actor and his co-stars Bomer, Jelani Alladin, and Noah J. Ricketts enjoying their time together on set. One video, set to Arthur Russell’s “Love Is Overtaking Me,” aligns with the series' final moments and exudes a joyful camaraderie among the cast. The ongoing press efforts highlight the genuine bond between the series' stars, engaging fans with their palpable chemistry and shared passion for the show's themes.</w:t>
      </w:r>
    </w:p>
    <w:p>
      <w:r>
        <w:t>Additional highlights from the promotional campaign include an event at 92NY in New York City, where Bailey and Bomer conversed with host Tommy DiDario about the series' impact. The evening was marked by laughter and a symbolic oat milk toast, harking back to Bailey’s earlier Igor's “shut up and drink your milk” campaign.</w:t>
      </w:r>
    </w:p>
    <w:p>
      <w:r>
        <w:t xml:space="preserve">Bailey also made a charming appearance on </w:t>
      </w:r>
      <w:r>
        <w:rPr>
          <w:i/>
        </w:rPr>
        <w:t>Late Night with Seth Meyers</w:t>
      </w:r>
      <w:r>
        <w:t>, where he discussed the significant themes of the show and its portrayal of gay relationships. The conversation delved into the series' explicit scenes, with Bailey emphasising their importance in depicting intimate and transformative aspects of his character's life. The segment added a humorous note with Bailey discussing his use of prosthetic penises and showing a humorous "modesty thong" equipped with googly eyes.</w:t>
      </w:r>
    </w:p>
    <w:p>
      <w:r>
        <w:t>The lighthearted nature of Bailey's promotional efforts has sparked abundant adoration and discussion among fans and followers, all eagerly anticipating the Emmy Awards ceremony on September 15. With the fervent support behind him and the engaging glimpses into his role, Bailey is well-poised for the upcoming awards.</w:t>
      </w:r>
    </w:p>
    <w:p>
      <w:r>
        <w:rPr>
          <w:i/>
        </w:rPr>
        <w:t>Fellow Travelers</w:t>
      </w:r>
      <w:r>
        <w:t>, adapted from Thomas Mallon’s 2017 novel, has garnered critical praise for its poignant historical narrative and character exploration. As the Emmy voting period draws to a close, the collaborative efforts of the show's cast and crew underscore the series' resonance and the journey it depicts over decades of change.</w:t>
      </w:r>
    </w:p>
    <w:p>
      <w:r>
        <w:t>The culmination of these promotional activities leaves viewers and fans eager to see if Bailey or his co-star Bomer will triumph on the Emmy stage.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