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Donald Trump Jr. has hissy fit over ‘satanic’ drag queens at Paris Olympic ceremony</w:t>
      </w:r>
    </w:p>
    <w:p>
      <w:r/>
    </w:p>
    <w:p>
      <w:r>
        <w:drawing>
          <wp:inline xmlns:a="http://schemas.openxmlformats.org/drawingml/2006/main" xmlns:pic="http://schemas.openxmlformats.org/drawingml/2006/picture">
            <wp:extent cx="5486400" cy="3429854"/>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429854"/>
                    </a:xfrm>
                    <a:prstGeom prst="rect"/>
                  </pic:spPr>
                </pic:pic>
              </a:graphicData>
            </a:graphic>
          </wp:inline>
        </w:drawing>
      </w:r>
    </w:p>
    <w:p>
      <w:r>
        <w:t xml:space="preserve">The Opening Ceremony of the Paris Olympic Games has sparked a wave of controversy, highlighted by the participation of drag queens in a performance inspired by Leonardo da Vinci's 'The Last Supper'. This segment of the show has drawn significant criticism from various quarters, including Donald Trump Jr., son of the former U.S. president expressed through social media. </w:t>
      </w:r>
    </w:p>
    <w:p>
      <w:r>
        <w:t>He labelled it as 'seemingly satanic' and condemned the inclusion of drag queens in the event, arguing that it detracts from the traditional spirit and values of the Olympic Games. Trump Jr. voiced his disappointment, recalling how the Olympics once generated immense national pride and excitement during his childhood. He reminisced about the enthusiasm his family, especially his mother Ivana Trump, a former Czech skier, had for the games.</w:t>
      </w:r>
    </w:p>
    <w:p>
      <w:r>
        <w:t>Highlighting his concern, Trump Jr. wrote, "Now with the ever predictable (&amp; seemingly satanic to me) drag queen opening ceremonies and never-ending BS, no one I know even thinks about it beyond maybe watching some highlights. It's such a shame that events that used to create so much national pride now create, at best, indifference. Using the games to push woke ideology has zero to do with anything the games stand for."</w:t>
      </w:r>
    </w:p>
    <w:p>
      <w:r>
        <w:t>Ivana Trump’s claim of being an alternate for the Czechoslovakian ski team at the 1972 Olympics has however been under scrutiny, with historical records disputing her participation. According to the Secretary General of Czechoslovakia's Olympic Committee, no female alpine skiers were sent to the 1972 Olympic Games, a fact corroborated by a 2021 investigation by Snopes.</w:t>
      </w:r>
    </w:p>
    <w:p>
      <w:r>
        <w:t>The performance has also faced backlash from various Christian groups and individuals on social media platforms. Kansas City Chiefs' kicker Harrison Butker joined the chorus of criticism by sharing a biblical verse from Galatians on Twitter, emphasizing that mocking God would bring about negative consequences. Jake reports that Butker's post read, "Be not deceived, God is not mocked. For what things a man shall sow, those also shall he reap. For he that soweth in his flesh, of the flesh also shall reap corruption. But he that soweth in the spirit, of the spirit shall reap life everlasting."</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