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Pride March in General Roca: A Call for Trans Rights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Community members in General Roca took to the streets for a Pride march calling for greater rights and action against violence targeting trans people. The day brought together a morning flag-raising and afternoon activities, with an open invitation to join the city-centre demonstration. It was a visible reminder that celebration and demands for change can share the same streets.</w:t>
      </w:r>
      <w:r/>
    </w:p>
    <w:p>
      <w:pPr>
        <w:pStyle w:val="Heading2"/>
      </w:pPr>
      <w:r>
        <w:t>Pride in Roca brought celebration and protest together</w:t>
      </w:r>
      <w:r/>
    </w:p>
    <w:p>
      <w:r/>
      <w:r>
        <w:t xml:space="preserve">The march in General Roca centred on a clear message: protect LGBTIQ+ rights and take stronger action against violence towards trans people. Organised by the Association of Trans People and Sex Workers of Río Negro, the day paired a public show of Pride with a call for change. </w:t>
      </w:r>
      <w:hyperlink r:id="rId9">
        <w:r>
          <w:rPr>
            <w:color w:val="0000EE"/>
            <w:u w:val="single"/>
          </w:rPr>
          <w:t>[2]</w:t>
        </w:r>
      </w:hyperlink>
      <w:r>
        <w:t xml:space="preserve">, </w:t>
      </w:r>
      <w:hyperlink r:id="rId10">
        <w:r>
          <w:rPr>
            <w:color w:val="0000EE"/>
            <w:u w:val="single"/>
          </w:rPr>
          <w:t>[6]</w:t>
        </w:r>
      </w:hyperlink>
      <w:r/>
    </w:p>
    <w:p>
      <w:r/>
      <w:r>
        <w:t xml:space="preserve">There was a quietly striking start to proceedings, with the Pride flag raised at 8am at the corner of Roca Avenue and Paraguay Street. Later, people were invited to gather at San Martín Square, making the event accessible to anyone who wanted to take part. </w:t>
      </w:r>
      <w:hyperlink r:id="rId9">
        <w:r>
          <w:rPr>
            <w:color w:val="0000EE"/>
            <w:u w:val="single"/>
          </w:rPr>
          <w:t>[2]</w:t>
        </w:r>
      </w:hyperlink>
      <w:r>
        <w:t xml:space="preserve">, </w:t>
      </w:r>
      <w:hyperlink r:id="rId11">
        <w:r>
          <w:rPr>
            <w:color w:val="0000EE"/>
            <w:u w:val="single"/>
          </w:rPr>
          <w:t>[4]</w:t>
        </w:r>
      </w:hyperlink>
      <w:r/>
    </w:p>
    <w:p>
      <w:pPr>
        <w:pStyle w:val="Heading2"/>
      </w:pPr>
      <w:r>
        <w:t>From the flag-raising to the city-centre march</w:t>
      </w:r>
      <w:r/>
    </w:p>
    <w:p>
      <w:r/>
      <w:r>
        <w:t xml:space="preserve">The afternoon programme began at 6pm in San Martín Square. The planned march through central Roca was due to set off at 7.30pm, giving people time to meet before heading out together. </w:t>
      </w:r>
      <w:hyperlink r:id="rId9">
        <w:r>
          <w:rPr>
            <w:color w:val="0000EE"/>
            <w:u w:val="single"/>
          </w:rPr>
          <w:t>[2]</w:t>
        </w:r>
      </w:hyperlink>
      <w:r>
        <w:t xml:space="preserve">, </w:t>
      </w:r>
      <w:hyperlink r:id="rId11">
        <w:r>
          <w:rPr>
            <w:color w:val="0000EE"/>
            <w:u w:val="single"/>
          </w:rPr>
          <w:t>[4]</w:t>
        </w:r>
      </w:hyperlink>
      <w:r/>
    </w:p>
    <w:p>
      <w:r/>
      <w:r>
        <w:t xml:space="preserve">That sequence mattered: the morning ceremony offered a moment of visibility, while the evening march took the message into public space. Across Río Negro, Pride events have also included gatherings and activities in other cities, reflecting a wider regional calendar rather than a single-day focus in Roca. </w:t>
      </w:r>
      <w:hyperlink r:id="rId12">
        <w:r>
          <w:rPr>
            <w:color w:val="0000EE"/>
            <w:u w:val="single"/>
          </w:rPr>
          <w:t>[3]</w:t>
        </w:r>
      </w:hyperlink>
      <w:r>
        <w:t xml:space="preserve">, </w:t>
      </w:r>
      <w:hyperlink r:id="rId13">
        <w:r>
          <w:rPr>
            <w:color w:val="0000EE"/>
            <w:u w:val="single"/>
          </w:rPr>
          <w:t>[5]</w:t>
        </w:r>
      </w:hyperlink>
      <w:r/>
    </w:p>
    <w:p>
      <w:pPr>
        <w:pStyle w:val="Heading2"/>
      </w:pPr>
      <w:r>
        <w:t>Why the call for trans rights matters</w:t>
      </w:r>
      <w:r/>
    </w:p>
    <w:p>
      <w:r/>
      <w:r>
        <w:t xml:space="preserve">Pride marches are often joyful, colourful events, but this gathering also carried an urgent demand: measures to confront violence against trans people. Bringing that message into the streets makes the issue harder to overlook and gives community members a chance to be seen and heard together. </w:t>
      </w:r>
      <w:hyperlink r:id="rId9">
        <w:r>
          <w:rPr>
            <w:color w:val="0000EE"/>
            <w:u w:val="single"/>
          </w:rPr>
          <w:t>[2]</w:t>
        </w:r>
      </w:hyperlink>
      <w:r>
        <w:t xml:space="preserve">, </w:t>
      </w:r>
      <w:hyperlink r:id="rId10">
        <w:r>
          <w:rPr>
            <w:color w:val="0000EE"/>
            <w:u w:val="single"/>
          </w:rPr>
          <w:t>[6]</w:t>
        </w:r>
      </w:hyperlink>
      <w:r/>
    </w:p>
    <w:p>
      <w:r/>
      <w:r>
        <w:t xml:space="preserve">The march also sits within a continuing tradition of public demonstrations in Roca. Earlier coverage reported that more than a hundred people joined a previous Pride march in the city, showing how these gatherings can draw support beyond the organisers themselves. </w:t>
      </w:r>
      <w:hyperlink r:id="rId14">
        <w:r>
          <w:rPr>
            <w:color w:val="0000EE"/>
            <w:u w:val="single"/>
          </w:rPr>
          <w:t>[7]</w:t>
        </w:r>
      </w:hyperlink>
      <w:r/>
    </w:p>
    <w:p>
      <w:pPr>
        <w:pStyle w:val="Heading2"/>
      </w:pPr>
      <w:r>
        <w:t>What to know before joining a Pride march</w:t>
      </w:r>
      <w:r/>
    </w:p>
    <w:p>
      <w:r/>
      <w:r>
        <w:t xml:space="preserve">For anyone planning to attend a future march, check the organisers' latest announcements for meeting points and start times. Routes and schedules can change, and local updates are the best guide to where to gather. </w:t>
      </w:r>
      <w:hyperlink r:id="rId12">
        <w:r>
          <w:rPr>
            <w:color w:val="0000EE"/>
            <w:u w:val="single"/>
          </w:rPr>
          <w:t>[3]</w:t>
        </w:r>
      </w:hyperlink>
      <w:r>
        <w:t xml:space="preserve">, </w:t>
      </w:r>
      <w:hyperlink r:id="rId11">
        <w:r>
          <w:rPr>
            <w:color w:val="0000EE"/>
            <w:u w:val="single"/>
          </w:rPr>
          <w:t>[4]</w:t>
        </w:r>
      </w:hyperlink>
      <w:r/>
    </w:p>
    <w:p>
      <w:r/>
      <w:r>
        <w:t xml:space="preserve">It’s also worth thinking about practical comfort: wear shoes you can walk in, bring water, and follow any guidance from organisers along the route. Most importantly, make space for the voices and demands at the heart of the event. </w:t>
      </w:r>
      <w:hyperlink r:id="rId11">
        <w:r>
          <w:rPr>
            <w:color w:val="0000EE"/>
            <w:u w:val="single"/>
          </w:rPr>
          <w:t>[4]</w:t>
        </w:r>
      </w:hyperlink>
      <w:r>
        <w:t xml:space="preserve">, </w:t>
      </w:r>
      <w:hyperlink r:id="rId10">
        <w:r>
          <w:rPr>
            <w:color w:val="0000EE"/>
            <w:u w:val="single"/>
          </w:rPr>
          <w:t>[6]</w:t>
        </w:r>
      </w:hyperlink>
      <w:r/>
    </w:p>
    <w:p>
      <w:pPr>
        <w:pStyle w:val="Heading2"/>
      </w:pPr>
      <w:r>
        <w:t>A regional movement with a local voice</w:t>
      </w:r>
      <w:r/>
    </w:p>
    <w:p>
      <w:r/>
      <w:r>
        <w:t xml:space="preserve">Río Negro's Pride activities bring local communities together while connecting their concerns to a broader push for equality and safety. The events in Roca, Viedma and Bariloche show how that work can take different forms across the province. </w:t>
      </w:r>
      <w:hyperlink r:id="rId13">
        <w:r>
          <w:rPr>
            <w:color w:val="0000EE"/>
            <w:u w:val="single"/>
          </w:rPr>
          <w:t>[5]</w:t>
        </w:r>
      </w:hyperlink>
      <w:r/>
    </w:p>
    <w:p>
      <w:r/>
      <w:r>
        <w:t xml:space="preserve">And there’s something powerful about a march that makes room for both celebration and serious demands. In Roca, the flag-raising and evening demonstration gave the community a public way to call for dignity, rights and protection. </w:t>
      </w:r>
      <w:hyperlink r:id="rId9">
        <w:r>
          <w:rPr>
            <w:color w:val="0000EE"/>
            <w:u w:val="single"/>
          </w:rPr>
          <w:t>[2]</w:t>
        </w:r>
      </w:hyperlink>
      <w:r>
        <w:t xml:space="preserve">, </w:t>
      </w:r>
      <w:hyperlink r:id="rId13">
        <w:r>
          <w:rPr>
            <w:color w:val="0000EE"/>
            <w:u w:val="single"/>
          </w:rPr>
          <w:t>[5]</w:t>
        </w:r>
      </w:hyperlink>
      <w:r/>
    </w:p>
    <w:p>
      <w:r/>
      <w:r>
        <w:t>A Pride march can be a celebration, a protest and a show of solidarity all at once.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[6]</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1">
        <w:r>
          <w:rPr>
            <w:color w:val="0000EE"/>
            <w:u w:val="single"/>
          </w:rPr>
          <w:t>[4]</w:t>
        </w:r>
      </w:hyperlink>
      <w:r>
        <w:t xml:space="preserve">- Paragraph 4: </w:t>
      </w:r>
      <w:hyperlink r:id="rId12">
        <w:r>
          <w:rPr>
            <w:color w:val="0000EE"/>
            <w:u w:val="single"/>
          </w:rPr>
          <w:t>[3]</w:t>
        </w:r>
      </w:hyperlink>
      <w:r>
        <w:t xml:space="preserve">, </w:t>
      </w:r>
      <w:hyperlink r:id="rId13">
        <w:r>
          <w:rPr>
            <w:color w:val="0000EE"/>
            <w:u w:val="single"/>
          </w:rPr>
          <w:t>[5]</w:t>
        </w:r>
      </w:hyperlink>
      <w:r>
        <w:t xml:space="preserve">- Paragraph 5: </w:t>
      </w:r>
      <w:hyperlink r:id="rId9">
        <w:r>
          <w:rPr>
            <w:color w:val="0000EE"/>
            <w:u w:val="single"/>
          </w:rPr>
          <w:t>[2]</w:t>
        </w:r>
      </w:hyperlink>
      <w:r>
        <w:t xml:space="preserve">, </w:t>
      </w:r>
      <w:hyperlink r:id="rId10">
        <w:r>
          <w:rPr>
            <w:color w:val="0000EE"/>
            <w:u w:val="single"/>
          </w:rPr>
          <w:t>[6]</w:t>
        </w:r>
      </w:hyperlink>
      <w:r>
        <w:t xml:space="preserve">- Paragraph 6: </w:t>
      </w:r>
      <w:hyperlink r:id="rId14">
        <w:r>
          <w:rPr>
            <w:color w:val="0000EE"/>
            <w:u w:val="single"/>
          </w:rPr>
          <w:t>[7]</w:t>
        </w:r>
      </w:hyperlink>
      <w:r>
        <w:t xml:space="preserve">- Paragraph 7: </w:t>
      </w:r>
      <w:hyperlink r:id="rId12">
        <w:r>
          <w:rPr>
            <w:color w:val="0000EE"/>
            <w:u w:val="single"/>
          </w:rPr>
          <w:t>[3]</w:t>
        </w:r>
      </w:hyperlink>
      <w:r>
        <w:t xml:space="preserve">, </w:t>
      </w:r>
      <w:hyperlink r:id="rId11">
        <w:r>
          <w:rPr>
            <w:color w:val="0000EE"/>
            <w:u w:val="single"/>
          </w:rPr>
          <w:t>[4]</w:t>
        </w:r>
      </w:hyperlink>
      <w:r>
        <w:t xml:space="preserve">- Paragraph 8: </w:t>
      </w:r>
      <w:hyperlink r:id="rId11">
        <w:r>
          <w:rPr>
            <w:color w:val="0000EE"/>
            <w:u w:val="single"/>
          </w:rPr>
          <w:t>[4]</w:t>
        </w:r>
      </w:hyperlink>
      <w:r>
        <w:t xml:space="preserve">, </w:t>
      </w:r>
      <w:hyperlink r:id="rId10">
        <w:r>
          <w:rPr>
            <w:color w:val="0000EE"/>
            <w:u w:val="single"/>
          </w:rPr>
          <w:t>[6]</w:t>
        </w:r>
      </w:hyperlink>
      <w:r>
        <w:t xml:space="preserve">- Paragraph 9: </w:t>
      </w:r>
      <w:hyperlink r:id="rId13">
        <w:r>
          <w:rPr>
            <w:color w:val="0000EE"/>
            <w:u w:val="single"/>
          </w:rPr>
          <w:t>[5]</w:t>
        </w:r>
      </w:hyperlink>
      <w:r>
        <w:t xml:space="preserve">- Paragraph 10: </w:t>
      </w:r>
      <w:hyperlink r:id="rId9">
        <w:r>
          <w:rPr>
            <w:color w:val="0000EE"/>
            <w:u w:val="single"/>
          </w:rPr>
          <w:t>[2]</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https://www.rionegro.com.ar/sociedad/marcha-del-orgullo-en-fotos-asi-fue-la-manifestacion-en-las-calles-de-roca-4789455/</w:t>
        </w:r>
      </w:hyperlink>
      <w:r>
        <w:t xml:space="preserve"> - Please view link - unable to able to access data</w:t>
      </w:r>
      <w:r/>
    </w:p>
    <w:p>
      <w:pPr>
        <w:pStyle w:val="ListNumber"/>
        <w:spacing w:line="240" w:lineRule="auto"/>
        <w:ind w:left="720"/>
      </w:pPr>
      <w:r/>
      <w:hyperlink r:id="rId9">
        <w:r>
          <w:rPr>
            <w:color w:val="0000EE"/>
            <w:u w:val="single"/>
          </w:rPr>
          <w:t>https://www.rionegro.com.ar/sociedad/marcha-del-orgullo-en-fotos-asi-fue-la-manifestacion-en-las-calles-de-roca-4789455/</w:t>
        </w:r>
      </w:hyperlink>
      <w:r>
        <w:t xml:space="preserve"> - This photo report covers the Pride march held in General Roca on 7 November 2026. It describes a day of public activity organised by the Association of Trans and Sex Workers of Río Negro (ATTS), with participants marching to demand greater rights and action to prevent violence against trans people. The programme began at 8 am with the raising of the Pride flag at the corner of Avenida Roca and Paraguay. In the afternoon, an open gathering was scheduled for 6 pm in Plaza San Martín, followed by a march through the city centre at 7.30 pm. The article’s photographs document the gathering and procession, offering visual evidence of the public mobilisation. Its central information is the location, timings and purpose of the event, rather than a detailed account of speeches or individual participants. The report situates the demonstration as both a celebration of the LGBTIQ+ community and a political demand for equal rights and protection from anti-trans violence. It confirms that the event included activities in the morning as well as an afternoon meeting and street march.</w:t>
      </w:r>
      <w:r/>
    </w:p>
    <w:p>
      <w:pPr>
        <w:pStyle w:val="ListNumber"/>
        <w:spacing w:line="240" w:lineRule="auto"/>
        <w:ind w:left="720"/>
      </w:pPr>
      <w:r/>
      <w:hyperlink r:id="rId12">
        <w:r>
          <w:rPr>
            <w:color w:val="0000EE"/>
            <w:u w:val="single"/>
          </w:rPr>
          <w:t>https://www.rionegro.com.ar/sociedad/marcha-del-orgullo-donde-habra-movilizaciones-en-neuquen-y-rio-negro-y-cuales-son-las-fechas-4788409/</w:t>
        </w:r>
      </w:hyperlink>
      <w:r>
        <w:t xml:space="preserve"> - This regional report previews Pride mobilisations in Neuquén and Río Negro, alongside the national march in Buenos Aires. It says the General Roca programme was announced by the Association of Trans and Sex Workers of Río Negro: the Pride flag was to be raised at 8 am at Avenida Roca and Paraguay, followed by an open community gathering at 6 pm in Plaza San Martín and a city-centre march at 7.30 pm. The article also describes the wider context of demands for LGBTIQ+ rights and opposition to violence, noting a recent attack on trans sex workers in Buenos Aires that prompted concern. Beyond Roca, it lists forthcoming events in Neuquén, Villa La Angostura, Viedma and Carmen de Patagones, and Bariloche, with dates and some meeting details. This makes the piece useful for confirming the Roca march’s organiser, locations and schedule while showing that it was part of a broader calendar of local Pride demonstrations across the region.</w:t>
      </w:r>
      <w:r/>
    </w:p>
    <w:p>
      <w:pPr>
        <w:pStyle w:val="ListNumber"/>
        <w:spacing w:line="240" w:lineRule="auto"/>
        <w:ind w:left="720"/>
      </w:pPr>
      <w:r/>
      <w:hyperlink r:id="rId11">
        <w:r>
          <w:rPr>
            <w:color w:val="0000EE"/>
            <w:u w:val="single"/>
          </w:rPr>
          <w:t>https://www.lmcipolletti.com/provincia/el-alto-valle-marcha-el-orgullo-donde-sera-la-movilizacion-y-que-hora-comienza-n1260337/</w:t>
        </w:r>
      </w:hyperlink>
      <w:r>
        <w:t xml:space="preserve"> - This article reports on the 11th Pride March of Fiske Menuco, held in General Roca, and outlines its aims, programme and background. It says the event sought to make LGBTIQ+ rights visible, affirm gains already made and remember people killed in hate crimes. The afternoon gathering was planned for 6 pm in Plaza San Martín, with the march beginning at 7.30 pm. Activities included a community fair, performances, artistic interventions, music and opportunities for people to meet. The programme began earlier, with a poetry event on 6 November and the raising of the Pride flag at Avenida Roca and Paraguay at 8 am on the day of the march. ATTS was identified as the organising association. The report also describes the event’s emphasis on collective remembrance and resistance to violence and discrimination, including an altar commemorating deceased community members and sex workers. It places the November celebration in Argentina’s historical context and briefly recounts the country’s first Pride march in 1992. These details support the reported schedule, locations, organisers and rights-based purpose of the Roca mobilisation.</w:t>
      </w:r>
      <w:r/>
    </w:p>
    <w:p>
      <w:pPr>
        <w:pStyle w:val="ListNumber"/>
        <w:spacing w:line="240" w:lineRule="auto"/>
        <w:ind w:left="720"/>
      </w:pPr>
      <w:r/>
      <w:hyperlink r:id="rId13">
        <w:r>
          <w:rPr>
            <w:color w:val="0000EE"/>
            <w:u w:val="single"/>
          </w:rPr>
          <w:t>https://diarioneuquino.com.ar/marcha-del-orgullo-en-rio-negro-roca-viedma-y-bariloche-confirmaron-movilizaciones-y-actividades-para-2026/</w:t>
        </w:r>
      </w:hyperlink>
      <w:r>
        <w:t xml:space="preserve"> - This regional news report summarises Pride events announced in Río Negro for November and December 2026. It identifies General Roca as the first local city holding its march, on 7 November, and names the Association of Trans and Sex Workers of Río Negro as the organisation behind the day’s activities. The schedule began with a planned flag-raising at 8 am at Avenida Roca and Paraguay. An open gathering in Plaza San Martín was set for 6 pm, with the march through the streets beginning at 7.30 pm. The article characterises the event as a public demonstration for diversity, rights and participation, and against discrimination and violence. It also mentions the national Pride march in Buenos Aires and the attack on trans sex workers there as part of the wider context for calls to protect LGBTIQ+ people. The report goes on to list later mobilisations in Viedma and Carmen de Patagones, and Bariloche. Its most relevant contribution is corroboration of the Roca event’s date, organiser, meeting point and timings, while placing those details within a province-wide calendar.</w:t>
      </w:r>
      <w:r/>
    </w:p>
    <w:p>
      <w:pPr>
        <w:pStyle w:val="ListNumber"/>
        <w:spacing w:line="240" w:lineRule="auto"/>
        <w:ind w:left="720"/>
      </w:pPr>
      <w:r/>
      <w:hyperlink r:id="rId10">
        <w:r>
          <w:rPr>
            <w:color w:val="0000EE"/>
            <w:u w:val="single"/>
          </w:rPr>
          <w:t>https://www.anroca.com.ar/noticias/2026/11/04/231006-la-comunidad-lgbtiq-vuelve-a-marchar-en-general-roca-por-la-diversidad</w:t>
        </w:r>
      </w:hyperlink>
      <w:r>
        <w:t xml:space="preserve"> - Published ahead of the 2026 march, this report describes preparations for a Pride gathering in General Roca and its emphasis on visibility, culture and the rights of diverse communities. It identifies ATTS as the organisation promoting the event and gives 7 November as the planned date. The article reports that the municipality had painted pedestrian crossings in the colours of the LGBTIQ+ flag at the Avenida Roca and Canalito roundabout, presenting this as a visible sign of support and part of the preparations. It also describes cultural activity planned for the public, including poetry by trans performers, artistic expression and display of the Pride flag, with Plaza de las Banderas named as one of the principal locations. Organisers are quoted indirectly as seeking to sustain spaces for reflection and community participation and to keep inclusion and respect for all identities on the public agenda. Although this preview focuses on the cultural programme and does not provide the same detailed schedule as some other reports, it supports the claim that the march was organised around rights advocacy, public visibility and community activity in General Roca.</w:t>
      </w:r>
      <w:r/>
    </w:p>
    <w:p>
      <w:pPr>
        <w:pStyle w:val="ListNumber"/>
        <w:spacing w:line="240" w:lineRule="auto"/>
        <w:ind w:left="720"/>
      </w:pPr>
      <w:r/>
      <w:hyperlink r:id="rId14">
        <w:r>
          <w:rPr>
            <w:color w:val="0000EE"/>
            <w:u w:val="single"/>
          </w:rPr>
          <w:t>https://www.rionegro.com.ar/sociedad/tras-el-partido-de-argentina-mas-de-un-centenar-de-personas-participo-de-la-marcha-del-orgullo-en-roca-2614433/</w:t>
        </w:r>
      </w:hyperlink>
      <w:r>
        <w:t xml:space="preserve"> - This earlier Diario Río Negro report recounts the seventh Pride March in General Roca, held on 26 November 2022. It says more than one hundred people joined the mobilisation and identifies its principal slogans as calls for a comprehensive trans law and recognition of sex work as work. Georgina Colicheo, a representative of ATTS and one of the organisers, described the march as an established annual event; the article notes that the first Roca edition took place in 2015. Participants gathered at Plaza San Martín before marching through central streets, with the route and timing adjusted around celebrations following Argentina’s World Cup football victory. A festival of local performers followed the march, including a headline appearance by trans artist Susy Shock. The report also records municipal recognition of the event and of ATTS’s work in prevention and support, linking Pride demonstrations with equality, non-violence and awareness of hate crimes. While it concerns a previous edition rather than the 2026 programme, it provides historical context for the recurring Roca march, the involvement of ATTS and the continuing rights-focused character of the mobilisation.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rionegro.com.ar/sociedad/marcha-del-orgullo-en-fotos-asi-fue-la-manifestacion-en-las-calles-de-roca-4789455/" TargetMode="External"/><Relationship Id="rId10" Type="http://schemas.openxmlformats.org/officeDocument/2006/relationships/hyperlink" Target="https://www.anroca.com.ar/noticias/2026/11/04/231006-la-comunidad-lgbtiq-vuelve-a-marchar-en-general-roca-por-la-diversidad" TargetMode="External"/><Relationship Id="rId11" Type="http://schemas.openxmlformats.org/officeDocument/2006/relationships/hyperlink" Target="https://www.lmcipolletti.com/provincia/el-alto-valle-marcha-el-orgullo-donde-sera-la-movilizacion-y-que-hora-comienza-n1260337/" TargetMode="External"/><Relationship Id="rId12" Type="http://schemas.openxmlformats.org/officeDocument/2006/relationships/hyperlink" Target="https://www.rionegro.com.ar/sociedad/marcha-del-orgullo-donde-habra-movilizaciones-en-neuquen-y-rio-negro-y-cuales-son-las-fechas-4788409/" TargetMode="External"/><Relationship Id="rId13" Type="http://schemas.openxmlformats.org/officeDocument/2006/relationships/hyperlink" Target="https://diarioneuquino.com.ar/marcha-del-orgullo-en-rio-negro-roca-viedma-y-bariloche-confirmaron-movilizaciones-y-actividades-para-2026/" TargetMode="External"/><Relationship Id="rId14" Type="http://schemas.openxmlformats.org/officeDocument/2006/relationships/hyperlink" Target="https://www.rionegro.com.ar/sociedad/tras-el-partido-de-argentina-mas-de-un-centenar-de-personas-participo-de-la-marcha-del-orgullo-en-roca-261443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