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Palm Springs Pride Parade Marks 40 Years of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Palm Springs Pride wraps up its 40th-anniversary weekend with a parade along Palm Canyon Drive, bringing floats, performers and community groups to the city centre. The celebration also offers live music, a large festival marketplace and accessible viewing arrangements, making it a big day out for visitors and residents alike.</w:t>
      </w:r>
      <w:r/>
    </w:p>
    <w:p>
      <w:pPr>
        <w:pStyle w:val="Heading2"/>
      </w:pPr>
      <w:r>
        <w:t>Essential takeaways</w:t>
      </w:r>
      <w:r/>
      <w:r/>
    </w:p>
    <w:p>
      <w:pPr>
        <w:pStyle w:val="ListBullet"/>
        <w:spacing w:line="240" w:lineRule="auto"/>
        <w:ind w:left="720"/>
      </w:pPr>
      <w:r/>
      <w:r>
        <w:rPr>
          <w:b/>
        </w:rPr>
        <w:t>Parade route:</w:t>
      </w:r>
      <w:r>
        <w:t xml:space="preserve"> The procession runs from Tachevah Drive to Amado Road along Palm Canyon Drive.</w:t>
      </w:r>
      <w:r/>
    </w:p>
    <w:p>
      <w:pPr>
        <w:pStyle w:val="ListBullet"/>
        <w:spacing w:line="240" w:lineRule="auto"/>
        <w:ind w:left="720"/>
      </w:pPr>
      <w:r/>
      <w:r>
        <w:rPr>
          <w:b/>
        </w:rPr>
        <w:t>Milestone year:</w:t>
      </w:r>
      <w:r>
        <w:t xml:space="preserve"> The 2026 event marks 40 years of Palm Springs Pride.</w:t>
      </w:r>
      <w:r/>
    </w:p>
    <w:p>
      <w:pPr>
        <w:pStyle w:val="ListBullet"/>
        <w:spacing w:line="240" w:lineRule="auto"/>
        <w:ind w:left="720"/>
      </w:pPr>
      <w:r/>
      <w:r>
        <w:rPr>
          <w:b/>
        </w:rPr>
        <w:t>Grand marshals:</w:t>
      </w:r>
      <w:r>
        <w:t xml:space="preserve"> Fortune Feimster, Cheyenne Jackson, Marshall Pearcy and Gary Moline are among this year's honourees.</w:t>
      </w:r>
      <w:r/>
    </w:p>
    <w:p>
      <w:pPr>
        <w:pStyle w:val="ListBullet"/>
        <w:spacing w:line="240" w:lineRule="auto"/>
        <w:ind w:left="720"/>
      </w:pPr>
      <w:r/>
      <w:r>
        <w:rPr>
          <w:b/>
        </w:rPr>
        <w:t>Festival extras:</w:t>
      </w:r>
      <w:r>
        <w:t xml:space="preserve"> The weekend includes a 5K, live entertainment and a marketplace with more than 250 vendors, artists and organisations.</w:t>
      </w:r>
      <w:r/>
    </w:p>
    <w:p>
      <w:pPr>
        <w:pStyle w:val="ListBullet"/>
        <w:spacing w:line="240" w:lineRule="auto"/>
        <w:ind w:left="720"/>
      </w:pPr>
      <w:r/>
      <w:r>
        <w:rPr>
          <w:b/>
        </w:rPr>
        <w:t>Accessible viewing:</w:t>
      </w:r>
      <w:r>
        <w:t xml:space="preserve"> Sign-language interpretation and dedicated seating for deaf spectators are planned near the parade route.</w:t>
      </w:r>
      <w:r/>
      <w:r/>
    </w:p>
    <w:p>
      <w:pPr>
        <w:pStyle w:val="Heading2"/>
      </w:pPr>
      <w:r>
        <w:t>A landmark parade takes over Palm Canyon Drive</w:t>
      </w:r>
      <w:r/>
    </w:p>
    <w:p>
      <w:r/>
      <w:r>
        <w:t>Palm Springs Pride's 40th-anniversary parade brings a bright, celebratory finish to the weekend, with floats, marching groups and community organisations travelling south along Palm Canyon Drive. The route starts at Tachevah Drive and ends at Amado Road, giving spectators a long stretch of central Palm Springs to watch from. (KESQ; Palm Springs Pride)</w:t>
      </w:r>
      <w:r/>
    </w:p>
    <w:p>
      <w:r/>
      <w:r>
        <w:t>The parade is scheduled for 10am to noon on Sunday, 8 November. KESQ says its coverage is available live on CW 5, its website and its app, useful for anyone who can't get to the route in person. (KESQ)</w:t>
      </w:r>
      <w:r/>
    </w:p>
    <w:p>
      <w:pPr>
        <w:pStyle w:val="Heading2"/>
      </w:pPr>
      <w:r>
        <w:t>Four grand marshals reflect the celebration's spirit</w:t>
      </w:r>
      <w:r/>
    </w:p>
    <w:p>
      <w:r/>
      <w:r>
        <w:t>This year's grand marshals bring together entertainment and long-standing community ties. Comedian Fortune Feimster is the National Grand Marshal, while actor and singer Cheyenne Jackson is the Celebrity Grand Marshal. Palm Springs Pride Royalty for Life, Marshall Pearcy and Gary Moline, are the Community Grand Marshals. (Palm Springs Pride)</w:t>
      </w:r>
      <w:r/>
    </w:p>
    <w:p>
      <w:r/>
      <w:r>
        <w:t>The mix feels fitting for a milestone year: Pride is both a public celebration and a gathering shaped by the people who've helped build its local community. The 2026 theme, "Be Included", puts that welcome at the heart of the weekend. (Palm Springs Pride; KESQ)</w:t>
      </w:r>
      <w:r/>
    </w:p>
    <w:p>
      <w:pPr>
        <w:pStyle w:val="Heading2"/>
      </w:pPr>
      <w:r>
        <w:t>More than a parade: music, markets and a 5K</w:t>
      </w:r>
      <w:r/>
    </w:p>
    <w:p>
      <w:r/>
      <w:r>
        <w:t>The weekend's programme extends well beyond the procession. Saturday began with a 5K run and walk in the historic Old Las Palmas neighbourhood, with the 3.1-mile course supporting LGBTQ+ non-profit organisations. Later, festivalgoers could browse a marketplace featuring more than 250 vendors, artists and organisations. (KESQ; Palm Springs Pride)</w:t>
      </w:r>
      <w:r/>
    </w:p>
    <w:p>
      <w:r/>
      <w:r>
        <w:t>Live entertainment adds another reason to linger. The Cowgays are among the festival headliners, while Aubrey O'Day is billed for the Arenas District stage. For visitors, that turns the weekend into a broader mix of performances, local stalls and community events, rather than a parade-only outing. (Palm Springs Pride; The Palm Springs Post)</w:t>
      </w:r>
      <w:r/>
    </w:p>
    <w:p>
      <w:pPr>
        <w:pStyle w:val="Heading2"/>
      </w:pPr>
      <w:r>
        <w:t>Planning a comfortable, accessible visit</w:t>
      </w:r>
      <w:r/>
    </w:p>
    <w:p>
      <w:r/>
      <w:r>
        <w:t>For parade viewing, organisers have arranged a stage at East Granvia Valmonte and North Palm Canyon Drive. Sign-language interpretation will be available, with seating for deaf spectators north of Amado Road on North Palm Canyon Drive. Checking the official event schedule and map before setting out can help visitors choose a viewing spot and plan around the route. (KESQ; Palm Springs Pride)</w:t>
      </w:r>
      <w:r/>
    </w:p>
    <w:p>
      <w:r/>
      <w:r>
        <w:t>The scale is substantial: organisers expected 220,000 attendees across the multi-day celebration and projected a $38 million direct economic impact for local hotels, restaurants and retailers. That makes Pride a major civic event as well as a festival, with plenty of activity for local businesses and a busy atmosphere for visitors. (KESQ; Visit Greater Palm Springs)</w:t>
      </w:r>
      <w:r/>
    </w:p>
    <w:p>
      <w:pPr>
        <w:pStyle w:val="Heading2"/>
      </w:pPr>
      <w:r>
        <w:t>A milestone with a local heartbeat</w:t>
      </w:r>
      <w:r/>
    </w:p>
    <w:p>
      <w:r/>
      <w:r>
        <w:t>Palm Springs Pride's 40th anniversary is a moment to celebrate visibility, but the weekend's appeal is also in its everyday details: the music drifting along the street, the colourful floats and the chance to discover local organisations among the stalls. The official festival schedule includes performance times and a map for visitors planning their day. (KESQ; Palm Springs Pride)</w:t>
      </w:r>
      <w:r/>
    </w:p>
    <w:p>
      <w:r/>
      <w:r>
        <w:t>With accessible viewing arrangements, a lively parade route and events spread across the weekend, there's more than one way to join in. (Palm Springs Pride)</w:t>
      </w:r>
      <w:r/>
    </w:p>
    <w:p>
      <w:r/>
      <w:r>
        <w:t>Palm Springs Pride's anniversary weekend offers a warm welcome, whether you're watching from the kerb or exploring the festival.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Paragraph 3: </w:t>
      </w:r>
      <w:hyperlink r:id="rId11">
        <w:r>
          <w:rPr>
            <w:color w:val="0000EE"/>
            <w:u w:val="single"/>
          </w:rPr>
          <w:t>[3]</w:t>
        </w:r>
      </w:hyperlink>
      <w:r>
        <w:t xml:space="preserve">- Paragraph 4: </w:t>
      </w:r>
      <w:hyperlink r:id="rId11">
        <w:r>
          <w:rPr>
            <w:color w:val="0000EE"/>
            <w:u w:val="single"/>
          </w:rPr>
          <w:t>[3]</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0">
        <w:r>
          <w:rPr>
            <w:color w:val="0000EE"/>
            <w:u w:val="single"/>
          </w:rPr>
          <w:t>[4]</w:t>
        </w:r>
      </w:hyperlink>
      <w:r>
        <w:t xml:space="preserve">- Paragraph 6: </w:t>
      </w:r>
      <w:hyperlink r:id="rId10">
        <w:r>
          <w:rPr>
            <w:color w:val="0000EE"/>
            <w:u w:val="single"/>
          </w:rPr>
          <w:t>[4]</w:t>
        </w:r>
      </w:hyperlink>
      <w:r>
        <w:t xml:space="preserve">, </w:t>
      </w:r>
      <w:hyperlink r:id="rId12">
        <w:r>
          <w:rPr>
            <w:color w:val="0000EE"/>
            <w:u w:val="single"/>
          </w:rPr>
          <w:t>[7]</w:t>
        </w:r>
      </w:hyperlink>
      <w:r>
        <w:t xml:space="preserve">- Paragraph 7: </w:t>
      </w:r>
      <w:hyperlink r:id="rId9">
        <w:r>
          <w:rPr>
            <w:color w:val="0000EE"/>
            <w:u w:val="single"/>
          </w:rPr>
          <w:t>[2]</w:t>
        </w:r>
      </w:hyperlink>
      <w:r>
        <w:t xml:space="preserve">, </w:t>
      </w:r>
      <w:hyperlink r:id="rId10">
        <w:r>
          <w:rPr>
            <w:color w:val="0000EE"/>
            <w:u w:val="single"/>
          </w:rPr>
          <w:t>[4]</w:t>
        </w:r>
      </w:hyperlink>
      <w:r>
        <w:t xml:space="preserve">- Paragraph 8: </w:t>
      </w:r>
      <w:hyperlink r:id="rId9">
        <w:r>
          <w:rPr>
            <w:color w:val="0000EE"/>
            <w:u w:val="single"/>
          </w:rPr>
          <w:t>[2]</w:t>
        </w:r>
      </w:hyperlink>
      <w:r>
        <w:t xml:space="preserve">, </w:t>
      </w:r>
      <w:hyperlink r:id="rId13">
        <w:r>
          <w:rPr>
            <w:color w:val="0000EE"/>
            <w:u w:val="single"/>
          </w:rPr>
          <w:t>[5]</w:t>
        </w:r>
      </w:hyperlink>
      <w:r>
        <w:t xml:space="preserve">- Paragraph 9: </w:t>
      </w:r>
      <w:hyperlink r:id="rId9">
        <w:r>
          <w:rPr>
            <w:color w:val="0000EE"/>
            <w:u w:val="single"/>
          </w:rPr>
          <w:t>[2]</w:t>
        </w:r>
      </w:hyperlink>
      <w:r>
        <w:t xml:space="preserve">, </w:t>
      </w:r>
      <w:hyperlink r:id="rId10">
        <w:r>
          <w:rPr>
            <w:color w:val="0000EE"/>
            <w:u w:val="single"/>
          </w:rPr>
          <w:t>[4]</w:t>
        </w:r>
      </w:hyperlink>
      <w:r>
        <w:t xml:space="preserve">- Paragraph 10: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https://kesq.com/pride/2026/11/08/watch-live-palm-springs-pride-parade-concludes-its-40th-anniversary-celebration/</w:t>
        </w:r>
      </w:hyperlink>
      <w:r>
        <w:t xml:space="preserve"> - Please view link - unable to able to access data</w:t>
      </w:r>
      <w:r/>
    </w:p>
    <w:p>
      <w:pPr>
        <w:pStyle w:val="ListNumber"/>
        <w:spacing w:line="240" w:lineRule="auto"/>
        <w:ind w:left="720"/>
      </w:pPr>
      <w:r/>
      <w:hyperlink r:id="rId9">
        <w:r>
          <w:rPr>
            <w:color w:val="0000EE"/>
            <w:u w:val="single"/>
          </w:rPr>
          <w:t>https://kesq.com/pride/2026/11/08/watch-live-palm-springs-pride-parade-concludes-its-40th-anniversary-celebration/</w:t>
        </w:r>
      </w:hyperlink>
      <w:r>
        <w:t xml:space="preserve"> - This KESQ report previews the conclusion of Palm Springs Pride’s 40th-anniversary weekend with the Sunday parade along Palm Canyon Drive. It gives the scheduled parade time, 10 a.m. to noon, and route, starting at Tachevah Drive and travelling south to Amado Road. The article says the procession will include floats, marching groups, community organisations and advocates, and identifies Fortune Feimster, Cheyenne Jackson, Marshall Pearcy and Gary Moline among the honourees. It also describes viewing arrangements, including the parade stage near East Granvia Valmonte and North Palm Canyon Drive, plus seating for deaf spectators and sign-language interpretation. The report says KESQ’s live coverage will be available on CW 5, KESQ.com and the station’s app from 10 a.m. It places the parade within the wider “Be Included” celebration and reports organisers’ estimate of 220,000 attendees and $38 million in direct local economic impact. The article also recaps Saturday’s 5K and marketplace, notes the festival’s entertainment and vendor offerings, and mentions Eisenhower Health’s medical and first-aid role. It directs readers to the Pride website for schedules, entertainment times and a map. In short, this is the central source for the parade’s timing, route, accessibility details, coverage options and weekend context.</w:t>
      </w:r>
      <w:r/>
    </w:p>
    <w:p>
      <w:pPr>
        <w:pStyle w:val="ListNumber"/>
        <w:spacing w:line="240" w:lineRule="auto"/>
        <w:ind w:left="720"/>
      </w:pPr>
      <w:r/>
      <w:hyperlink r:id="rId11">
        <w:r>
          <w:rPr>
            <w:color w:val="0000EE"/>
            <w:u w:val="single"/>
          </w:rPr>
          <w:t>https://www.pspride.org/post/grand-marshals-for-milestone-40th-anniversary-celebration</w:t>
        </w:r>
      </w:hyperlink>
      <w:r>
        <w:t xml:space="preserve"> - Greater Palm Springs Pride’s announcement names the honourees for the 40th-anniversary parade and explains the organisers’ reasons for recognising them. Fortune Feimster is named National Grand Marshal, Cheyenne Jackson Celebrity Grand Marshal, Marshall Pearcy Pride Royalty for Life, and Gary Moline is recognised for community service. The announcement situates the honours within four decades of local LGBTQIA+ history, community participation and progress. It confirms the parade is planned for Sunday, 8 November 2026, at 10 a.m., under the “Be Included” theme. The route begins on Palm Canyon Drive at Tachevah and proceeds south through downtown, finishing at the entrance to the official festival. The article also provides biographical context, describing Feimster’s work as a comedian, writer and actor, and Jackson’s career across Broadway, television, film and music. It outlines the honourees’ contributions and connects their public careers and community involvement to the celebration’s focus on visibility and equality. The source is particularly useful for corroborating the parade’s named marshals, anniversary framing, date, start time and route. It is an official Pride announcement rather than a general event listing, so it supplies primary information about the organisation’s chosen parade representatives and the significance it attaches to their roles.</w:t>
      </w:r>
      <w:r/>
    </w:p>
    <w:p>
      <w:pPr>
        <w:pStyle w:val="ListNumber"/>
        <w:spacing w:line="240" w:lineRule="auto"/>
        <w:ind w:left="720"/>
      </w:pPr>
      <w:r/>
      <w:hyperlink r:id="rId10">
        <w:r>
          <w:rPr>
            <w:color w:val="0000EE"/>
            <w:u w:val="single"/>
          </w:rPr>
          <w:t>https://www.pspride.org/festival</w:t>
        </w:r>
      </w:hyperlink>
      <w:r>
        <w:t xml:space="preserve"> - The official Palm Springs Pride festival page describes the downtown celebration as a free, open-air street fair and community gathering, with events across several venues. It lists stages in the Arenas District, at Palm Canyon and Amado, and at Palm Canyon and Tahquitz, then provides daily operating details for the 2026 celebration. The page identifies the festival dates as 5–8 November and shows Saturday and Sunday stage schedules. It describes the marketplace and entertainment, with more than 250 exhibitors, non-profit organisations, food and beverage vendors, artists and performers. The page also notes facilities and activities for younger visitors, including a Children’s Headquarters and Youth Zone. It names Eisenhower Health as the event’s official medical first-aid provider, supporting the article’s account of the health organisation’s involvement. The festival information gives context for the parade weekend’s broader programme and supports details about vendors, entertainment, venues and the medical partnership. It also provides a route to the 2026 entertainment line-up and set times, which is useful for checking performance information. The page’s emphasis is on the event itself: what visitors can expect, where activities take place, how the stages are organised and how the free festival serves the community.</w:t>
      </w:r>
      <w:r/>
    </w:p>
    <w:p>
      <w:pPr>
        <w:pStyle w:val="ListNumber"/>
        <w:spacing w:line="240" w:lineRule="auto"/>
        <w:ind w:left="720"/>
      </w:pPr>
      <w:r/>
      <w:hyperlink r:id="rId13">
        <w:r>
          <w:rPr>
            <w:color w:val="0000EE"/>
            <w:u w:val="single"/>
          </w:rPr>
          <w:t>https://www.visitgreaterpalmsprings.com/events/events-and-festivals/greater-palm-springs-lgbtq-pride/</w:t>
        </w:r>
      </w:hyperlink>
      <w:r>
        <w:t xml:space="preserve"> - Visit Greater Palm Springs’ event guide presents Pride as a three-day celebration in downtown Palm Springs from 6 to 8 November 2026. It describes a large annual gathering, the festival marketplace, food vendors and a parade featuring local LGBTQ+ organisations, allies, businesses and supportive groups. The guide confirms “Be Included” as the 2026 theme and outlines the weekend schedule, including the Saturday 5K Run and Walk through Old Las Palmas, festival hours, Sunday’s parade and the final day of the marketplace. It also provides historical context: Pride began in Palm Springs in 1986 as “Sizzle”, the first city parade followed in 1992, and the event expanded over subsequent decades. The page states that the 2026 celebration marks the 40th anniversary. Its frequently asked questions confirm that the parade and festival are free, describe family-oriented facilities, and estimate annual attendance at more than 200,000. It identifies the parade’s start at Tachevah Drive and North Palm Canyon Drive and its southbound finish at the festival entrance by Amado Drive. This destination guide independently supports the event’s dates, theme, route, marketplace, 5K, family facilities and anniversary background, while also helping readers understand how the separate activities fit into the full weekend.</w:t>
      </w:r>
      <w:r/>
    </w:p>
    <w:p>
      <w:pPr>
        <w:pStyle w:val="ListNumber"/>
        <w:spacing w:line="240" w:lineRule="auto"/>
        <w:ind w:left="720"/>
      </w:pPr>
      <w:r/>
      <w:hyperlink r:id="rId14">
        <w:r>
          <w:rPr>
            <w:color w:val="0000EE"/>
            <w:u w:val="single"/>
          </w:rPr>
          <w:t>https://www.palmspringsca.gov/Home/Components/News/News/8700/358</w:t>
        </w:r>
      </w:hyperlink>
      <w:r>
        <w:t xml:space="preserve"> - The City of Palm Springs press release announces “Be Included” as the theme for the 40th annual Greater Palm Springs Pride celebration, scheduled for 6–8 November 2026. It presents the theme as an invitation to embrace one’s identity and as an expression of inclusion, dignity and community solidarity. The release quotes Pride leadership on the organisation’s advocacy and cultural role, describing Pride as a significant gathering for LGBTQ+ people and allies in the Coachella Valley. It reports organisers’ projection of more than 200,000 attendees and $38 million in direct economic impact for local hotels, restaurants and retail. The release also outlines the weekend programme: multiple entertainment stages, an exhibitor marketplace and block parties across downtown Palm Springs and the Arenas District. For Sunday, 8 November, it specifies a 10 a.m. parade with more than 225 entries, beginning in Uptown and travelling south along Palm Canyon Drive to Amado Road. The city announcement therefore supports the article’s key claims about the anniversary, theme, parade day and time, route, expected attendance and projected economic impact. It further explains the organisers’ stated goals and the civic and community significance of the event, providing official context beyond a basic schedule listing.</w:t>
      </w:r>
      <w:r/>
    </w:p>
    <w:p>
      <w:pPr>
        <w:pStyle w:val="ListNumber"/>
        <w:spacing w:line="240" w:lineRule="auto"/>
        <w:ind w:left="720"/>
      </w:pPr>
      <w:r/>
      <w:hyperlink r:id="rId12">
        <w:r>
          <w:rPr>
            <w:color w:val="0000EE"/>
            <w:u w:val="single"/>
          </w:rPr>
          <w:t>https://thepalmspringspost.com/greater-palm-springs-pride-names-aubrey-oday-the-cowgays-as-2026-headliners/</w:t>
        </w:r>
      </w:hyperlink>
      <w:r>
        <w:t xml:space="preserve"> - The Palm Springs Post reports that Aubrey O’Day and the country trio The Cowgays were announced as headliners for Greater Palm Springs Pride’s 40th-anniversary celebration. The article says the free, three-stage festival was scheduled for 6–8 November 2026 in downtown Palm Springs, with The Cowgays performing on Saturday and O’Day headlining on Sunday. It describes the wider entertainment programme as including live music, drag performances, DJs and special appearances across downtown and the Arenas District. The story gives background on O’Day’s career, including her emergence with the pop group Danity Kane and later work in music, television and performance. It also introduces The Cowgays as a Nashville-based trio whose country sound and live shows combine three-part harmonies, humour and theatricality. The article links the performers to the “Be Included” theme and quotes Pride leadership on keeping the celebration welcoming and accessible. It confirms that the weekend culminates in the Palm Springs Pride Parade on Sunday, 8 November, beginning at 10 a.m. on Palm Canyon Drive. This source supports the article’s entertainment details, including the Cowgays’ Saturday appearance and Aubrey O’Day’s Sunday headline slot, while also reinforcing the festival’s dates, free admission, anniversary status and connection between the parade and wider programme.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esq.com/pride/2026/11/08/watch-live-palm-springs-pride-parade-concludes-its-40th-anniversary-celebration/" TargetMode="External"/><Relationship Id="rId10" Type="http://schemas.openxmlformats.org/officeDocument/2006/relationships/hyperlink" Target="https://www.pspride.org/festival" TargetMode="External"/><Relationship Id="rId11" Type="http://schemas.openxmlformats.org/officeDocument/2006/relationships/hyperlink" Target="https://www.pspride.org/post/grand-marshals-for-milestone-40th-anniversary-celebration" TargetMode="External"/><Relationship Id="rId12" Type="http://schemas.openxmlformats.org/officeDocument/2006/relationships/hyperlink" Target="https://thepalmspringspost.com/greater-palm-springs-pride-names-aubrey-oday-the-cowgays-as-2026-headliners/" TargetMode="External"/><Relationship Id="rId13" Type="http://schemas.openxmlformats.org/officeDocument/2006/relationships/hyperlink" Target="https://www.visitgreaterpalmsprings.com/events/events-and-festivals/greater-palm-springs-lgbtq-pride/" TargetMode="External"/><Relationship Id="rId14" Type="http://schemas.openxmlformats.org/officeDocument/2006/relationships/hyperlink" Target="https://www.palmspringsca.gov/Home/Components/News/News/8700/3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