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Image+Nation Montreal 2026 Queer Film Festival Highlights</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Montreal’s Image+Nation queer film festival returns from 19 to 29 November for its 39th edition, with Crave previews, short-film programmes and a first venture into virtual reality. From behind-the-scenes conversations to an interactive look at lesbian life, this year’s line-up offers plenty beyond the cinema screen, with options for both in-person and online audiences.</w:t>
      </w:r>
      <w:r/>
    </w:p>
    <w:p>
      <w:pPr>
        <w:pStyle w:val="Heading2"/>
      </w:pPr>
      <w:r>
        <w:t>Essential Takeaways</w:t>
      </w:r>
      <w:r/>
      <w:r/>
    </w:p>
    <w:p>
      <w:pPr>
        <w:pStyle w:val="ListBullet"/>
        <w:spacing w:line="240" w:lineRule="auto"/>
        <w:ind w:left="720"/>
      </w:pPr>
      <w:r/>
      <w:r>
        <w:rPr>
          <w:b/>
        </w:rPr>
        <w:t>Ten days of queer cinema:</w:t>
      </w:r>
      <w:r>
        <w:t xml:space="preserve"> Image+Nation runs from 19 to 29 November in Montreal.</w:t>
      </w:r>
      <w:r/>
    </w:p>
    <w:p>
      <w:pPr>
        <w:pStyle w:val="ListBullet"/>
        <w:spacing w:line="240" w:lineRule="auto"/>
        <w:ind w:left="720"/>
      </w:pPr>
      <w:r/>
      <w:r>
        <w:rPr>
          <w:b/>
        </w:rPr>
        <w:t>Two Crave previews:</w:t>
      </w:r>
      <w:r>
        <w:t xml:space="preserve"> Audiences can see episodes of </w:t>
      </w:r>
      <w:r>
        <w:rPr>
          <w:i/>
        </w:rPr>
        <w:t>Degage</w:t>
      </w:r>
      <w:r>
        <w:t xml:space="preserve"> and </w:t>
      </w:r>
      <w:r>
        <w:rPr>
          <w:i/>
        </w:rPr>
        <w:t>Slo Pitch</w:t>
      </w:r>
      <w:r>
        <w:t>, with people from each production taking part in related events.</w:t>
      </w:r>
      <w:r/>
    </w:p>
    <w:p>
      <w:pPr>
        <w:pStyle w:val="ListBullet"/>
        <w:spacing w:line="240" w:lineRule="auto"/>
        <w:ind w:left="720"/>
      </w:pPr>
      <w:r/>
      <w:r>
        <w:rPr>
          <w:b/>
        </w:rPr>
        <w:t>A VR first:</w:t>
      </w:r>
      <w:r>
        <w:t xml:space="preserve"> </w:t>
      </w:r>
      <w:r>
        <w:rPr>
          <w:i/>
        </w:rPr>
        <w:t>Lesbian Simulator</w:t>
      </w:r>
      <w:r>
        <w:t xml:space="preserve"> explores experiences including coming out, first dates and discrimination, in English and French.</w:t>
      </w:r>
      <w:r/>
    </w:p>
    <w:p>
      <w:pPr>
        <w:pStyle w:val="ListBullet"/>
        <w:spacing w:line="240" w:lineRule="auto"/>
        <w:ind w:left="720"/>
      </w:pPr>
      <w:r/>
      <w:r>
        <w:rPr>
          <w:b/>
        </w:rPr>
        <w:t>Shorts with a wide lens:</w:t>
      </w:r>
      <w:r>
        <w:t xml:space="preserve"> Programmes include Indigiqueer Voices, Queerment Quebec, Made au Canada and Docuqueer.</w:t>
      </w:r>
      <w:r/>
    </w:p>
    <w:p>
      <w:pPr>
        <w:pStyle w:val="ListBullet"/>
        <w:spacing w:line="240" w:lineRule="auto"/>
        <w:ind w:left="720"/>
      </w:pPr>
      <w:r/>
      <w:r>
        <w:rPr>
          <w:b/>
        </w:rPr>
        <w:t>Tickets start at $10:</w:t>
      </w:r>
      <w:r>
        <w:t xml:space="preserve"> Virtual single admission is $10; in-person single tickets are $15, with discounted tickets and passes also available.</w:t>
      </w:r>
      <w:r/>
      <w:r/>
    </w:p>
    <w:p>
      <w:pPr>
        <w:pStyle w:val="Heading2"/>
      </w:pPr>
      <w:r>
        <w:t>Image+Nation returns with a lively Montreal line-up</w:t>
      </w:r>
      <w:r/>
    </w:p>
    <w:p>
      <w:r/>
      <w:r>
        <w:t>A festival screening can be more than a seat in the dark, and Image+Nation is leaning into that idea for its 39th edition. The Montreal event runs from 19 to 29 November, bringing queer stories to cinemas and online audiences through a programme that mixes features, shorts, conversations and virtual reality. (Sources: Image+Nation festival website.)</w:t>
      </w:r>
      <w:r/>
    </w:p>
    <w:p>
      <w:r/>
      <w:r>
        <w:t xml:space="preserve">The line-up follows the buzz around last year’s premiere of </w:t>
      </w:r>
      <w:r>
        <w:rPr>
          <w:i/>
        </w:rPr>
        <w:t>Heated Rivalry</w:t>
      </w:r>
      <w:r>
        <w:t xml:space="preserve">, a Crave series that drew attention to the festival. This year, two new Crave shows give audiences another reason to linger after the credits: the skateboarding series </w:t>
      </w:r>
      <w:r>
        <w:rPr>
          <w:i/>
        </w:rPr>
        <w:t>Degage</w:t>
      </w:r>
      <w:r>
        <w:t xml:space="preserve"> and the sports mockumentary </w:t>
      </w:r>
      <w:r>
        <w:rPr>
          <w:i/>
        </w:rPr>
        <w:t>Slo Pitch</w:t>
      </w:r>
      <w:r>
        <w:t>. (Sources: Montreal Times; Image+Nation festival website.)</w:t>
      </w:r>
      <w:r/>
    </w:p>
    <w:p>
      <w:pPr>
        <w:pStyle w:val="Heading2"/>
      </w:pPr>
      <w:r>
        <w:t>Two Crave previews bring the people behind the shows into the room</w:t>
      </w:r>
      <w:r/>
    </w:p>
    <w:p>
      <w:r/>
      <w:r>
        <w:t xml:space="preserve">On 21 November, Concordia University’s SGW Alumni Auditorium hosts a preview of four episodes of </w:t>
      </w:r>
      <w:r>
        <w:rPr>
          <w:i/>
        </w:rPr>
        <w:t>Degage</w:t>
      </w:r>
      <w:r>
        <w:t>. Members of the series’ cast, creative team and production crew are also set to attend, offering an inside look at how the show came together. (Sources: Montreal Times; Image+Nation festival website.)</w:t>
      </w:r>
      <w:r/>
    </w:p>
    <w:p>
      <w:r/>
      <w:r>
        <w:t xml:space="preserve">The following day, </w:t>
      </w:r>
      <w:r>
        <w:rPr>
          <w:i/>
        </w:rPr>
        <w:t>Slo Pitch</w:t>
      </w:r>
      <w:r>
        <w:t xml:space="preserve"> takes the spotlight at Concordia’s J.A. De Seve Cinema. The mockumentary follows an all-female queer beer-league softball team, and its screening will feature live commentary from stars Jess Salgueiro, Karen Knox and Gwenlyn Cumyn, alongside director J. Stevens. Cumyn and Knox are also co-creators and showrunners, making this a particularly appealing session for viewers curious about both the jokes and the craft behind them. (Sources: Montreal Times; Bell Media; Canadian Media Fund.)</w:t>
      </w:r>
      <w:r/>
    </w:p>
    <w:p>
      <w:pPr>
        <w:pStyle w:val="Heading2"/>
      </w:pPr>
      <w:r>
        <w:t>A first VR experience offers a different kind of viewing</w:t>
      </w:r>
      <w:r/>
    </w:p>
    <w:p>
      <w:r/>
      <w:r>
        <w:t xml:space="preserve">For the first time, Image+Nation is adding a virtual-reality experience to its programme. Dutch digital artist and filmmaker Iris van der Meule created </w:t>
      </w:r>
      <w:r>
        <w:rPr>
          <w:i/>
        </w:rPr>
        <w:t>Lesbian Simulator</w:t>
      </w:r>
      <w:r>
        <w:t>, a work that blends film and game elements to explore parts of lesbian life, including coming out, first dates and discrimination. It’s available in English and French. (Sources: Montreal Times; Iris van der Meule.)</w:t>
      </w:r>
      <w:r/>
    </w:p>
    <w:p>
      <w:r/>
      <w:r>
        <w:t>The project received the Innovation Hub Audience Award at this year’s Toronto International Film Festival, giving festival-goers a chance to try a format that asks for more than simply watching. If you’re choosing between a standard screening and VR, check the festival’s programme for the experience’s format and availability before planning your visit. (Sources: Montreal Times; Image+Nation festival website; Iris van der Meule.)</w:t>
      </w:r>
      <w:r/>
    </w:p>
    <w:p>
      <w:pPr>
        <w:pStyle w:val="Heading2"/>
      </w:pPr>
      <w:r>
        <w:t>Short films make room for a wide range of voices</w:t>
      </w:r>
      <w:r/>
    </w:p>
    <w:p>
      <w:r/>
      <w:r>
        <w:t>The short-film programme offers several distinct routes through queer storytelling, with themed selections including Indigiqueer Voices, Queerment Quebec, Made au Canada and Docuqueer. That spread makes it easier to find work grounded in a particular community or style, while also leaving room for unexpected discoveries between longer screenings. (Sources: Montreal Times; Image+Nation short programmes.)</w:t>
      </w:r>
      <w:r/>
    </w:p>
    <w:p>
      <w:r/>
      <w:r>
        <w:t>Other events include the second annual La Soiree Etudiante, which brings emerging queer and feminist artists together for networking and exhibition. Soiree Kino Queer showcases work from the KINO movement, with films connected to places including France, Burkina Faso, Ukraine, Germany and Quebec. For anyone who likes a festival to feel like a meeting place as well as a viewing schedule, these gatherings could be the most memorable part. (Sources: Montreal Times; Image+Nation festival website.)</w:t>
      </w:r>
      <w:r/>
    </w:p>
    <w:p>
      <w:pPr>
        <w:pStyle w:val="Heading2"/>
      </w:pPr>
      <w:r>
        <w:t>What tickets cost and how to choose</w:t>
      </w:r>
      <w:r/>
    </w:p>
    <w:p>
      <w:r/>
      <w:r>
        <w:t>A regular single-admission ticket costs $15, while people under 30 and over 65 can pay $13. A six-ticket bundle costs $75, and a virtual single ticket is $10. Those planning to watch more widely can choose a $100 online all-access pass or a $225 hybrid pass. (Sources: Montreal Times; Image+Nation festival website.)</w:t>
      </w:r>
      <w:r/>
    </w:p>
    <w:p>
      <w:r/>
      <w:r>
        <w:t>If you’re going in person, look over the venue details and programme before buying, especially if you want to catch a specific director, performer or Q&amp;A-style event. Online viewers may find the virtual ticket or all-access pass more convenient, while a bundle offers a straightforward way to sample several screenings. Check the official festival ticket page for current details. (Sources: Image+Nation festival website; Montreal Times.)</w:t>
      </w:r>
      <w:r/>
    </w:p>
    <w:p>
      <w:r/>
      <w:r>
        <w:t>Image+Nation’s 2026 programme makes space for big-screen stories, fresh voices and a little headset-powered curiosity.</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[3]</w:t>
        </w:r>
      </w:hyperlink>
      <w:r>
        <w:t xml:space="preserve">- Paragraph 2: </w:t>
      </w:r>
      <w:hyperlink r:id="rId9">
        <w:r>
          <w:rPr>
            <w:color w:val="0000EE"/>
            <w:u w:val="single"/>
          </w:rPr>
          <w:t>[2]</w:t>
        </w:r>
      </w:hyperlink>
      <w:r>
        <w:t xml:space="preserve">, </w:t>
      </w:r>
      <w:hyperlink r:id="rId10">
        <w:r>
          <w:rPr>
            <w:color w:val="0000EE"/>
            <w:u w:val="single"/>
          </w:rPr>
          <w:t>[3]</w:t>
        </w:r>
      </w:hyperlink>
      <w:r>
        <w:t xml:space="preserve">- Paragraph 3: </w:t>
      </w:r>
      <w:hyperlink r:id="rId9">
        <w:r>
          <w:rPr>
            <w:color w:val="0000EE"/>
            <w:u w:val="single"/>
          </w:rPr>
          <w:t>[2]</w:t>
        </w:r>
      </w:hyperlink>
      <w:r>
        <w:t xml:space="preserve">, </w:t>
      </w:r>
      <w:hyperlink r:id="rId10">
        <w:r>
          <w:rPr>
            <w:color w:val="0000EE"/>
            <w:u w:val="single"/>
          </w:rPr>
          <w:t>[3]</w:t>
        </w:r>
      </w:hyperlink>
      <w:r>
        <w:t xml:space="preserve">- Paragraph 4: </w:t>
      </w:r>
      <w:hyperlink r:id="rId9">
        <w:r>
          <w:rPr>
            <w:color w:val="0000EE"/>
            <w:u w:val="single"/>
          </w:rPr>
          <w:t>[2]</w:t>
        </w:r>
      </w:hyperlink>
      <w:r>
        <w:t xml:space="preserve">, </w:t>
      </w:r>
      <w:hyperlink r:id="rId11">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[6]</w:t>
        </w:r>
      </w:hyperlink>
      <w:r>
        <w:t xml:space="preserve">- Paragraph 6: </w:t>
      </w:r>
      <w:hyperlink r:id="rId9">
        <w:r>
          <w:rPr>
            <w:color w:val="0000EE"/>
            <w:u w:val="single"/>
          </w:rPr>
          <w:t>[2]</w:t>
        </w:r>
      </w:hyperlink>
      <w:r>
        <w:t xml:space="preserve">, </w:t>
      </w:r>
      <w:hyperlink r:id="rId10">
        <w:r>
          <w:rPr>
            <w:color w:val="0000EE"/>
            <w:u w:val="single"/>
          </w:rPr>
          <w:t>[3]</w:t>
        </w:r>
      </w:hyperlink>
      <w:r>
        <w:t xml:space="preserve">, </w:t>
      </w:r>
      <w:hyperlink r:id="rId12">
        <w:r>
          <w:rPr>
            <w:color w:val="0000EE"/>
            <w:u w:val="single"/>
          </w:rPr>
          <w:t>[6]</w:t>
        </w:r>
      </w:hyperlink>
      <w:r>
        <w:t xml:space="preserve">- Paragraph 7: </w:t>
      </w:r>
      <w:hyperlink r:id="rId9">
        <w:r>
          <w:rPr>
            <w:color w:val="0000EE"/>
            <w:u w:val="single"/>
          </w:rPr>
          <w:t>[2]</w:t>
        </w:r>
      </w:hyperlink>
      <w:r>
        <w:t xml:space="preserve">, </w:t>
      </w:r>
      <w:hyperlink r:id="rId13">
        <w:r>
          <w:rPr>
            <w:color w:val="0000EE"/>
            <w:u w:val="single"/>
          </w:rPr>
          <w:t>[4]</w:t>
        </w:r>
      </w:hyperlink>
      <w:r>
        <w:t xml:space="preserve">- Paragraph 8: </w:t>
      </w:r>
      <w:hyperlink r:id="rId9">
        <w:r>
          <w:rPr>
            <w:color w:val="0000EE"/>
            <w:u w:val="single"/>
          </w:rPr>
          <w:t>[2]</w:t>
        </w:r>
      </w:hyperlink>
      <w:r>
        <w:t xml:space="preserve">, </w:t>
      </w:r>
      <w:hyperlink r:id="rId10">
        <w:r>
          <w:rPr>
            <w:color w:val="0000EE"/>
            <w:u w:val="single"/>
          </w:rPr>
          <w:t>[3]</w:t>
        </w:r>
      </w:hyperlink>
      <w:r>
        <w:t xml:space="preserve">- Paragraph 9: </w:t>
      </w:r>
      <w:hyperlink r:id="rId9">
        <w:r>
          <w:rPr>
            <w:color w:val="0000EE"/>
            <w:u w:val="single"/>
          </w:rPr>
          <w:t>[2]</w:t>
        </w:r>
      </w:hyperlink>
      <w:r>
        <w:t xml:space="preserve">, </w:t>
      </w:r>
      <w:hyperlink r:id="rId10">
        <w:r>
          <w:rPr>
            <w:color w:val="0000EE"/>
            <w:u w:val="single"/>
          </w:rPr>
          <w:t>[3]</w:t>
        </w:r>
      </w:hyperlink>
      <w:r>
        <w:t xml:space="preserve">- Paragraph 10: </w:t>
      </w:r>
      <w:hyperlink r:id="rId9">
        <w:r>
          <w:rPr>
            <w:color w:val="0000EE"/>
            <w:u w:val="single"/>
          </w:rPr>
          <w:t>[2]</w:t>
        </w:r>
      </w:hyperlink>
      <w:r>
        <w:t xml:space="preserve">, </w:t>
      </w:r>
      <w:hyperlink r:id="rId10">
        <w:r>
          <w:rPr>
            <w:color w:val="0000EE"/>
            <w:u w:val="single"/>
          </w:rPr>
          <w:t>[3]</w:t>
        </w:r>
      </w:hyperlink>
      <w:r>
        <w:t xml:space="preserve">- Paragraph 11: </w:t>
      </w:r>
      <w:hyperlink r:id="rId9">
        <w:r>
          <w:rPr>
            <w:color w:val="0000EE"/>
            <w:u w:val="single"/>
          </w:rPr>
          <w:t>[2]</w:t>
        </w:r>
      </w:hyperlink>
      <w:r>
        <w:t xml:space="preserve">, </w:t>
      </w:r>
      <w:hyperlink r:id="rId10">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https://mtltimes.ca/montreal/image-nation-film-festival-montreal-2026/</w:t>
        </w:r>
      </w:hyperlink>
      <w:r>
        <w:t xml:space="preserve"> - Please view link - unable to able to access data</w:t>
      </w:r>
      <w:r/>
    </w:p>
    <w:p>
      <w:pPr>
        <w:pStyle w:val="ListNumber"/>
        <w:spacing w:line="240" w:lineRule="auto"/>
        <w:ind w:left="720"/>
      </w:pPr>
      <w:r/>
      <w:hyperlink r:id="rId9">
        <w:r>
          <w:rPr>
            <w:color w:val="0000EE"/>
            <w:u w:val="single"/>
          </w:rPr>
          <w:t>https://mtltimes.ca/montreal/image-nation-film-festival-montreal-2026/</w:t>
        </w:r>
      </w:hyperlink>
      <w:r>
        <w:t xml:space="preserve"> - This article previews Image+Nation’s 39th festival, scheduled for 19–29 November 2026 in Montréal. It describes the festival as Canada’s original queer film festival and highlights two events featuring Crave series. On 21 November, audiences are invited to preview four episodes of Dégage, a queer skateboarding series, with creators, cast members and production staff expected to share behind-the-scenes stories. On 22 November, the festival presents Slo Pitch, a mockumentary about a struggling queer beer-league softball team, with live commentary from stars and creative team members Jess Salgueiro, Karen Knox, Gwenlyn Cumyn and J. Stevens. The article also introduces Lesbian Simulator, a virtual-reality film and game by Dutch artist Iris van der Meule, exploring lesbian experiences including coming out, dating and discrimination. It notes that the experience is available in English and French and received an audience award at TIFF’s Innovation Hub. Other programme highlights include themed short-film selections, an evening for emerging student artists and a showcase of work associated with the KINO filmmaking movement. The article concludes with single-ticket and festival-pass prices and directs readers to the festival website for programme and ticket information.</w:t>
      </w:r>
      <w:r/>
    </w:p>
    <w:p>
      <w:pPr>
        <w:pStyle w:val="ListNumber"/>
        <w:spacing w:line="240" w:lineRule="auto"/>
        <w:ind w:left="720"/>
      </w:pPr>
      <w:r/>
      <w:hyperlink r:id="rId10">
        <w:r>
          <w:rPr>
            <w:color w:val="0000EE"/>
            <w:u w:val="single"/>
          </w:rPr>
          <w:t>https://image-nation.org/festival-2026/en/</w:t>
        </w:r>
      </w:hyperlink>
      <w:r>
        <w:t xml:space="preserve"> - The official English-language festival page presents Image+Nation Festival Film LGBT2SQueer Montréal and its 2026 edition. It identifies the festival with the promotion of queer storytelling and describes its aim as reflecting the authenticity and multiplicity of LGBTQ+ voices. The festival’s stated approach emphasises diversity, inclusion and intersectional queer lives and communities. The page introduces the edition’s films and special programme, including Dégage and Slo Pitch, and features the opening film Les Braves (Coward), scheduled for 19 November. Dégage is described through the reunion of two childhood friends in Montréal during a summer shaped by skateboarding, revelations, desire and the relationship between queer community and conventional sports culture. Slo Pitch follows Coach Joanne and a lovable losing softball team, combining comedy, rivalry and beer-league sport. The festival page is useful for checking the event’s official identity, programme descriptions and scheduled dates against secondary reporting. It also provides the festival’s own account of its cultural mission and its commitment to making LGBTQ+ stories accessible and visible. As an official source, it is especially relevant for confirming the festival’s programme and the descriptions used to introduce its featured titles.</w:t>
      </w:r>
      <w:r/>
    </w:p>
    <w:p>
      <w:pPr>
        <w:pStyle w:val="ListNumber"/>
        <w:spacing w:line="240" w:lineRule="auto"/>
        <w:ind w:left="720"/>
      </w:pPr>
      <w:r/>
      <w:hyperlink r:id="rId13">
        <w:r>
          <w:rPr>
            <w:color w:val="0000EE"/>
            <w:u w:val="single"/>
          </w:rPr>
          <w:t>https://image-nation.org/festival-2026/en/short-programmes/</w:t>
        </w:r>
      </w:hyperlink>
      <w:r>
        <w:t xml:space="preserve"> - Image+Nation’s official short-programme page lists the festival’s short-film selections and provides descriptions, running times and screening information. It shows the range of themed programmes that supports the article’s description of a packed shorts line-up. The listings include Docuqueer: Queer Histories, with documentaries addressing queer memory, identity, discrimination and community; Indigiqueer Voices, which foregrounds Two-Spirit and Indigiqueer perspectives; and Sapphic Stories, a collection exploring desire, relationships, intimacy, ageing and autonomy. The page also features the I+N Soirée Étudiante programme, presenting student and emerging filmmakers through a varied selection of short works. Individual film entries give audiences a sense of the programme’s breadth, spanning documentary, comedy, animation and experimental filmmaking, as well as stories from different countries and communities. The listings identify screening dates and programme lengths, helping readers verify the festival’s short-film activity and plan attendance. The page is a direct source for the names and content of the themed short-film programmes, rather than a general account of the festival. Its detailed descriptions also demonstrate how the festival brings together distinct queer perspectives and filmmaking approaches within a single edition.</w:t>
      </w:r>
      <w:r/>
    </w:p>
    <w:p>
      <w:pPr>
        <w:pStyle w:val="ListNumber"/>
        <w:spacing w:line="240" w:lineRule="auto"/>
        <w:ind w:left="720"/>
      </w:pPr>
      <w:r/>
      <w:hyperlink r:id="rId11">
        <w:r>
          <w:rPr>
            <w:color w:val="0000EE"/>
            <w:u w:val="single"/>
          </w:rPr>
          <w:t>https://www.bellmedia.ca/the-lede/press/meet-the-brovaries-new-crave-original-comedy-series-slo-pitch-swings-into-action-september-25/</w:t>
        </w:r>
      </w:hyperlink>
      <w:r>
        <w:t xml:space="preserve"> - Bell Media’s announcement introduces Slo Pitch as a Crave original comedy series about the Brovaries, a queer beer-league softball team pursuing a championship season. Presented in mockumentary style, the programme follows Coach Joanne Pico after a breakup with her long-term girlfriend, who joins a rival team. The series combines sport with friendship, romance, team rivalries and the everyday troubles of a group of underdogs. Bell Media identifies Jess Salgueiro, Karen Knox and Gwenlyn Cumyn among the principal cast, alongside performers including Emma Hunter and Emily Hampshire. It also credits Karen Knox and Gwenlyn Cumyn as executive producers, writers and stars, and J. Stevens as executive producer and director. The release explains that the television series was developed from an earlier short-form version and describes its production relationship with Shaftesbury, Crave, Boss &amp; Co and PAGEBOY Productions. It announces the Crave premiere date and the series’ episode-release plan, while also noting international distribution arrangements. This official company announcement supports the article’s account of Slo Pitch as a queer softball mockumentary and verifies key information about its creators, cast, production and Crave association. It provides context for why the festival’s screening and live commentary may interest audiences familiar with the series.</w:t>
      </w:r>
      <w:r/>
    </w:p>
    <w:p>
      <w:pPr>
        <w:pStyle w:val="ListNumber"/>
        <w:spacing w:line="240" w:lineRule="auto"/>
        <w:ind w:left="720"/>
      </w:pPr>
      <w:r/>
      <w:hyperlink r:id="rId12">
        <w:r>
          <w:rPr>
            <w:color w:val="0000EE"/>
            <w:u w:val="single"/>
          </w:rPr>
          <w:t>https://www.irisvandermeule.com/lesbiansimulator</w:t>
        </w:r>
      </w:hyperlink>
      <w:r>
        <w:t xml:space="preserve"> - Artist and filmmaker Iris van der Meule’s project page describes Lesbian Simulator as an interactive virtual-reality experience, combining an artwork and a game. The project invites participants to explore lesbian life through an avatar and a specially created virtual world. Its subject matter includes meeting other lesbians, dating and navigating discrimination, homophobia and harassment. The creator frames the work as both an ode to love and queerness and a reflection on society’s blind spots around acceptance of lesbians and queer people more broadly. The page identifies van der Meule as creator and lists Studio Biarritz, Cassette For Timescapes and Art et Essai among the production partners. It gives the project’s international production countries, running time and available languages, including English and French, and records its world premiere at IDFA in 2025. The page also outlines the project’s earlier development and support from cultural funding organisations. This is a primary source for the experience’s concept, authorship, format and language information, all relevant to the festival article’s description of its first VR offering. It lets readers distinguish the artist’s own description from festival or press coverage and provides a route to further information about the work and future screenings.</w:t>
      </w:r>
      <w:r/>
    </w:p>
    <w:p>
      <w:pPr>
        <w:pStyle w:val="ListNumber"/>
        <w:spacing w:line="240" w:lineRule="auto"/>
        <w:ind w:left="720"/>
      </w:pPr>
      <w:r/>
      <w:hyperlink r:id="rId14">
        <w:r>
          <w:rPr>
            <w:color w:val="0000EE"/>
            <w:u w:val="single"/>
          </w:rPr>
          <w:t>https://cmf-fmc.ca/now-next/articles/slo-pitch-is-going-to-the-show/</w:t>
        </w:r>
      </w:hyperlink>
      <w:r>
        <w:t xml:space="preserve"> - The Canada Media Fund profiles the development of Slo Pitch from a small-budget web comedy into a television series for Crave. The article speaks with creators Karen Knox and Gwenlyn Cumyn about adapting the project and reuniting its creative team. It describes the original story’s central idea: the Brovaries, a queer and non-binary beer-league softball team whose members may not be exceptional athletes but find community and humour in playing together. The piece gives background on the creators’ collaboration with J. Stevens and explains that Slo Pitch first developed as a short-form series before attracting support for a larger production. It identifies the show’s LGBTQ-focused comedy and its underdog-team premise as key parts of its appeal. The article also places the television adaptation in the context of Canadian screen production, naming organisations and production partners involved in bringing the project to Crave. As a Canada Media Fund feature, it offers a production and creator perspective that complements Bell Media’s official series announcement. It supports the festival article’s characterisation of Slo Pitch as a queer softball comedy and provides additional context about the show’s origins, creative team and transition from web series to television.</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mtltimes.ca/montreal/image-nation-film-festival-montreal-2026/" TargetMode="External"/><Relationship Id="rId10" Type="http://schemas.openxmlformats.org/officeDocument/2006/relationships/hyperlink" Target="https://image-nation.org/festival-2026/en/" TargetMode="External"/><Relationship Id="rId11" Type="http://schemas.openxmlformats.org/officeDocument/2006/relationships/hyperlink" Target="https://www.bellmedia.ca/the-lede/press/meet-the-brovaries-new-crave-original-comedy-series-slo-pitch-swings-into-action-september-25/" TargetMode="External"/><Relationship Id="rId12" Type="http://schemas.openxmlformats.org/officeDocument/2006/relationships/hyperlink" Target="https://www.irisvandermeule.com/lesbiansimulator" TargetMode="External"/><Relationship Id="rId13" Type="http://schemas.openxmlformats.org/officeDocument/2006/relationships/hyperlink" Target="https://image-nation.org/festival-2026/en/short-programmes/" TargetMode="External"/><Relationship Id="rId14" Type="http://schemas.openxmlformats.org/officeDocument/2006/relationships/hyperlink" Target="https://cmf-fmc.ca/now-next/articles/slo-pitch-is-going-to-the-show/"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