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Queering Wiki 2026 Brings LGBT+ Editors Together in Montréal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hundred LGBT+ knowledge enthusiasts from more than 30 countries met in Montréal for Queering Wiki 2026, the first in-person global gathering of its kind. The event mixed queer history, practical Wikimedia work and new connections, while highlighting the barriers that kept some would-be attendees away.</w:t>
      </w:r>
      <w:r/>
    </w:p>
    <w:p>
      <w:pPr>
        <w:pStyle w:val="Heading2"/>
      </w:pPr>
      <w:r>
        <w:t>Essential Takeaways</w:t>
      </w:r>
      <w:r/>
      <w:r/>
    </w:p>
    <w:p>
      <w:pPr>
        <w:pStyle w:val="ListBullet"/>
        <w:spacing w:line="240" w:lineRule="auto"/>
        <w:ind w:left="720"/>
      </w:pPr>
      <w:r/>
      <w:r>
        <w:rPr>
          <w:b/>
        </w:rPr>
        <w:t>A first for the community:</w:t>
      </w:r>
      <w:r>
        <w:t xml:space="preserve"> Queering Wiki held its first in-person global conference from 23 to 25 October in Montréal.</w:t>
      </w:r>
      <w:r/>
    </w:p>
    <w:p>
      <w:pPr>
        <w:pStyle w:val="ListBullet"/>
        <w:spacing w:line="240" w:lineRule="auto"/>
        <w:ind w:left="720"/>
      </w:pPr>
      <w:r/>
      <w:r>
        <w:rPr>
          <w:b/>
        </w:rPr>
        <w:t>A worldwide gathering:</w:t>
      </w:r>
      <w:r>
        <w:t xml:space="preserve"> Around 100 participants came from more than 30 countries, with every continent except Antarctica represented.</w:t>
      </w:r>
      <w:r/>
    </w:p>
    <w:p>
      <w:pPr>
        <w:pStyle w:val="ListBullet"/>
        <w:spacing w:line="240" w:lineRule="auto"/>
        <w:ind w:left="720"/>
      </w:pPr>
      <w:r/>
      <w:r>
        <w:rPr>
          <w:b/>
        </w:rPr>
        <w:t>Three themes shaped the programme:</w:t>
      </w:r>
      <w:r>
        <w:t xml:space="preserve"> Sessions explored knowledge without borders, queer histories and queer futures.</w:t>
      </w:r>
      <w:r/>
    </w:p>
    <w:p>
      <w:pPr>
        <w:pStyle w:val="ListBullet"/>
        <w:spacing w:line="240" w:lineRule="auto"/>
        <w:ind w:left="720"/>
      </w:pPr>
      <w:r/>
      <w:r>
        <w:rPr>
          <w:b/>
        </w:rPr>
        <w:t>Access came with safeguards:</w:t>
      </w:r>
      <w:r>
        <w:t xml:space="preserve"> Organisers used venue security measures and offered travel scholarships, but 15 prospective attendees were denied visas.</w:t>
      </w:r>
      <w:r/>
    </w:p>
    <w:p>
      <w:pPr>
        <w:pStyle w:val="ListBullet"/>
        <w:spacing w:line="240" w:lineRule="auto"/>
        <w:ind w:left="720"/>
      </w:pPr>
      <w:r/>
      <w:r>
        <w:rPr>
          <w:b/>
        </w:rPr>
        <w:t>The work continues online:</w:t>
      </w:r>
      <w:r>
        <w:t xml:space="preserve"> Conference photos, videos and presentations are available on Wikimedia Commons.</w:t>
      </w:r>
      <w:r/>
      <w:r/>
    </w:p>
    <w:p>
      <w:pPr>
        <w:pStyle w:val="Heading2"/>
      </w:pPr>
      <w:r>
        <w:t>Montréal hosted a landmark gathering for queer Wikimedia</w:t>
      </w:r>
      <w:r/>
    </w:p>
    <w:p>
      <w:r/>
      <w:r>
        <w:t>The standout detail was the mix of global reach and personal connection: about 100 participants travelled to Montréal for Queering Wiki 2026, meeting fellow contributors they’d previously known only through screens. Organised by Wikimedia LGBT+ and Wikimedia Canada, the 23–25 October conference was the group’s first in-person global event, following annual online gatherings from 2022 to 2025. (Wikimedia Diff; Wikimedia event page)</w:t>
      </w:r>
      <w:r/>
    </w:p>
    <w:p>
      <w:r/>
      <w:r>
        <w:t>The programme opened with a guided Culture Crawl through the city’s LGBT+ history, then moved into three days of keynotes, talks, posters and presentations. Its three strands, Knowledge Without Borders, Queer Histories and Queer Futures, gave participants room to discuss both the past and the future of queer knowledge online. (Wikimedia Diff; event schedule)</w:t>
      </w:r>
      <w:r/>
    </w:p>
    <w:p>
      <w:pPr>
        <w:pStyle w:val="Heading2"/>
      </w:pPr>
      <w:r>
        <w:t>From archival records to new Wikipedia entries</w:t>
      </w:r>
      <w:r/>
    </w:p>
    <w:p>
      <w:r/>
      <w:r>
        <w:t>One keynote focused on the Lesbian and Gay Liberation in Canada project, which works with archival information and Wikimedia projects including Wikipedia and Wikidata. The talk, by Constance Crompton of the University of Ottawa’s Humanities Data Lab, showed how digital tools can help bring historical material into public view. (Wikimedia Diff; LGLC project)</w:t>
      </w:r>
      <w:r/>
    </w:p>
    <w:p>
      <w:r/>
      <w:r>
        <w:t>There was practical work alongside the big-picture discussion. The Queering Wiki 2026 Challenge invited participants to create or improve articles and images about queer history in Québec, as well as material documenting the conference itself. Two winners received Baby Globe plushies, giving the closing ceremony a suitably cheerful mascot moment. (Wikimedia Diff; challenge page)</w:t>
      </w:r>
      <w:r/>
    </w:p>
    <w:p>
      <w:r/>
      <w:r>
        <w:t>Sessions were available in English, Spanish and French, with live translation and transcription through a smartphone app. That kind of support matters at an international event: it can make the difference between simply being in the room and being able to join the conversation. (Wikimedia Diff; event schedule)</w:t>
      </w:r>
      <w:r/>
    </w:p>
    <w:p>
      <w:pPr>
        <w:pStyle w:val="Heading2"/>
      </w:pPr>
      <w:r>
        <w:t>Safety and access shaped the conference experience</w:t>
      </w:r>
      <w:r/>
    </w:p>
    <w:p>
      <w:r/>
      <w:r>
        <w:t>For organisers, safety was a central part of planning. The venue wasn’t announced publicly before the event, attendees passed bag checks to enter session areas, and Trust and Safety team members were present throughout. Colour-coded lanyards also helped identify staff and people who preferred not to be photographed. (Wikimedia Diff; Wikimedia events safety guidance)</w:t>
      </w:r>
      <w:r/>
    </w:p>
    <w:p>
      <w:r/>
      <w:r>
        <w:t>Travel support helped some participants attend, but it couldn’t remove every obstacle. Fifteen prospective attendees were denied visas, despite the gathering drawing participants from across the globe. Wikimedia LGBT+ executive director Bisi Alimi said the visa refusals cast a shadow over the conference and argued that access to a global knowledge community shouldn’t depend on where someone was born. (Wikimedia Diff; Wikimedia event page)</w:t>
      </w:r>
      <w:r/>
    </w:p>
    <w:p>
      <w:pPr>
        <w:pStyle w:val="Heading2"/>
      </w:pPr>
      <w:r>
        <w:t>The most valuable conversations may happen afterwards</w:t>
      </w:r>
      <w:r/>
    </w:p>
    <w:p>
      <w:r/>
      <w:r>
        <w:t>Participants described the event as a chance to trade ideas, meet online collaborators in person and find people facing similar challenges around visibility. For some, it was their first face-to-face Wikimedia event; for others, it helped seed collaborations that are only now beginning. That’s a useful reminder that conferences aren’t just about the sessions on the schedule. (Wikimedia Diff; event schedule)</w:t>
      </w:r>
      <w:r/>
    </w:p>
    <w:p>
      <w:r/>
      <w:r>
        <w:t>The conference also made space for the everyday human moments that help a community feel like a community, from informal conversations to karaoke. Meanwhile, its multilingual programme and editing challenge connected those relationships to the practical work of improving and expanding queer knowledge online. (Wikimedia Diff; challenge page)</w:t>
      </w:r>
      <w:r/>
    </w:p>
    <w:p>
      <w:pPr>
        <w:pStyle w:val="Heading2"/>
      </w:pPr>
      <w:r>
        <w:t>Find the conference materials online</w:t>
      </w:r>
      <w:r/>
    </w:p>
    <w:p>
      <w:r/>
      <w:r>
        <w:t>People who couldn’t make the trip can still explore QW2026’s photos, videos and presentations on Wikimedia Commons. The event’s schedule and challenge page offer more detail on its sessions and editing activities, while the Lesbian and Gay Liberation in Canada project provides further context on the archival work discussed at the gathering. (Wikimedia Diff; event schedule; challenge page; LGLC project)</w:t>
      </w:r>
      <w:r/>
    </w:p>
    <w:p>
      <w:r/>
      <w:r>
        <w:t>The next step is to turn those conversations into lasting contributions: better documented histories, stronger links between editors and more accessible knowledge for readers everywhere. (Wikimedia Diff; Wikimedia event page)</w:t>
      </w:r>
      <w:r/>
    </w:p>
    <w:p>
      <w:r/>
      <w:r>
        <w:t>A global gathering can plant the seeds; the shared work is what helps them grow.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3">
        <w:r>
          <w:rPr>
            <w:color w:val="0000EE"/>
            <w:u w:val="single"/>
          </w:rPr>
          <w:t>[5]</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3">
        <w:r>
          <w:rPr>
            <w:color w:val="0000EE"/>
            <w:u w:val="single"/>
          </w:rPr>
          <w:t>[5]</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3">
        <w:r>
          <w:rPr>
            <w:color w:val="0000EE"/>
            <w:u w:val="single"/>
          </w:rPr>
          <w:t>[5]</w:t>
        </w:r>
      </w:hyperlink>
      <w:r>
        <w:t xml:space="preserve">, </w:t>
      </w:r>
      <w:hyperlink r:id="rId12">
        <w:r>
          <w:rPr>
            <w:color w:val="0000EE"/>
            <w:u w:val="single"/>
          </w:rPr>
          <w:t>[6]</w:t>
        </w:r>
      </w:hyperlink>
      <w:r>
        <w:t xml:space="preserve">- Paragraph 11: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https://diff.wikimedia.org/2026/11/07/queering-wiki-2026-wikimedia-lgbt-holds-first-in-person-conference-in-montreal/</w:t>
        </w:r>
      </w:hyperlink>
      <w:r>
        <w:t xml:space="preserve"> - Please view link - unable to able to access data</w:t>
      </w:r>
      <w:r/>
    </w:p>
    <w:p>
      <w:pPr>
        <w:pStyle w:val="ListNumber"/>
        <w:spacing w:line="240" w:lineRule="auto"/>
        <w:ind w:left="720"/>
      </w:pPr>
      <w:r/>
      <w:hyperlink r:id="rId9">
        <w:r>
          <w:rPr>
            <w:color w:val="0000EE"/>
            <w:u w:val="single"/>
          </w:rPr>
          <w:t>https://diff.wikimedia.org/2026/11/07/queering-wiki-2026-wikimedia-lgbt-holds-first-in-person-conference-in-montreal/</w:t>
        </w:r>
      </w:hyperlink>
      <w:r>
        <w:t xml:space="preserve"> - The article reports on Queering Wiki 2026, held in Montréal, Québec, from 23 to 25 October. It describes the conference as the first in-person global gathering of LGBT+ Wikimedians and allies, following virtual events from 2022 to 2025. Wikimedia LGBT+ and Wikimedia Canada organised it, with Wikimedia Foundation funding and support from Wikimedia CH and Wikimedia Deutschland. Around one hundred attendees from more than thirty countries took part. The programme included a guided tour of Montréal’s LGBT+ history and talks, posters, keynotes and presentations arranged around three themes: knowledge across borders, queer histories and queer futures. Sessions were held in English, Spanish and French, with live language support. A keynote explored the Lesbian and Gay Liberation in Canada project and its links with Wikipedia and Wikidata. Participants could contribute to a Wikipedia and Commons challenge about queer history in Québec and the conference, with Baby Globe plushies awarded to winners. The article also explains measures intended to protect participants, including a private venue location, entrance bag checks, a Trust and Safety presence, and lanyards indicating staff or photo preferences. It notes that scholarships supported travel and accommodation, while visa refusals prevented some prospective attendees from joining. Finally, it shares participants’ reflections on networking, visibility, collaboration and community, and points readers towards conference materials on Commons.</w:t>
      </w:r>
      <w:r/>
    </w:p>
    <w:p>
      <w:pPr>
        <w:pStyle w:val="ListNumber"/>
        <w:spacing w:line="240" w:lineRule="auto"/>
        <w:ind w:left="720"/>
      </w:pPr>
      <w:r/>
      <w:hyperlink r:id="rId10">
        <w:r>
          <w:rPr>
            <w:color w:val="0000EE"/>
            <w:u w:val="single"/>
          </w:rPr>
          <w:t>https://meta.wikimedia.org/wiki/Event%3AQueering_Wikipedia_2026</w:t>
        </w:r>
      </w:hyperlink>
      <w:r>
        <w:t xml:space="preserve"> - This Meta-Wiki event page presents Queering Wiki 2026 as an international gathering for queer contributors across Wikimedia projects and the wider free-knowledge movement. It records the event dates as 23–25 October 2026 and the location as Montréal, Québec, Canada. The page describes aims that include building skills through workshops and shared learning, improving LGBT+ representation across Wikimedia projects, encouraging connections between contributors and allies worldwide, and supporting safer, more inclusive spaces. Its timeline documents major planning milestones, including scholarship applications, speaker proposals, registration, programme publication and the conference itself. The event was open not only to people belonging to Wikimedia organisations, but also to individuals without previous organisational involvement. The page directs visitors to a Wikimedia Commons category intended to help document the gathering. As a central event page, it provides context for understanding the conference’s purpose and organisation, while connecting visitors with related materials such as the programme, scholarship information, registration details and editing challenge. It supports the article’s account of the conference’s timing, location, international scope and broader goals. The information is maintained on Wikimedia’s community platform, where event organisers and contributors can update practical details and resources as the conference develops or concludes.</w:t>
      </w:r>
      <w:r/>
    </w:p>
    <w:p>
      <w:pPr>
        <w:pStyle w:val="ListNumber"/>
        <w:spacing w:line="240" w:lineRule="auto"/>
        <w:ind w:left="720"/>
      </w:pPr>
      <w:r/>
      <w:hyperlink r:id="rId11">
        <w:r>
          <w:rPr>
            <w:color w:val="0000EE"/>
            <w:u w:val="single"/>
          </w:rPr>
          <w:t>https://wikimedia.eventyay.com/qw/queeringwiki26/schedule/nojs</w:t>
        </w:r>
      </w:hyperlink>
      <w:r>
        <w:t xml:space="preserve"> - The event schedule provides a detailed programme for Queering Wiki 2026, listing sessions from Friday 23 October to Sunday 25 October in Montréal. It opens with the Culture Crawl, a guided bus tour exploring queer history in Montréal and Canada, followed by the conference opening and a keynote by Constance Crompton entitled “The Heart of Queer Data Online: From the Archives to Wikipedia, Wikidata, and Beyond”. The schedule shows how the conference combined presentations, workshops, posters, discussions and social activities. It groups sessions under the three programme themes: knowledge without borders, queer histories, and queer futures and wild ideas. Entries feature contributors discussing topics such as language gaps, LGBTQ+ history, community-building, data, representation and editing practices. The schedule also records the conference’s multilingual character, with programme descriptions in English, French and Spanish. A closing ceremony and social gathering appear among the final activities. This listing helps substantiate the article’s description of the event format, its historical tour, keynote, thematic tracks and varied sessions. It is also useful for checking individual programme titles and times, though it is a timetable rather than a retrospective report: it documents what was planned, not by itself whether every session occurred exactly as scheduled or how participants experienced it.</w:t>
      </w:r>
      <w:r/>
    </w:p>
    <w:p>
      <w:pPr>
        <w:pStyle w:val="ListNumber"/>
        <w:spacing w:line="240" w:lineRule="auto"/>
        <w:ind w:left="720"/>
      </w:pPr>
      <w:r/>
      <w:hyperlink r:id="rId13">
        <w:r>
          <w:rPr>
            <w:color w:val="0000EE"/>
            <w:u w:val="single"/>
          </w:rPr>
          <w:t>https://meta.wikimedia.org/wiki/Queering_Wiki_2026/Challenge</w:t>
        </w:r>
      </w:hyperlink>
      <w:r>
        <w:t xml:space="preserve"> - The Queering Wiki 2026 Challenge page explains the conference’s editing and photography activity, designed to expand Wikimedia coverage of LGBTQ+ people, history, culture and communities in Québec. It describes two categories: Wikipedia contributions and photographs uploaded to Wikimedia Commons. Wikipedia participants were invited to create, translate or improve articles on topics such as historical figures, activists, organisations, events, literature and places. Commons participants could upload images of relevant Québec subjects and scenes from the conference. The page sets out participation dates and detailed requirements, including minimum article length, reliable sourcing, compliance with the rules of the relevant language edition, and careful review of translations. Photographers are asked to respect participants’ lanyard preferences: images showing people with red lanyards are not accepted. The challenge awards Baby Globe plushies to winners in both categories. Scoring rules reward substantial article work and eligible images, with a bonus for creating an article not yet available in another Wikipedia language edition. The page also explains how participants should submit their work and notes that some editing dashboards were unavailable, requiring manual listing. This source supports the article’s description of the challenge’s purpose, Québec focus, Wikipedia and Commons components, prize, and attention to photo consent and safety.</w:t>
      </w:r>
      <w:r/>
    </w:p>
    <w:p>
      <w:pPr>
        <w:pStyle w:val="ListNumber"/>
        <w:spacing w:line="240" w:lineRule="auto"/>
        <w:ind w:left="720"/>
      </w:pPr>
      <w:r/>
      <w:hyperlink r:id="rId12">
        <w:r>
          <w:rPr>
            <w:color w:val="0000EE"/>
            <w:u w:val="single"/>
          </w:rPr>
          <w:t>https://lglc.ca/about</w:t>
        </w:r>
      </w:hyperlink>
      <w:r>
        <w:t xml:space="preserve"> - The Lesbian and Gay Liberation in Canada project’s About page describes its digital resource for studying LGBT history in Canada, particularly the period from 1964 to 1981. The project builds on two volumes of Don McLeod’s historical chronologies, converting their material into a searchable database of people, places, events and publications associated with lesbian and gay liberation. The team supplements the chronology with additional information about individuals, organisations and periodicals, aiming to make more historical knowledge publicly accessible. The page explains why this work matters: many people involved in Canadian liberation movements belonged to marginalised and persecuted communities, and their identities and contributions have often been poorly recorded. It presents the resource as a way to preserve these histories and help later generations learn from earlier activists. The project’s scope and purpose offer context for the conference keynote described in the article, which connected the database with Wikipedia and Wikidata and considered how archival knowledge can become more accessible online. The page also includes a content warning because the historical record documents discrimination and violence, among other difficult subjects. It is a primary project source for understanding what the LGLC resource contains and why its creators developed it, rather than a report on the conference itself.</w:t>
      </w:r>
      <w:r/>
    </w:p>
    <w:p>
      <w:pPr>
        <w:pStyle w:val="ListNumber"/>
        <w:spacing w:line="240" w:lineRule="auto"/>
        <w:ind w:left="720"/>
      </w:pPr>
      <w:r/>
      <w:hyperlink r:id="rId14">
        <w:r>
          <w:rPr>
            <w:color w:val="0000EE"/>
            <w:u w:val="single"/>
          </w:rPr>
          <w:t>https://meta.wikimedia.org/wiki/Keeping_events_safe</w:t>
        </w:r>
      </w:hyperlink>
      <w:r>
        <w:t xml:space="preserve"> - Wikimedia’s “Keeping events safe” resource offers organisers practical guidance for creating safer in-person and online events. It explains that the Universal Code of Conduct applies to Wikimedia projects, technical spaces, virtual events and in-person gatherings, and outlines expectations of respectful behaviour as well as conduct that is not acceptable. The guide discusses Friendly Space Policies, which set event-specific expectations and describe how organisers should respond to harassment or other problems. It recommends appointing identifiable people to handle reports, preparing those responsible to contact relevant support services, and coordinating with venue staff about security arrangements. For in-person events, the resource advises organisers to understand venue procedures and share safety plans, including how attendees can reach the safety team. It also discusses ways to make support accessible and appropriate for participants with different identities and needs. This guidance provides background for the security measures described in the Queering Wiki 2026 article, such as having Trust and Safety personnel present and making them recognisable through lanyards. It does not independently verify that particular measures were used at the Montréal conference; rather, it documents Wikimedia’s general recommendations and policies for event safety. The page is a community resource intended to help organisers plan, prevent, respond to and escalate safety concerns.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ff.wikimedia.org/2026/11/07/queering-wiki-2026-wikimedia-lgbt-holds-first-in-person-conference-in-montreal/" TargetMode="External"/><Relationship Id="rId10" Type="http://schemas.openxmlformats.org/officeDocument/2006/relationships/hyperlink" Target="https://meta.wikimedia.org/wiki/Event%3AQueering_Wikipedia_2026" TargetMode="External"/><Relationship Id="rId11" Type="http://schemas.openxmlformats.org/officeDocument/2006/relationships/hyperlink" Target="https://wikimedia.eventyay.com/qw/queeringwiki26/schedule/nojs" TargetMode="External"/><Relationship Id="rId12" Type="http://schemas.openxmlformats.org/officeDocument/2006/relationships/hyperlink" Target="https://lglc.ca/about" TargetMode="External"/><Relationship Id="rId13" Type="http://schemas.openxmlformats.org/officeDocument/2006/relationships/hyperlink" Target="https://meta.wikimedia.org/wiki/Queering_Wiki_2026/Challenge" TargetMode="External"/><Relationship Id="rId14" Type="http://schemas.openxmlformats.org/officeDocument/2006/relationships/hyperlink" Target="https://meta.wikimedia.org/wiki/Keeping_events_saf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