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Tattoo Fest Amsterdam Makes Inclusive Tattooing the Norm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Tattoo artists and visitors gathered at De Hallen in Amsterdam for Queer Tattoo Fest, where people could get inked, join workshops and enjoy performances in a welcoming setting. The event puts LGBTQIA+ people at the centre of the room, offering a different feel from a conventional tattoo convention and a chance to meet artists from near and far.</w:t>
      </w:r>
      <w:r/>
    </w:p>
    <w:p>
      <w:pPr>
        <w:pStyle w:val="Heading2"/>
      </w:pPr>
      <w:r>
        <w:t>Essential Takeaways</w:t>
      </w:r>
      <w:r/>
      <w:r/>
    </w:p>
    <w:p>
      <w:pPr>
        <w:pStyle w:val="ListBullet"/>
        <w:spacing w:line="240" w:lineRule="auto"/>
        <w:ind w:left="720"/>
      </w:pPr>
      <w:r/>
      <w:r>
        <w:rPr>
          <w:b/>
        </w:rPr>
        <w:t>A busy tattoo floor:</w:t>
      </w:r>
      <w:r>
        <w:t xml:space="preserve"> Around 40 tattoo beds were set up at De Hallen Studios, with many occupied early on Saturday.</w:t>
      </w:r>
      <w:r/>
    </w:p>
    <w:p>
      <w:pPr>
        <w:pStyle w:val="ListBullet"/>
        <w:spacing w:line="240" w:lineRule="auto"/>
        <w:ind w:left="720"/>
      </w:pPr>
      <w:r/>
      <w:r>
        <w:rPr>
          <w:b/>
        </w:rPr>
        <w:t>More than tattooing:</w:t>
      </w:r>
      <w:r>
        <w:t xml:space="preserve"> The programme included workshops, panels, performances and DJ sets.</w:t>
      </w:r>
      <w:r/>
    </w:p>
    <w:p>
      <w:pPr>
        <w:pStyle w:val="ListBullet"/>
        <w:spacing w:line="240" w:lineRule="auto"/>
        <w:ind w:left="720"/>
      </w:pPr>
      <w:r/>
      <w:r>
        <w:rPr>
          <w:b/>
        </w:rPr>
        <w:t>A welcoming focus:</w:t>
      </w:r>
      <w:r>
        <w:t xml:space="preserve"> The festival centres the LGBTQIA+ community while welcoming friends, allies and other visitors.</w:t>
      </w:r>
      <w:r/>
    </w:p>
    <w:p>
      <w:pPr>
        <w:pStyle w:val="ListBullet"/>
        <w:spacing w:line="240" w:lineRule="auto"/>
        <w:ind w:left="720"/>
      </w:pPr>
      <w:r/>
      <w:r>
        <w:rPr>
          <w:b/>
        </w:rPr>
        <w:t>Artists travelled widely:</w:t>
      </w:r>
      <w:r>
        <w:t xml:space="preserve"> Participants came from countries including Sweden and Germany, as well as the US and Guatemala.</w:t>
      </w:r>
      <w:r/>
    </w:p>
    <w:p>
      <w:pPr>
        <w:pStyle w:val="ListBullet"/>
        <w:spacing w:line="240" w:lineRule="auto"/>
        <w:ind w:left="720"/>
      </w:pPr>
      <w:r/>
      <w:r>
        <w:rPr>
          <w:b/>
        </w:rPr>
        <w:t>A personal choice:</w:t>
      </w:r>
      <w:r>
        <w:t xml:space="preserve"> Some visitors booked an artist in advance, while others chose one after arriving.</w:t>
      </w:r>
      <w:r/>
      <w:r/>
    </w:p>
    <w:p>
      <w:pPr>
        <w:pStyle w:val="Heading2"/>
      </w:pPr>
      <w:r>
        <w:t>At De Hallen, queer visitors are the norm</w:t>
      </w:r>
      <w:r/>
    </w:p>
    <w:p>
      <w:r/>
      <w:r>
        <w:t>The clearest difference at Queer Tattoo Fest isn't a particular style of ink. It's the atmosphere. At De Hallen Studios, visitors could browse artists' work, settle into a tattoo chair and spend a few hours in a space where queer people weren't an exception.</w:t>
      </w:r>
      <w:r/>
    </w:p>
    <w:p>
      <w:r/>
      <w:r>
        <w:t>The event's programme stretched beyond the tattoo stations, with workshops, panels, performances and DJs. Still, the beds were the main draw: about 40 were laid out across the large room, and many were already in use by early Saturday afternoon.</w:t>
      </w:r>
      <w:r/>
    </w:p>
    <w:p>
      <w:pPr>
        <w:pStyle w:val="Heading2"/>
      </w:pPr>
      <w:r>
        <w:t>Choosing a tattoo artist on the day</w:t>
      </w:r>
      <w:r/>
    </w:p>
    <w:p>
      <w:r/>
      <w:r>
        <w:t>Some visitors had arranged appointments online, but plenty made their choice after arriving. For Elisabeth Zweers, a look through Dublin artist Agnes Budka's portfolio was enough to settle on a fern tattoo for her upper arm. The design took roughly 90 minutes to two hours.</w:t>
      </w:r>
      <w:r/>
    </w:p>
    <w:p>
      <w:r/>
      <w:r>
        <w:t>Zweers already had animal tattoos on her legs, including an octopus and a bee, but her arms were bare. She said she felt at home in the accepting atmosphere at the festival and enjoyed chatting with Budka during the session. A long appointment can feel less daunting when the conversation flows.</w:t>
      </w:r>
      <w:r/>
    </w:p>
    <w:p>
      <w:pPr>
        <w:pStyle w:val="Heading2"/>
      </w:pPr>
      <w:r>
        <w:t>Why a queer-led tattoo space can feel different</w:t>
      </w:r>
      <w:r/>
    </w:p>
    <w:p>
      <w:r/>
      <w:r>
        <w:t>Festival organiser Renée Spek also works at Club Frou Frou, an Amsterdam studio described as welcoming to FLINTA clients - women, lesbians, intersex, non-binary, trans and agender people. Its aim is to offer a safe, comfortable setting without shutting out others who support that approach.</w:t>
      </w:r>
      <w:r/>
    </w:p>
    <w:p>
      <w:r/>
      <w:r>
        <w:t>That sense of ease matters in a tattoo chair, where a client is spending time in close contact with an artist and may be sharing personal parts of their identity. London tattooist Spencer said being tattooed by another queer person can help clients feel they don't need to hide or brace for judgement. It's a small distinction with a real effect on whether someone feels relaxed enough to be themselves.</w:t>
      </w:r>
      <w:r/>
    </w:p>
    <w:p>
      <w:pPr>
        <w:pStyle w:val="Heading2"/>
      </w:pPr>
      <w:r>
        <w:t>From abstract florals to old-school ink</w:t>
      </w:r>
      <w:r/>
    </w:p>
    <w:p>
      <w:r/>
      <w:r>
        <w:t>The designs at the festival ranged beyond familiar convention imagery. Rotterdam visitor Iso, who uses the pronouns die and hun, chose an abstract floral-style fern for their wrist, a change from the creature designs they already had.</w:t>
      </w:r>
      <w:r/>
    </w:p>
    <w:p>
      <w:r/>
      <w:r>
        <w:t>The mix of styles reflects the freedom of a gathering where visitors can explore what suits them, rather than feeling nudged towards one familiar look. And with artists travelling from across Europe and further afield, the event also offers a chance to discover work that may not be on your local studio's wall.</w:t>
      </w:r>
      <w:r/>
    </w:p>
    <w:p>
      <w:pPr>
        <w:pStyle w:val="Heading2"/>
      </w:pPr>
      <w:r>
        <w:t>A growing gathering, with room to belong</w:t>
      </w:r>
      <w:r/>
    </w:p>
    <w:p>
      <w:r/>
      <w:r>
        <w:t>The first Queer Tattoo Fest drew an estimated 600 to 700 visitors, organisers said, and they expected around 800 to 900 at the next edition. Artists came from places including Sweden, Germany, New York and Guatemala, giving the Amsterdam event an international feel.</w:t>
      </w:r>
      <w:r/>
    </w:p>
    <w:p>
      <w:r/>
      <w:r>
        <w:t>If you're considering a tattoo at a festival, take time to look through an artist's portfolio and discuss the design, placement and price before settling in. A welcoming atmosphere is important, but so are clear expectations and a design you'll still feel good about long after the music fades.</w:t>
      </w:r>
      <w:r/>
    </w:p>
    <w:p>
      <w:r/>
      <w:r>
        <w:t>For many visitors, the best part may be simple: feeling at ease while choosing art to carry with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https://www.parool.nl/amsterdam/bij-queer-tattoo-fest-in-de-hallen-ben-je-als-queer-een-keer-de-norm-in-plaats-van-de-uitzondering~b9d8044c/</w:t>
        </w:r>
      </w:hyperlink>
      <w:r>
        <w:t xml:space="preserve"> - Please view link - unable to able to access data</w:t>
      </w:r>
      <w:r/>
    </w:p>
    <w:p>
      <w:pPr>
        <w:pStyle w:val="ListNumber"/>
        <w:spacing w:line="240" w:lineRule="auto"/>
        <w:ind w:left="720"/>
      </w:pPr>
      <w:r/>
      <w:hyperlink r:id="rId9">
        <w:r>
          <w:rPr>
            <w:color w:val="0000EE"/>
            <w:u w:val="single"/>
          </w:rPr>
          <w:t>https://www.parool.nl/amsterdam/bij-queer-tattoo-fest-in-de-hallen-ben-je-als-queer-een-keer-de-norm-in-plaats-van-de-uitzondering~b9d8044c/</w:t>
        </w:r>
      </w:hyperlink>
      <w:r>
        <w:t xml:space="preserve"> - The article reports from Queer Tattoo Fest at De Hallen Studios in Amsterdam, where tattooing takes place alongside workshops, panels, performances and DJ sets. It describes a large room arranged with around forty tattoo beds, many occupied early on Saturday. Some visitors have booked artists in advance, while others choose someone after arriving. The article follows Elisabeth Zweers as she receives a fern tattoo from Dublin-born artist Agnes Budka, and includes their comments about the artwork, the relaxed atmosphere and the time involved. Organiser Renée Spek explains that the festival welcomes LGBTQIA+ people, artists, allies and other visitors, and contrasts its inclusive environment with the potentially intimidating atmosphere of conventional tattoo conventions. She says queer visitors can be the norm rather than an exception. The report also introduces London tattooist Spencer and Rotterdam visitor Iso, who is trans and uses the Dutch pronouns ‘die’ and ‘hun’. Their conversation highlights the reassurance some people feel when tattooed by another queer person: they can feel less pressure to conceal or explain themselves. The article presents the festival as both a place to get tattooed and a community gathering, with a range of styles and international participants. Its personal profiles illustrate how art, identity and a sense of safety intersect in the event.</w:t>
      </w:r>
      <w:r/>
    </w:p>
    <w:p>
      <w:pPr>
        <w:pStyle w:val="ListNumber"/>
        <w:spacing w:line="240" w:lineRule="auto"/>
        <w:ind w:left="720"/>
      </w:pPr>
      <w:r/>
      <w:hyperlink r:id="rId10">
        <w:r>
          <w:rPr>
            <w:color w:val="0000EE"/>
            <w:u w:val="single"/>
          </w:rPr>
          <w:t>https://www.dehallen-amsterdam.nl/en/agenda/queer-tattoo-fest</w:t>
        </w:r>
      </w:hyperlink>
      <w:r>
        <w:t xml:space="preserve"> - De Hallen’s official event listing describes Queer Tattoo Fest as a two-day gathering at De Hallen Studios, with tattooing, merchandise, art, DJs, workshops, panels, performances, food and drink. The page frames the event as more than a tattoo convention: it is intended to nurture community and care and to make space for queer bodies and stories. It welcomes people who want tattoos as well as visitors who simply want to create, explore or enjoy the programme. The listing says the festival brings together more than fifty artists from around the world and includes a queer makers’ market, workshops and performances. It identifies Club FrouFrou as the host and presents the event’s purpose as creating a bold, inclusive and safer place for queer tattoo artists, visitors and creatives to connect and express themselves. The page gives De Hallen Studios as the venue and lists opening times, although it displays differing hours in separate sections, so visitors should check the organiser’s current updates before travelling. This primary venue source supports the article’s account of a broad programme beyond tattooing, the event’s community-centred aims, its setting in De Hallen and its connection with Club FrouFrou. It also establishes that the festival is intended to welcome people whether they come to be tattooed or simply to take part in the surrounding activities.</w:t>
      </w:r>
      <w:r/>
    </w:p>
    <w:p>
      <w:pPr>
        <w:pStyle w:val="ListNumber"/>
        <w:spacing w:line="240" w:lineRule="auto"/>
        <w:ind w:left="720"/>
      </w:pPr>
      <w:r/>
      <w:hyperlink r:id="rId11">
        <w:r>
          <w:rPr>
            <w:color w:val="0000EE"/>
            <w:u w:val="single"/>
          </w:rPr>
          <w:t>https://www.nieuwskoerier.nl/artikel/c2be3b028d5b-bij-queer-tattoo-fest-in-de-hallen-ben-je-als-queer-een-keer-de-norm-i/</w:t>
        </w:r>
      </w:hyperlink>
      <w:r>
        <w:t xml:space="preserve"> - This page republishes a short item about the Het Parool report on Queer Tattoo Fest and points readers to the original publisher. It repeats the headline describing the festival as a place where queer people can be the norm rather than the exception. The page does not reproduce the full report: it clearly notes that the original article is partly behind a paywall and identifies Het Parool as its source. Its value is therefore chiefly as corroboration that the report appeared and that its central framing concerns inclusion and queer visibility at the festival. The page should not be treated as an independent eyewitness account or as a separate source for the individual participants’ experiences, tattoo designs, event attendance estimates or conversations quoted in the supplied article. It directs readers to the original publication for the full story and notes that the article’s rights remain with Het Parool. As a result, this link supports the existence and broad subject of the article, but it adds little detail beyond the headline and attribution. The richer claims about the artists, visitors, event programme and atmosphere are better supported by the original article and by the venue and local reporting linked elsewhere in this list.</w:t>
      </w:r>
      <w:r/>
    </w:p>
    <w:p>
      <w:pPr>
        <w:pStyle w:val="ListNumber"/>
        <w:spacing w:line="240" w:lineRule="auto"/>
        <w:ind w:left="720"/>
      </w:pPr>
      <w:r/>
      <w:hyperlink r:id="rId12">
        <w:r>
          <w:rPr>
            <w:color w:val="0000EE"/>
            <w:u w:val="single"/>
          </w:rPr>
          <w:t>https://oost-online.nl/bij-club-frou-frou-tatoeeren-ze-in-clubsfeer/</w:t>
        </w:r>
      </w:hyperlink>
      <w:r>
        <w:t xml:space="preserve"> - This local report introduces Club Frou Frou, an Amsterdam tattoo studio conceived as a welcoming place where customers can feel at ease and be themselves. Published in February 2024, it describes the studio’s preparations, its owner and the artists involved. The article says the team included six tattoo artists, each with a distinct style, and that guest tattooists could also be invited. It discusses the studio’s intention to create an open, safe atmosphere for clients and explains that artists bring their own customers and may refer people to a colleague whose style better suits the requested design. The report also describes different techniques, including machine tattooing and handpoke, and touches on how artists learn the trade, including practice, hygiene and aftercare. Its account of Club Frou Frou’s ambitions extends beyond tattooing: the organisers hoped the space could also host exhibitions and music, reinforcing the club-like community idea. This article provides background for the festival organiser named in the supplied report, particularly the emphasis on an inclusive environment and a range of tattoo practices. It does not report directly from Queer Tattoo Fest, nor does it substantiate the event’s visitor numbers or the individual stories of Zweers, Budka, Spencer and Iso. Its contribution is context about the studio and the values that inform its work.</w:t>
      </w:r>
      <w:r/>
    </w:p>
    <w:p>
      <w:pPr>
        <w:pStyle w:val="ListNumber"/>
        <w:spacing w:line="240" w:lineRule="auto"/>
        <w:ind w:left="720"/>
      </w:pPr>
      <w:r/>
      <w:hyperlink r:id="rId13">
        <w:r>
          <w:rPr>
            <w:color w:val="0000EE"/>
            <w:u w:val="single"/>
          </w:rPr>
          <w:t>https://oost-online.nl/creatieven-van-oost-de-uniekste-tattoo-studio-van-nederland/</w:t>
        </w:r>
      </w:hyperlink>
      <w:r>
        <w:t xml:space="preserve"> - This local feature profiles Club Frou Frou and discusses its approach to tattooing, teaching and community. In a section about the first Queer Tattoo Fest, it says the organisers created the event to give greater attention to queer people in the tattoo industry and to celebrate queer identity. The report describes the festival as a two-day event with tattoo artists working across two large rooms at the NDSM site, alongside comedy, a drag performer, workshops and music. It also records the organiser’s description of the gathering as a safe space where people could be themselves, without feeling watched or judged. The article says the first event sold out its 500 tickets and had thirty-five tattoo artists. These details offer background on the festival’s earlier edition and help explain the event’s growth and purpose, but they concern a different venue and edition from the De Hallen event described in the supplied article. The feature also discusses Club Frou Frou’s tattoo training, including theory, practice, hygiene, aftercare and portfolio development. Overall, it supports the themes of queer visibility, a less macho tattoo culture and community-building, while providing historical context rather than direct verification of the later event’s attendance estimate or its individual tattoo appointments.</w:t>
      </w:r>
      <w:r/>
    </w:p>
    <w:p>
      <w:pPr>
        <w:pStyle w:val="ListNumber"/>
        <w:spacing w:line="240" w:lineRule="auto"/>
        <w:ind w:left="720"/>
      </w:pPr>
      <w:r/>
      <w:hyperlink r:id="rId14">
        <w:r>
          <w:rPr>
            <w:color w:val="0000EE"/>
            <w:u w:val="single"/>
          </w:rPr>
          <w:t>https://zoek.officielebekendmakingen.nl/gmb-2025-411848.pdf</w:t>
        </w:r>
      </w:hyperlink>
      <w:r>
        <w:t xml:space="preserve"> - This official Amsterdam municipal notice records an application for an events permit for Queer Tattoo Fest at Ms. Tarnweg 10 in Amsterdam Noord, scheduled for 8–9 November 2025. It lists the proposed event hours and describes activities that visitors could take part in: receiving tattoos from queer artists, buying art and merchandise, attending workshops and talks, relaxing in safe spaces, visiting LGBTQIA+ information stands, and obtaining vegan food and drink. The document is a formal public notice rather than a journalistic account, so it does not describe the atmosphere through interviews or provide details about particular tattoo artists and visitors. It nevertheless offers independent documentary support for the event’s identity, its queer-focused programme and its inclusion of activities beyond tattooing. The listed venue and dates relate to an earlier edition at the NDSM area, not the De Hallen event covered in the supplied article; this distinction matters when using the notice as evidence. It should not be used to verify the later article’s reported number of beds, the profiles of Zweers, Budka, Spencer or Iso, or the event’s attendance forecast. Its strongest contribution is confirmation that the festival’s earlier programme officially included queer tattoo artists, workshops, talks and safe-space provision.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bij-queer-tattoo-fest-in-de-hallen-ben-je-als-queer-een-keer-de-norm-in-plaats-van-de-uitzondering~b9d8044c/" TargetMode="External"/><Relationship Id="rId10" Type="http://schemas.openxmlformats.org/officeDocument/2006/relationships/hyperlink" Target="https://www.dehallen-amsterdam.nl/en/agenda/queer-tattoo-fest" TargetMode="External"/><Relationship Id="rId11" Type="http://schemas.openxmlformats.org/officeDocument/2006/relationships/hyperlink" Target="https://www.nieuwskoerier.nl/artikel/c2be3b028d5b-bij-queer-tattoo-fest-in-de-hallen-ben-je-als-queer-een-keer-de-norm-i/" TargetMode="External"/><Relationship Id="rId12" Type="http://schemas.openxmlformats.org/officeDocument/2006/relationships/hyperlink" Target="https://oost-online.nl/bij-club-frou-frou-tatoeeren-ze-in-clubsfeer/" TargetMode="External"/><Relationship Id="rId13" Type="http://schemas.openxmlformats.org/officeDocument/2006/relationships/hyperlink" Target="https://oost-online.nl/creatieven-van-oost-de-uniekste-tattoo-studio-van-nederland/" TargetMode="External"/><Relationship Id="rId14" Type="http://schemas.openxmlformats.org/officeDocument/2006/relationships/hyperlink" Target="https://zoek.officielebekendmakingen.nl/gmb-2025-41184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