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NHL Pride Cup New York 2027: What Fans Can Expect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Hockey fans will see the NHL Unites Pride Cup come to New York during All-Star Weekend, bringing LGBTQ+ players and communities into the league's biggest spotlight. The February tournament will feature teams from New York City and Albany, alongside free hockey activities and a public celebration. Venues and schedules are still to come, but the event's growth tells its own story.</w:t>
      </w:r>
      <w:r/>
    </w:p>
    <w:p>
      <w:pPr>
        <w:pStyle w:val="Heading2"/>
      </w:pPr>
      <w:r>
        <w:t>The NHL Pride Cup heads to New York</w:t>
      </w:r>
      <w:r/>
    </w:p>
    <w:p>
      <w:r/>
      <w:r>
        <w:t xml:space="preserve">Two New York-area teams will meet at the fourth annual NHL Unites Pride Cup from 4 to 7 February 2027. The New York City Pride Hockey Alliance and Albany Pride Hockey Association are set to take part, with the NHL organising the event alongside Pride Tape. </w:t>
      </w:r>
      <w:hyperlink r:id="rId9">
        <w:r>
          <w:rPr>
            <w:color w:val="0000EE"/>
            <w:u w:val="single"/>
          </w:rPr>
          <w:t>[2]</w:t>
        </w:r>
      </w:hyperlink>
      <w:r/>
    </w:p>
    <w:p>
      <w:r/>
      <w:r>
        <w:t xml:space="preserve">All-Star Weekend runs from 5 to 7 February at UBS Arena, home of the New York Islanders, but the league hasn't confirmed where the Pride Cup games will be played. A Try Hockey For Free event and a public party are also planned, with locations, times and other details due later. </w:t>
      </w:r>
      <w:hyperlink r:id="rId9">
        <w:r>
          <w:rPr>
            <w:color w:val="0000EE"/>
            <w:u w:val="single"/>
          </w:rPr>
          <w:t>[2]</w:t>
        </w:r>
      </w:hyperlink>
      <w:r>
        <w:t xml:space="preserve">, </w:t>
      </w:r>
      <w:hyperlink r:id="rId10">
        <w:r>
          <w:rPr>
            <w:color w:val="0000EE"/>
            <w:u w:val="single"/>
          </w:rPr>
          <w:t>[3]</w:t>
        </w:r>
      </w:hyperlink>
      <w:r/>
    </w:p>
    <w:p>
      <w:r/>
      <w:r>
        <w:t xml:space="preserve">That leaves fans with a date and a destination, but not yet a full itinerary. Still, the pairing of community hockey with an All-Star showcase gives the tournament a particularly visible stage. </w:t>
      </w:r>
      <w:hyperlink r:id="rId9">
        <w:r>
          <w:rPr>
            <w:color w:val="0000EE"/>
            <w:u w:val="single"/>
          </w:rPr>
          <w:t>[2]</w:t>
        </w:r>
      </w:hyperlink>
      <w:r>
        <w:t xml:space="preserve">, </w:t>
      </w:r>
      <w:hyperlink r:id="rId10">
        <w:r>
          <w:rPr>
            <w:color w:val="0000EE"/>
            <w:u w:val="single"/>
          </w:rPr>
          <w:t>[3]</w:t>
        </w:r>
      </w:hyperlink>
      <w:r/>
    </w:p>
    <w:p>
      <w:pPr>
        <w:pStyle w:val="Heading2"/>
      </w:pPr>
      <w:r>
        <w:t>From one ball hockey game to a growing tournament</w:t>
      </w:r>
      <w:r/>
    </w:p>
    <w:p>
      <w:r/>
      <w:r>
        <w:t xml:space="preserve">The first Pride Cup was a ball hockey game at the 2024 NHL Fan Fest in Toronto. Team White won 6-2, and the Toronto Gay Hockey Association received the trophy and a $25,000 cheque. </w:t>
      </w:r>
      <w:hyperlink r:id="rId11">
        <w:r>
          <w:rPr>
            <w:color w:val="0000EE"/>
            <w:u w:val="single"/>
          </w:rPr>
          <w:t>[4]</w:t>
        </w:r>
      </w:hyperlink>
      <w:r/>
    </w:p>
    <w:p>
      <w:r/>
      <w:r>
        <w:t xml:space="preserve">A year later, the event moved onto the ice at the Boston Bruins' practice facility during the 4 Nations Face-Off. Team White edged the Boston Pride Hockey Association 5-4, continuing the tournament's shift from a one-off showcase towards a more established part of the hockey calendar. </w:t>
      </w:r>
      <w:hyperlink r:id="rId12">
        <w:r>
          <w:rPr>
            <w:color w:val="0000EE"/>
            <w:u w:val="single"/>
          </w:rPr>
          <w:t>[5]</w:t>
        </w:r>
      </w:hyperlink>
      <w:r/>
    </w:p>
    <w:p>
      <w:r/>
      <w:r>
        <w:t xml:space="preserve">In 2026, Vancouver's The Cutting Edges and the Seattle Pride Hockey Association played a three-game series in Surrey, British Columbia, with $25,000 awarded to each club. New York marks another change in format and location, as the event joins the wider All-Star Weekend programme. </w:t>
      </w:r>
      <w:hyperlink r:id="rId13">
        <w:r>
          <w:rPr>
            <w:color w:val="0000EE"/>
            <w:u w:val="single"/>
          </w:rPr>
          <w:t>[6]</w:t>
        </w:r>
      </w:hyperlink>
      <w:r/>
    </w:p>
    <w:p>
      <w:pPr>
        <w:pStyle w:val="Heading2"/>
      </w:pPr>
      <w:r>
        <w:t>What the two New York teams bring</w:t>
      </w:r>
      <w:r/>
    </w:p>
    <w:p>
      <w:r/>
      <w:r>
        <w:t xml:space="preserve">The New York City Pride Hockey Alliance has teams at Sky Rink at Chelsea Piers and the LeFrak Center at Prospect Park. Its focus extends beyond competition: the alliance says it has spent 25 years creating a welcoming space for LGBTQ+ players and allies. </w:t>
      </w:r>
      <w:hyperlink r:id="rId9">
        <w:r>
          <w:rPr>
            <w:color w:val="0000EE"/>
            <w:u w:val="single"/>
          </w:rPr>
          <w:t>[2]</w:t>
        </w:r>
      </w:hyperlink>
      <w:r/>
    </w:p>
    <w:p>
      <w:r/>
      <w:r>
        <w:t xml:space="preserve">Albany Pride Hockey Association has served its community since 2005. For players who haven't always found an easy route into the sport, clubs like these offer something more lasting than a weekend of games: teammates, regular ice time and a place to belong. </w:t>
      </w:r>
      <w:hyperlink r:id="rId9">
        <w:r>
          <w:rPr>
            <w:color w:val="0000EE"/>
            <w:u w:val="single"/>
          </w:rPr>
          <w:t>[2]</w:t>
        </w:r>
      </w:hyperlink>
      <w:r/>
    </w:p>
    <w:p>
      <w:pPr>
        <w:pStyle w:val="Heading2"/>
      </w:pPr>
      <w:r>
        <w:t>A useful guide for fans planning ahead</w:t>
      </w:r>
      <w:r/>
    </w:p>
    <w:p>
      <w:r/>
      <w:r>
        <w:t xml:space="preserve">For now, it's worth treating the announced dates as the starting point rather than a complete travel plan. The NHL has yet to confirm Pride Cup venues, game times, community partners or opening-party details, so fans should wait for the schedule before booking around particular matches. </w:t>
      </w:r>
      <w:hyperlink r:id="rId9">
        <w:r>
          <w:rPr>
            <w:color w:val="0000EE"/>
            <w:u w:val="single"/>
          </w:rPr>
          <w:t>[2]</w:t>
        </w:r>
      </w:hyperlink>
      <w:r>
        <w:t xml:space="preserve">, </w:t>
      </w:r>
      <w:hyperlink r:id="rId10">
        <w:r>
          <w:rPr>
            <w:color w:val="0000EE"/>
            <w:u w:val="single"/>
          </w:rPr>
          <w:t>[3]</w:t>
        </w:r>
      </w:hyperlink>
      <w:r/>
    </w:p>
    <w:p>
      <w:r/>
      <w:r>
        <w:t xml:space="preserve">If you're new to the event, keep an eye out for the Try Hockey For Free session as well as the games. It's a chance to see the community side of the tournament up close, and perhaps discover that hockey looks rather different when the welcome is as much the point as the score. </w:t>
      </w:r>
      <w:hyperlink r:id="rId9">
        <w:r>
          <w:rPr>
            <w:color w:val="0000EE"/>
            <w:u w:val="single"/>
          </w:rPr>
          <w:t>[2]</w:t>
        </w:r>
      </w:hyperlink>
      <w:r/>
    </w:p>
    <w:p>
      <w:pPr>
        <w:pStyle w:val="Heading2"/>
      </w:pPr>
      <w:r>
        <w:t>Why the Pride Cup still matters</w:t>
      </w:r>
      <w:r/>
    </w:p>
    <w:p>
      <w:r/>
      <w:r>
        <w:t xml:space="preserve">The tournament's place in the league calendar carries extra weight after the NHL's 2023 restrictions on themed warm-up jerseys and Pride Tape. Following player and public debate, the league later said players could voluntarily use tape representing social causes during the season. </w:t>
      </w:r>
      <w:hyperlink r:id="rId14">
        <w:r>
          <w:rPr>
            <w:color w:val="0000EE"/>
            <w:u w:val="single"/>
          </w:rPr>
          <w:t>[7]</w:t>
        </w:r>
      </w:hyperlink>
      <w:r/>
    </w:p>
    <w:p>
      <w:r/>
      <w:r>
        <w:t xml:space="preserve">The Pride Cup offers a more direct way to bring LGBTQ+ hockey communities into view, through players taking the ice together and events designed for local fans. As the tournament moves to New York, its growing profile is a reminder that visibility in sport isn't just about a moment on the scoreboard; it's also about who gets to feel at home in the rink. </w:t>
      </w:r>
      <w:hyperlink r:id="rId9">
        <w:r>
          <w:rPr>
            <w:color w:val="0000EE"/>
            <w:u w:val="single"/>
          </w:rPr>
          <w:t>[2]</w:t>
        </w:r>
      </w:hyperlink>
      <w:r>
        <w:t xml:space="preserve">, </w:t>
      </w:r>
      <w:hyperlink r:id="rId11">
        <w:r>
          <w:rPr>
            <w:color w:val="0000EE"/>
            <w:u w:val="single"/>
          </w:rPr>
          <w:t>[4]</w:t>
        </w:r>
      </w:hyperlink>
      <w:r>
        <w:t xml:space="preserve">, </w:t>
      </w:r>
      <w:hyperlink r:id="rId13">
        <w:r>
          <w:rPr>
            <w:color w:val="0000EE"/>
            <w:u w:val="single"/>
          </w:rPr>
          <w:t>[6]</w:t>
        </w:r>
      </w:hyperlink>
      <w:r>
        <w:t xml:space="preserve">, </w:t>
      </w:r>
      <w:hyperlink r:id="rId14">
        <w:r>
          <w:rPr>
            <w:color w:val="0000EE"/>
            <w:u w:val="single"/>
          </w:rPr>
          <w:t>[7]</w:t>
        </w:r>
      </w:hyperlink>
      <w:r/>
    </w:p>
    <w:p>
      <w:r/>
      <w:r>
        <w:t>The schedule is still to come, but the New York Pride Cup already has a clear purpose: making room for more people in hockey.</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Paragraph 2: </w:t>
      </w:r>
      <w:hyperlink r:id="rId9">
        <w:r>
          <w:rPr>
            <w:color w:val="0000EE"/>
            <w:u w:val="single"/>
          </w:rPr>
          <w:t>[2]</w:t>
        </w:r>
      </w:hyperlink>
      <w:r>
        <w:t xml:space="preserve">, </w:t>
      </w:r>
      <w:hyperlink r:id="rId10">
        <w:r>
          <w:rPr>
            <w:color w:val="0000EE"/>
            <w:u w:val="single"/>
          </w:rPr>
          <w:t>[3]</w:t>
        </w:r>
      </w:hyperlink>
      <w:r>
        <w:t xml:space="preserve">- Paragraph 3: </w:t>
      </w:r>
      <w:hyperlink r:id="rId9">
        <w:r>
          <w:rPr>
            <w:color w:val="0000EE"/>
            <w:u w:val="single"/>
          </w:rPr>
          <w:t>[2]</w:t>
        </w:r>
      </w:hyperlink>
      <w:r>
        <w:t xml:space="preserve">, </w:t>
      </w:r>
      <w:hyperlink r:id="rId10">
        <w:r>
          <w:rPr>
            <w:color w:val="0000EE"/>
            <w:u w:val="single"/>
          </w:rPr>
          <w:t>[3]</w:t>
        </w:r>
      </w:hyperlink>
      <w:r>
        <w:t xml:space="preserve">- Paragraph 4: </w:t>
      </w:r>
      <w:hyperlink r:id="rId11">
        <w:r>
          <w:rPr>
            <w:color w:val="0000EE"/>
            <w:u w:val="single"/>
          </w:rPr>
          <w:t>[4]</w:t>
        </w:r>
      </w:hyperlink>
      <w:r>
        <w:t xml:space="preserve">- Paragraph 5: </w:t>
      </w:r>
      <w:hyperlink r:id="rId12">
        <w:r>
          <w:rPr>
            <w:color w:val="0000EE"/>
            <w:u w:val="single"/>
          </w:rPr>
          <w:t>[5]</w:t>
        </w:r>
      </w:hyperlink>
      <w:r>
        <w:t xml:space="preserve">- Paragraph 6: </w:t>
      </w:r>
      <w:hyperlink r:id="rId13">
        <w:r>
          <w:rPr>
            <w:color w:val="0000EE"/>
            <w:u w:val="single"/>
          </w:rPr>
          <w:t>[6]</w:t>
        </w:r>
      </w:hyperlink>
      <w:r>
        <w:t xml:space="preserve">- Paragraph 7: </w:t>
      </w:r>
      <w:hyperlink r:id="rId9">
        <w:r>
          <w:rPr>
            <w:color w:val="0000EE"/>
            <w:u w:val="single"/>
          </w:rPr>
          <w:t>[2]</w:t>
        </w:r>
      </w:hyperlink>
      <w:r>
        <w:t xml:space="preserve">- Paragraph 8: </w:t>
      </w:r>
      <w:hyperlink r:id="rId9">
        <w:r>
          <w:rPr>
            <w:color w:val="0000EE"/>
            <w:u w:val="single"/>
          </w:rPr>
          <w:t>[2]</w:t>
        </w:r>
      </w:hyperlink>
      <w:r>
        <w:t xml:space="preserve">- Paragraph 9: </w:t>
      </w:r>
      <w:hyperlink r:id="rId9">
        <w:r>
          <w:rPr>
            <w:color w:val="0000EE"/>
            <w:u w:val="single"/>
          </w:rPr>
          <w:t>[2]</w:t>
        </w:r>
      </w:hyperlink>
      <w:r>
        <w:t xml:space="preserve">, </w:t>
      </w:r>
      <w:hyperlink r:id="rId10">
        <w:r>
          <w:rPr>
            <w:color w:val="0000EE"/>
            <w:u w:val="single"/>
          </w:rPr>
          <w:t>[3]</w:t>
        </w:r>
      </w:hyperlink>
      <w:r>
        <w:t xml:space="preserve">- Paragraph 10: </w:t>
      </w:r>
      <w:hyperlink r:id="rId9">
        <w:r>
          <w:rPr>
            <w:color w:val="0000EE"/>
            <w:u w:val="single"/>
          </w:rPr>
          <w:t>[2]</w:t>
        </w:r>
      </w:hyperlink>
      <w:r>
        <w:t xml:space="preserve">- Paragraph 11: </w:t>
      </w:r>
      <w:hyperlink r:id="rId14">
        <w:r>
          <w:rPr>
            <w:color w:val="0000EE"/>
            <w:u w:val="single"/>
          </w:rPr>
          <w:t>[7]</w:t>
        </w:r>
      </w:hyperlink>
      <w:r>
        <w:t xml:space="preserve">- Paragraph 12: </w:t>
      </w:r>
      <w:hyperlink r:id="rId9">
        <w:r>
          <w:rPr>
            <w:color w:val="0000EE"/>
            <w:u w:val="single"/>
          </w:rPr>
          <w:t>[2]</w:t>
        </w:r>
      </w:hyperlink>
      <w:r>
        <w:t xml:space="preserve">, </w:t>
      </w:r>
      <w:hyperlink r:id="rId11">
        <w:r>
          <w:rPr>
            <w:color w:val="0000EE"/>
            <w:u w:val="single"/>
          </w:rPr>
          <w:t>[4]</w:t>
        </w:r>
      </w:hyperlink>
      <w:r>
        <w:t xml:space="preserve">, </w:t>
      </w:r>
      <w:hyperlink r:id="rId13">
        <w:r>
          <w:rPr>
            <w:color w:val="0000EE"/>
            <w:u w:val="single"/>
          </w:rPr>
          <w:t>[6]</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https://gayety.com/nhl-unites-pride-cup-new-york-all-star-weekend-2027</w:t>
        </w:r>
      </w:hyperlink>
      <w:r>
        <w:t xml:space="preserve"> - Please view link - unable to able to access data</w:t>
      </w:r>
      <w:r/>
    </w:p>
    <w:p>
      <w:pPr>
        <w:pStyle w:val="ListNumber"/>
        <w:spacing w:line="240" w:lineRule="auto"/>
        <w:ind w:left="720"/>
      </w:pPr>
      <w:r/>
      <w:hyperlink r:id="rId9">
        <w:r>
          <w:rPr>
            <w:color w:val="0000EE"/>
            <w:u w:val="single"/>
          </w:rPr>
          <w:t>https://www.nhl.com/news/nhl-unites-pride-cup-coming-to-new-york-for-all-star-weekend</w:t>
        </w:r>
      </w:hyperlink>
      <w:r>
        <w:t xml:space="preserve"> - The National Hockey League announces that the fourth annual NHL Unites Pride Cup will take place from 4 to 7 February 2027, during All-Star Weekend. New York City Pride Hockey Alliance and Albany Pride Hockey Association will take part in games and community activities organised with Pride Tape. The planned programme includes a Try Hockey For Free event and a public party. The NHL says it will announce venues, game times, community partners, special guests and opening-party details later. Senior executive Kim Davis describes the event as a way to celebrate hockey and welcome everyone who loves the sport, connecting the tournament with the league’s All-Star showcase. New York City Pride Hockey Alliance president Steven Greenberg says the Cup represents players finding a team, community and belonging, and offers the group a national platform. Albany Pride Hockey Association vice-president Dmitry Rowan highlights the organisation’s work since 2005 to provide LGBTQ+ athletes and allies with a welcoming place to learn and play. The announcement also places the 2027 event in the context of earlier Cups in Toronto in 2024, Boston in 2025 and Vancouver in 2026. It confirms the event’s stated dates, participating associations, league partnership, planned activities and the fact that location information had not yet been released when the announcement was made.</w:t>
      </w:r>
      <w:r/>
    </w:p>
    <w:p>
      <w:pPr>
        <w:pStyle w:val="ListNumber"/>
        <w:spacing w:line="240" w:lineRule="auto"/>
        <w:ind w:left="720"/>
      </w:pPr>
      <w:r/>
      <w:hyperlink r:id="rId10">
        <w:r>
          <w:rPr>
            <w:color w:val="0000EE"/>
            <w:u w:val="single"/>
          </w:rPr>
          <w:t>https://media.nhl.com/site/vasset/public/attachments/2025/10/19215/2027%20ASW%20UBS%20Arena_FINAL.pdf</w:t>
        </w:r>
      </w:hyperlink>
      <w:r>
        <w:t xml:space="preserve"> - This National Hockey League news release, dated 24 October 2025, confirms that the New York Islanders will host the 2027 Honda NHL All-Star Weekend at UBS Arena on Long Island, New York. It gives the scheduled dates as 5, 6 and 7 February and says ESPN and ABC will broadcast the festivities. The release notes that further information about the league’s mid-season showcase, including ticketing and broadcast details, would be announced when available. It also explains that the Islanders were previously scheduled to host an All-Star Weekend in 2026, but no February 2026 event would take place at UBS Arena because NHL players would be preparing for and travelling to the Milano Cortina 2026 Winter Olympic Games. The league expected each club to organise an Olympic send-off for its participating players. The document recalls that the Islanders previously hosted NHL All-Star activities in 1983, when the Campbell Conference defeated the Wales Conference 9–3 at Nassau Coliseum and Wayne Gretzky was named Most Valuable Player. This release supports the article’s statement that All-Star Weekend is scheduled for UBS Arena on Long Island from 5 to 7 February 2027. It establishes the arena and weekend dates, but does not identify the venues for the Pride Cup games or community events.</w:t>
      </w:r>
      <w:r/>
    </w:p>
    <w:p>
      <w:pPr>
        <w:pStyle w:val="ListNumber"/>
        <w:spacing w:line="240" w:lineRule="auto"/>
        <w:ind w:left="720"/>
      </w:pPr>
      <w:r/>
      <w:hyperlink r:id="rId11">
        <w:r>
          <w:rPr>
            <w:color w:val="0000EE"/>
            <w:u w:val="single"/>
          </w:rPr>
          <w:t>https://www.nhl.com/news/topic/nhl-all-star/inaugural-nhl-all-star-pride-cup-exciting-for-lgbtq-community</w:t>
        </w:r>
      </w:hyperlink>
      <w:r>
        <w:t xml:space="preserve"> - This NHL.com report covers the inaugural NHL All-Star Pride Cup, held in Toronto on 3 February 2024 as part of All-Star Weekend. The ball-hockey game featured players from the Toronto Gay Hockey Association and took place at the Hyundai NHL Fan Fest. Team White, including goalie Kris Hamill, beat Team Blue 6–2. Hamill says he was delighted to participate and grateful that the NHL created space for the tournament. The report describes the event as an opportunity for LGBTQ+ players to be visible and included in the league’s major festivities. Team White was coached by Professional Women’s Hockey League executive director Brian Burke; NHL director Andrew Ference guided Team Blue, with Hockey Hall of Fame forward Angela James assisting. Players from the PWHL joined the teams, and Dre Barone, identified as the first openly gay man to officiate an American Hockey League game, refereed. Toronto Gay Hockey Association commissioner Shane Hobson described the All-Star setting as an example of inclusion. After the final whistle, NHL commissioner Gary Bettman presented the Pride Cup trophy and a $25,000 cheque to the association. The article supports the account of the first Cup’s date, location, ball-hockey format, teams’ score, Hamill’s participation and the post-game donation. It also documents the league’s involvement and the tournament’s emphasis on giving LGBTQ+ hockey players a prominent platform.</w:t>
      </w:r>
      <w:r/>
    </w:p>
    <w:p>
      <w:pPr>
        <w:pStyle w:val="ListNumber"/>
        <w:spacing w:line="240" w:lineRule="auto"/>
        <w:ind w:left="720"/>
      </w:pPr>
      <w:r/>
      <w:hyperlink r:id="rId12">
        <w:r>
          <w:rPr>
            <w:color w:val="0000EE"/>
            <w:u w:val="single"/>
          </w:rPr>
          <w:t>https://www.nhl.com/news/boston-pride-hockey-thrilled-to-hit-ice-in-2nd-nhl-pride-cup-at-4-nations</w:t>
        </w:r>
      </w:hyperlink>
      <w:r>
        <w:t xml:space="preserve"> - NHL.com reports on the second Pride Cup, played on 16 February 2025 at the Boston Bruins’ practice facility during the 4 Nations Face-Off. Boston Pride Hockey members took part in the game, with Team White defeating Team Blue 5–4. Team White was coached by Madison Packer and included Hockey Hall of Famer Joe Mullen; Team Blue was coached by Venla Hovi and Anya Packer and featured former NHL player Andrew Ference. The deciding goal came from Boston Pride Hockey president Mark Tikonoff in the third period. The report describes a late Team Blue comeback, including a goal with 56 seconds remaining, but Team White held on to win. Boston Pride Hockey, founded in 1989 as New England’s first LGBTQ+ hockey club, had grown to more than 350 members. The article presents the tournament as a celebration of equality and inclusion, and quotes participants describing the event’s careful presentation and the value of visibility for LGBTQ+ hockey players. NHL executive Kim Davis presented the trophy and a $25,000 donation to the club’s scholarship fund. This account corroborates the article’s description of the second Cup’s date, Boston setting, ice-hockey format, final score, club involvement and financial support. It also illustrates how the event developed from the Toronto ball-hockey game into a league-supported tournament for an established LGBTQ+ hockey organisation.</w:t>
      </w:r>
      <w:r/>
    </w:p>
    <w:p>
      <w:pPr>
        <w:pStyle w:val="ListNumber"/>
        <w:spacing w:line="240" w:lineRule="auto"/>
        <w:ind w:left="720"/>
      </w:pPr>
      <w:r/>
      <w:hyperlink r:id="rId13">
        <w:r>
          <w:rPr>
            <w:color w:val="0000EE"/>
            <w:u w:val="single"/>
          </w:rPr>
          <w:t>https://www.nhl.com/news/nhl-unites-features-vancouver-seattle-for-third-annual-pride-cup</w:t>
        </w:r>
      </w:hyperlink>
      <w:r>
        <w:t xml:space="preserve"> - This NHL.com announcement describes the third annual NHL Unites Pride Cup, featuring Vancouver’s The Cutting Edges and the Seattle Pride Hockey Association in Surrey, British Columbia, in 2026. Organised with Pride Tape, the event expanded into a two-day programme at the North Surrey Sport &amp; Ice Complex. The NHL said the two LGBTQ+ hockey associations would compete for the Pride Cup trophy, bringing players from the Pacific Northwest together for games and community activities. The announcement supports the article’s account that the Vancouver and Seattle clubs were the participants in the 2026 edition and that Surrey was the host city. It also establishes that the tournament had grown beyond its earlier single-game form into a multi-day event. The NHL frames the Cup as part of its work to support LGBTQ+ hockey organisations and create welcoming opportunities to participate in the sport. It identifies the associations by name and places the event in the series’ chronology: Toronto in 2024, Boston in 2025 and Surrey in 2026. The announcement is useful for checking the location, participating clubs and event partnership described in the supplied article. It does not, by itself, substantiate every detail of the later three-game series, individual game results or donations; those particulars require a separate event recap or league report.</w:t>
      </w:r>
      <w:r/>
    </w:p>
    <w:p>
      <w:pPr>
        <w:pStyle w:val="ListNumber"/>
        <w:spacing w:line="240" w:lineRule="auto"/>
        <w:ind w:left="720"/>
      </w:pPr>
      <w:r/>
      <w:hyperlink r:id="rId14">
        <w:r>
          <w:rPr>
            <w:color w:val="0000EE"/>
            <w:u w:val="single"/>
          </w:rPr>
          <w:t>https://www.cbsnews.com/amp/news/nhl-rescinds-ban-on-rainbow-colored-pride-tape/</w:t>
        </w:r>
      </w:hyperlink>
      <w:r>
        <w:t xml:space="preserve"> - CBS News reports that on 24 October 2023 the NHL reversed its ban on rainbow-coloured Pride Tape, allowing players to use stick tape to represent social causes during the season. The league’s statement followed consultation with the NHL Players’ Association and the NHL Player Inclusion Coalition. The report explains that earlier guidance had prohibited players from using Pride Tape during games, warm-ups and practices, following a wider policy against altering uniforms and equipment for themed events. It places the policy change in the context of controversy over Pride nights and players who declined to participate in rainbow-themed warm-ups. Commissioner Gary Bettman had said the league wanted to keep attention on the game and focus on the causes being recognised. Arizona Coyotes defenceman Travis Dermott used Pride Tape on his stick during a game against the Anaheim Ducks on 21 October, three days before the reversal. CBS notes that the league changed course after public criticism from LGBTQ+ advocates, players and others. The article supports the supplied account of the initial restriction, Dermott’s action and the NHL’s subsequent decision to let players voluntarily represent social causes with their stick tape. It also distinguishes the tape decision from the separate policy restricting themed warm-up jerseys, which remained part of the league’s broader guidance at that time.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nhl.com/news/nhl-unites-pride-cup-coming-to-new-york-for-all-star-weekend" TargetMode="External"/><Relationship Id="rId10" Type="http://schemas.openxmlformats.org/officeDocument/2006/relationships/hyperlink" Target="https://media.nhl.com/site/vasset/public/attachments/2025/10/19215/2027%20ASW%20UBS%20Arena_FINAL.pdf" TargetMode="External"/><Relationship Id="rId11" Type="http://schemas.openxmlformats.org/officeDocument/2006/relationships/hyperlink" Target="https://www.nhl.com/news/topic/nhl-all-star/inaugural-nhl-all-star-pride-cup-exciting-for-lgbtq-community" TargetMode="External"/><Relationship Id="rId12" Type="http://schemas.openxmlformats.org/officeDocument/2006/relationships/hyperlink" Target="https://www.nhl.com/news/boston-pride-hockey-thrilled-to-hit-ice-in-2nd-nhl-pride-cup-at-4-nations" TargetMode="External"/><Relationship Id="rId13" Type="http://schemas.openxmlformats.org/officeDocument/2006/relationships/hyperlink" Target="https://www.nhl.com/news/nhl-unites-features-vancouver-seattle-for-third-annual-pride-cup" TargetMode="External"/><Relationship Id="rId14" Type="http://schemas.openxmlformats.org/officeDocument/2006/relationships/hyperlink" Target="https://www.cbsnews.com/amp/news/nhl-rescinds-ban-on-rainbow-colored-pride-tape/" TargetMode="External"/><Relationship Id="rId15" Type="http://schemas.openxmlformats.org/officeDocument/2006/relationships/hyperlink" Target="https://gayety.com/nhl-unites-pride-cup-new-york-all-star-weekend-2027"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