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Buenos Aires Traffic Disruptions: How to Get Around on Saturday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Buenos Aires is set for a busy Saturday, with the Pride March, security preparations for Pope Leo XIV’s visit and potentially decisive football matches all affecting movement around the city. If you’re driving, travelling by bus or heading into the centre, checking closures before you leave could save you a slow, frustrating journey.</w:t>
      </w:r>
      <w:r/>
    </w:p>
    <w:p>
      <w:pPr>
        <w:pStyle w:val="Heading2"/>
      </w:pPr>
      <w:r>
        <w:t>Essential takeaways</w:t>
      </w:r>
      <w:r/>
      <w:r/>
    </w:p>
    <w:p>
      <w:pPr>
        <w:pStyle w:val="ListBullet"/>
        <w:spacing w:line="240" w:lineRule="auto"/>
        <w:ind w:left="720"/>
      </w:pPr>
      <w:r/>
      <w:r>
        <w:rPr>
          <w:b/>
        </w:rPr>
        <w:t>Several events overlap:</w:t>
      </w:r>
      <w:r>
        <w:t xml:space="preserve"> The Pride March, papal security arrangements and three football fixtures are expected to affect traffic.</w:t>
      </w:r>
      <w:r/>
    </w:p>
    <w:p>
      <w:pPr>
        <w:pStyle w:val="ListBullet"/>
        <w:spacing w:line="240" w:lineRule="auto"/>
        <w:ind w:left="720"/>
      </w:pPr>
      <w:r/>
      <w:r>
        <w:rPr>
          <w:b/>
        </w:rPr>
        <w:t>Central streets will close:</w:t>
      </w:r>
      <w:r>
        <w:t xml:space="preserve"> March-related restrictions begin early, with further closures planned around midday.</w:t>
      </w:r>
      <w:r/>
    </w:p>
    <w:p>
      <w:pPr>
        <w:pStyle w:val="ListBullet"/>
        <w:spacing w:line="240" w:lineRule="auto"/>
        <w:ind w:left="720"/>
      </w:pPr>
      <w:r/>
      <w:r>
        <w:rPr>
          <w:b/>
        </w:rPr>
        <w:t>Palermo and Recoleta face security controls:</w:t>
      </w:r>
      <w:r>
        <w:t xml:space="preserve"> Restrictions are tied to the Pope’s visit and are expected to continue into the following week.</w:t>
      </w:r>
      <w:r/>
    </w:p>
    <w:p>
      <w:pPr>
        <w:pStyle w:val="ListBullet"/>
        <w:spacing w:line="240" w:lineRule="auto"/>
        <w:ind w:left="720"/>
      </w:pPr>
      <w:r/>
      <w:r>
        <w:rPr>
          <w:b/>
        </w:rPr>
        <w:t>Football could bring evening crowds:</w:t>
      </w:r>
      <w:r>
        <w:t xml:space="preserve"> Boca or Argentinos Juniors may have reason to celebrate, with the Obelisk and La Paternal among the anticipated gathering spots.</w:t>
      </w:r>
      <w:r/>
      <w:r/>
    </w:p>
    <w:p>
      <w:pPr>
        <w:pStyle w:val="Heading2"/>
      </w:pPr>
      <w:r>
        <w:t>Saturday brings a rare traffic triple-header</w:t>
      </w:r>
      <w:r/>
    </w:p>
    <w:p>
      <w:r/>
      <w:r>
        <w:t>The city’s streets are facing a busy day, with the Pride March bringing crowds into the centre while security preparations for Pope Leo XIV and football fixtures add pressure elsewhere. It’s the sort of Saturday when a familiar route can suddenly become a detour, so checking the latest traffic information before setting off is particularly worthwhile. (Sources: Buenos Aires City Government; La Nación; C5N; TyC Sports; Infobae)</w:t>
      </w:r>
      <w:r/>
    </w:p>
    <w:p>
      <w:r/>
      <w:r>
        <w:t>The Pope is due to arrive at Aeroparque Jorge Newbery on Sunday, but road restrictions linked to his visit are already being introduced. According to the Buenos Aires City Government, controls and closures affect areas of Palermo and Recoleta, with the security perimeter expected to remain in place until Wednesday. (Sources: Buenos Aires City Government; La Nación; El País)</w:t>
      </w:r>
      <w:r/>
    </w:p>
    <w:p>
      <w:pPr>
        <w:pStyle w:val="Heading2"/>
      </w:pPr>
      <w:r>
        <w:t>Pride March closures will reshape the city centre</w:t>
      </w:r>
      <w:r/>
    </w:p>
    <w:p>
      <w:r/>
      <w:r>
        <w:t>The 35th Pride March is scheduled to begin at 10am on Saturday, with activity between Congress and Plaza de Mayo. C5N and TyC Sports report that road closures start earlier, from 5am, affecting sections of Avenida de Mayo, Cerrito and Lima, with additional restrictions introduced from 7am. (Sources: C5N; TyC Sports)</w:t>
      </w:r>
      <w:r/>
    </w:p>
    <w:p>
      <w:r/>
      <w:r>
        <w:t>From midday, restrictions are expected to widen around Avenida Corrientes, Ayacucho, Avenida Belgrano and Avenida 9 de Julio. If you’re going to the march, travelling by public transport or walking from outside the closure zone may be easier than trying to get close by car. (Sources: C5N; TyC Sports)</w:t>
      </w:r>
      <w:r/>
    </w:p>
    <w:p>
      <w:pPr>
        <w:pStyle w:val="Heading2"/>
      </w:pPr>
      <w:r>
        <w:t>Papal security controls extend beyond Sunday</w:t>
      </w:r>
      <w:r/>
    </w:p>
    <w:p>
      <w:r/>
      <w:r>
        <w:t>The Pope’s itinerary includes events in Buenos Aires on Sunday and Monday, with appearances planned at several city landmarks. The Vatican itinerary reported by El País places the visit across multiple locations, while the city’s guidance sets out security arrangements and restricted areas around the programme. (Sources: El País; Buenos Aires City Government)</w:t>
      </w:r>
      <w:r/>
    </w:p>
    <w:p>
      <w:r/>
      <w:r>
        <w:t>For residents and visitors in affected parts of Palermo and Recoleta, access may depend on showing proof of address or a hotel booking, alongside the relevant entry pass where required. Check the official city information before travelling into the restricted area, particularly if you need to reach a home, hotel or car park. (Sources: Buenos Aires City Government; La Nación)</w:t>
      </w:r>
      <w:r/>
    </w:p>
    <w:p>
      <w:pPr>
        <w:pStyle w:val="Heading2"/>
      </w:pPr>
      <w:r>
        <w:t>Football could add another wave of evening crowds</w:t>
      </w:r>
      <w:r/>
    </w:p>
    <w:p>
      <w:r/>
      <w:r>
        <w:t>Three matches are due to help decide the Liga Profesional’s annual table, including Boca versus Defensa y Justicia and Argentinos Juniors versus Huracán in Buenos Aires. Infobae reports that the title picture could prompt celebrations after the matches, with a possible gathering at the Obelisk if Boca wins and celebrations in La Paternal if Argentinos takes the honours. (Source: Infobae)</w:t>
      </w:r>
      <w:r/>
    </w:p>
    <w:p>
      <w:r/>
      <w:r>
        <w:t>That makes the evening worth planning around, even if you’re not heading to a match. Leave extra time for journeys near likely gathering points, and check for fresh police or traffic updates before setting off; a possible celebration can change the feel of a neighbourhood quickly. (Sources: Infobae; La Nación)</w:t>
      </w:r>
      <w:r/>
    </w:p>
    <w:p>
      <w:pPr>
        <w:pStyle w:val="Heading2"/>
      </w:pPr>
      <w:r>
        <w:t>A little planning can make the day easier</w:t>
      </w:r>
      <w:r/>
    </w:p>
    <w:p>
      <w:r/>
      <w:r>
        <w:t>For central destinations, consider walking between nearby stops or using public transport where practical, and avoid assuming a main avenue will remain open just because it’s usually a direct route. Event schedules and security operations can change, so official city updates are the best place to confirm what’s happening before you travel. (Sources: Buenos Aires City Government; C5N; TyC Sports)</w:t>
      </w:r>
      <w:r/>
    </w:p>
    <w:p>
      <w:r/>
      <w:r>
        <w:t>If you’re driving into Palermo or Recoleta, check whether your destination falls inside the security perimeter and what documents you’ll need to enter. For everyone else, leaving extra time and choosing a route away from the event zones may be the simplest way to keep Saturday on track. (Sources: Buenos Aires City Government; La Nación)</w:t>
      </w:r>
      <w:r/>
    </w:p>
    <w:p>
      <w:r/>
      <w:r>
        <w:t>A quick route check could make a crowded Saturday feel far more manageable.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w:t>
      </w:r>
      <w:hyperlink r:id="rId15">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w:t>
      </w:r>
      <w:hyperlink r:id="rId15">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4">
        <w:r>
          <w:rPr>
            <w:color w:val="0000EE"/>
            <w:u w:val="single"/>
          </w:rPr>
          <w:t>[7]</w:t>
        </w:r>
      </w:hyperlink>
      <w:r>
        <w:t xml:space="preserve">- Paragraph 8: </w:t>
      </w:r>
      <w:hyperlink r:id="rId14">
        <w:r>
          <w:rPr>
            <w:color w:val="0000EE"/>
            <w:u w:val="single"/>
          </w:rPr>
          <w:t>[7]</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https://www.cronica.com.ar/sociedad/atencion-un-sabado-complicado-para-el-transito-en-la-ciudad-por-diversos-eventos/</w:t>
        </w:r>
      </w:hyperlink>
      <w:r>
        <w:t xml:space="preserve"> - Please view link - unable to able to access data</w:t>
      </w:r>
      <w:r/>
    </w:p>
    <w:p>
      <w:pPr>
        <w:pStyle w:val="ListNumber"/>
        <w:spacing w:line="240" w:lineRule="auto"/>
        <w:ind w:left="720"/>
      </w:pPr>
      <w:r/>
      <w:hyperlink r:id="rId10">
        <w:r>
          <w:rPr>
            <w:color w:val="0000EE"/>
            <w:u w:val="single"/>
          </w:rPr>
          <w:t>https://buenosaires.gob.ar/noticias/lo-que-hay-que-saber-sobre-el-operativo-por-la-visita-del-papa</w:t>
        </w:r>
      </w:hyperlink>
      <w:r>
        <w:t xml:space="preserve"> - The City of Buenos Aires government outlines the security and traffic arrangements for Pope Leo XIV’s visit from Sunday 8 to Wednesday 11 November. It describes closures on Avenida del Libertador between the Monumento de los Españoles and Olleros, including temporary access arrangements for residents’ garages. Security perimeters will cover parts of Recoleta around the Apostolic Nunciature and parts of Palermo. The Recoleta perimeter is due to remain closed from Saturday until Wednesday afternoon, while the Palermo restrictions run from Saturday afternoon until early Wednesday. Residents and visitors staying inside restricted zones must show suitable proof at police checkpoints, such as an identity document with an up-to-date address, a matching utility bill, an entry pass issued by the city, or a hotel or Airbnb booking. The article also gives information about the holiday arrangements during the visit, vehicle access restrictions and permitted entry routes. It is an official, practical source for the article’s claims about the papal security operation and the duration and boundaries of the restricted areas. It does not cover the Pride march or the football fixtures, but directly supports the traffic and access details linked to the Pope’s visit.</w:t>
      </w:r>
      <w:r/>
    </w:p>
    <w:p>
      <w:pPr>
        <w:pStyle w:val="ListNumber"/>
        <w:spacing w:line="240" w:lineRule="auto"/>
        <w:ind w:left="720"/>
      </w:pPr>
      <w:r/>
      <w:hyperlink r:id="rId11">
        <w:r>
          <w:rPr>
            <w:color w:val="0000EE"/>
            <w:u w:val="single"/>
          </w:rPr>
          <w:t>https://www.lanacion.com.ar/sociedad/mapa-de-cortes-de-calles-por-la-visita-del-papa-leon-xiv-en-la-ciudad-de-buenos-aires-cierres-nid06112026-2/</w:t>
        </w:r>
      </w:hyperlink>
      <w:r>
        <w:t xml:space="preserve"> - This report details street closures and diversions in Buenos Aires ahead of Pope Leo XIV’s visit. It explains that the city began restricting traffic around Palermo and Recoleta, including the surroundings of the Apostolic Nunciature. The article lists early closures on Avenida del Libertador and nearby cross streets, and describes how the arrangements expand as the visit approaches. It also discusses access requirements for people living inside the security boundaries, including address verification and a digital authorisation option. The report provides additional context on the movement restrictions, pedestrian routes and changes affecting motorists in the areas around the papal events. It is useful corroboration for the publication’s account of progressive closures, restricted access and diversions around Libertador, Palermo and Recoleta. As the schedule and closures are time-sensitive, the article’s dated reporting is especially relevant to the specified visit period. It concentrates on the Pope’s itinerary and traffic management rather than the Pride march or football title race.</w:t>
      </w:r>
      <w:r/>
    </w:p>
    <w:p>
      <w:pPr>
        <w:pStyle w:val="ListNumber"/>
        <w:spacing w:line="240" w:lineRule="auto"/>
        <w:ind w:left="720"/>
      </w:pPr>
      <w:r/>
      <w:hyperlink r:id="rId15">
        <w:r>
          <w:rPr>
            <w:color w:val="0000EE"/>
            <w:u w:val="single"/>
          </w:rPr>
          <w:t>https://elpais.com/argentina/2026-09-21/el-vaticano-confirma-el-itinerario-del-papa-leon-xiv-en-argentina-uruguay-y-peru.html</w:t>
        </w:r>
      </w:hyperlink>
      <w:r>
        <w:t xml:space="preserve"> - EL PAÍS reports on the Vatican-confirmed itinerary for Pope Leo XIV’s journey through Uruguay, Argentina and Peru. For Buenos Aires, it says the Pope is due to arrive on Sunday 8 November and visit the monument to General José de San Martín, the Casa Rosada and Palacio Libertad. The schedule for the following days includes a visit to the Pequeño Cottolengo Don Orione, a Mass at the Monumento de los Españoles, an event at the Catholic University of Argentina, meetings at the Palacio San Martín and the Metropolitan Cathedral, and later travel to Córdoba and Luján. The article also places the Argentine leg within the wider international journey, which runs from 6 to 17 November. This source supports the article’s central information about the timing and destinations of the papal visit, while providing broader itinerary context. It is an itinerary report, not a traffic advisory, so it does not establish the exact street closures or checkpoints. Those operational details are better supported by the City of Buenos Aires government notice and local traffic coverage.</w:t>
      </w:r>
      <w:r/>
    </w:p>
    <w:p>
      <w:pPr>
        <w:pStyle w:val="ListNumber"/>
        <w:spacing w:line="240" w:lineRule="auto"/>
        <w:ind w:left="720"/>
      </w:pPr>
      <w:r/>
      <w:hyperlink r:id="rId12">
        <w:r>
          <w:rPr>
            <w:color w:val="0000EE"/>
            <w:u w:val="single"/>
          </w:rPr>
          <w:t>https://www.c5n.com/sociedad/como-sera-la-marcha-del-orgullo-2026-horarios-cortes-recorrido-y-ubicacion-de-los-escenarios-n253488</w:t>
        </w:r>
      </w:hyperlink>
      <w:r>
        <w:t xml:space="preserve"> - C5N describes the 35th Buenos Aires Pride March, scheduled for Saturday 7 November 2026, including its revised route and event programme. The gathering is to begin at 10 am at Lima and Avenida de Mayo, with the march setting off towards Congress at 4 pm. The route differs from the traditional one because Plaza de Mayo is designated as a restricted area during the Pope’s visit. The report describes the Pride fair, stalls, stages and entertainment, and notes that activity is spread around Lima, Cerrito and the Congress area. It also explains that the march’s organisers adapted the event to the security arrangements for the papal visit. This article supports the publication’s claims that the Pride event takes place on Saturday and affects central Buenos Aires, while also clarifying the route and schedule. Its focus is the event itself and its logistics, rather than the detailed road-by-road traffic closure timetable.</w:t>
      </w:r>
      <w:r/>
    </w:p>
    <w:p>
      <w:pPr>
        <w:pStyle w:val="ListNumber"/>
        <w:spacing w:line="240" w:lineRule="auto"/>
        <w:ind w:left="720"/>
      </w:pPr>
      <w:r/>
      <w:hyperlink r:id="rId13">
        <w:r>
          <w:rPr>
            <w:color w:val="0000EE"/>
            <w:u w:val="single"/>
          </w:rPr>
          <w:t>https://www.tycsports.com/interes-general/marcha-del-orgullo-2026-cuando-es-y-que-calles-estaran-cortadas-hoy-7-de-noviembre-id770305.html</w:t>
        </w:r>
      </w:hyperlink>
      <w:r>
        <w:t xml:space="preserve"> - TyC Sports gives a traffic-focused guide to the 35th Pride March in Buenos Aires on Saturday 7 November 2026. It says the main affected corridor runs between Plaza de Mayo and Congress along Avenida de Mayo, with restrictions also affecting surrounding streets and the area near the Casa Rosada. The article explains that closures begin early to allow stalls and event infrastructure to be set up and remain in place through the march and dispersal. It identifies key areas affected, including the central route, the gathering area and the Congress perimeter, and suggests alternative north–south routes for drivers. It recommends public transport for people travelling through the centre and notes that road conditions may also affect nearby bus corridors. This report corroborates the publication’s claim that the Pride event will complicate traffic in central Buenos Aires. The detailed schedule and exact street-by-street closure plan may differ from the source article’s estimates, so travellers should consult current official traffic notices before setting out.</w:t>
      </w:r>
      <w:r/>
    </w:p>
    <w:p>
      <w:pPr>
        <w:pStyle w:val="ListNumber"/>
        <w:spacing w:line="240" w:lineRule="auto"/>
        <w:ind w:left="720"/>
      </w:pPr>
      <w:r/>
      <w:hyperlink r:id="rId14">
        <w:r>
          <w:rPr>
            <w:color w:val="0000EE"/>
            <w:u w:val="single"/>
          </w:rPr>
          <w:t>https://infobae.com/deportes/2026/11/07/boca-argentinos-juniors-y-rosario-central-buscaran-el-titulo-de-la-tabla-anual-hora-y-todo-lo-que-hay-que-saber/</w:t>
        </w:r>
      </w:hyperlink>
      <w:r>
        <w:t xml:space="preserve"> - Infobae previews the simultaneous football matches that will decide the annual table title in Argentine football. It reports that the games are scheduled to begin at 5.30 pm on Saturday 7 November. Boca Juniors are to play Defensa y Justicia at La Bombonera, while Argentinos Juniors meet Huracán at the Diego Armando Maradona stadium; Rosario Central also have a match in Rosario. The article explains the title scenarios, noting Boca and Argentinos’ points position and the importance of the results in their respective fixtures. It reports that Boca’s win would put the club close to securing the championship, while Argentinos need to win and depend on Boca dropping points. This supports the publication’s statement that football fixtures could produce title celebrations in Buenos Aires on the same day as the Pride March and preparations for the papal visit. It supplies match timing, venues and sporting context, but does not confirm the projected public celebrations or any resulting road closures.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ronica.com.ar/sociedad/atencion-un-sabado-complicado-para-el-transito-en-la-ciudad-por-diversos-eventos/" TargetMode="External"/><Relationship Id="rId10" Type="http://schemas.openxmlformats.org/officeDocument/2006/relationships/hyperlink" Target="https://buenosaires.gob.ar/noticias/lo-que-hay-que-saber-sobre-el-operativo-por-la-visita-del-papa" TargetMode="External"/><Relationship Id="rId11" Type="http://schemas.openxmlformats.org/officeDocument/2006/relationships/hyperlink" Target="https://www.lanacion.com.ar/sociedad/mapa-de-cortes-de-calles-por-la-visita-del-papa-leon-xiv-en-la-ciudad-de-buenos-aires-cierres-nid06112026-2/" TargetMode="External"/><Relationship Id="rId12" Type="http://schemas.openxmlformats.org/officeDocument/2006/relationships/hyperlink" Target="https://www.c5n.com/sociedad/como-sera-la-marcha-del-orgullo-2026-horarios-cortes-recorrido-y-ubicacion-de-los-escenarios-n253488" TargetMode="External"/><Relationship Id="rId13" Type="http://schemas.openxmlformats.org/officeDocument/2006/relationships/hyperlink" Target="https://www.tycsports.com/interes-general/marcha-del-orgullo-2026-cuando-es-y-que-calles-estaran-cortadas-hoy-7-de-noviembre-id770305.html" TargetMode="External"/><Relationship Id="rId14" Type="http://schemas.openxmlformats.org/officeDocument/2006/relationships/hyperlink" Target="https://infobae.com/deportes/2026/11/07/boca-argentinos-juniors-y-rosario-central-buscaran-el-titulo-de-la-tabla-anual-hora-y-todo-lo-que-hay-que-saber/" TargetMode="External"/><Relationship Id="rId15" Type="http://schemas.openxmlformats.org/officeDocument/2006/relationships/hyperlink" Target="https://elpais.com/argentina/2026-09-21/el-vaticano-confirma-el-itinerario-del-papa-leon-xiv-en-argentina-uruguay-y-peru.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