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Buenos Aires Pride March 2026: Stars, Music and Meaning</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Buenos Aires filled with colour on 7 November as thousands joined the 35th Pride March, with Nicki Nicole, La Joaqui, María Becerra and other familiar faces among them. The city-centre gathering combined a lively street celebration with calls for respect, safety and equality, giving the day a significance that reached well beyond its eye-catching outfits and performances.</w:t>
      </w:r>
      <w:r/>
    </w:p>
    <w:p>
      <w:pPr>
        <w:pStyle w:val="Heading2"/>
      </w:pPr>
      <w:r>
        <w:t>Essential Takeaways</w:t>
      </w:r>
      <w:r/>
      <w:r/>
    </w:p>
    <w:p>
      <w:pPr>
        <w:pStyle w:val="ListBullet"/>
        <w:spacing w:line="240" w:lineRule="auto"/>
        <w:ind w:left="720"/>
      </w:pPr>
      <w:r/>
      <w:r>
        <w:rPr>
          <w:b/>
        </w:rPr>
        <w:t>A major city-centre gathering:</w:t>
      </w:r>
      <w:r>
        <w:t xml:space="preserve"> The 35th Pride March took place in Buenos Aires on Saturday 7 November, drawing thousands of participants.</w:t>
      </w:r>
      <w:r/>
    </w:p>
    <w:p>
      <w:pPr>
        <w:pStyle w:val="ListBullet"/>
        <w:spacing w:line="240" w:lineRule="auto"/>
        <w:ind w:left="720"/>
      </w:pPr>
      <w:r/>
      <w:r>
        <w:rPr>
          <w:b/>
        </w:rPr>
        <w:t>Artists joined the crowds:</w:t>
      </w:r>
      <w:r>
        <w:t xml:space="preserve"> Nicki Nicole, Leticia Siciliani, La Joaqui, María Becerra and Cazzu were among the public figures at the event.</w:t>
      </w:r>
      <w:r/>
    </w:p>
    <w:p>
      <w:pPr>
        <w:pStyle w:val="ListBullet"/>
        <w:spacing w:line="240" w:lineRule="auto"/>
        <w:ind w:left="720"/>
      </w:pPr>
      <w:r/>
      <w:r>
        <w:rPr>
          <w:b/>
        </w:rPr>
        <w:t>Music was part of the programme:</w:t>
      </w:r>
      <w:r>
        <w:t xml:space="preserve"> María Becerra performed at the closing show, while La Joaqui appeared on the Nadia Echazú stage.</w:t>
      </w:r>
      <w:r/>
    </w:p>
    <w:p>
      <w:pPr>
        <w:pStyle w:val="ListBullet"/>
        <w:spacing w:line="240" w:lineRule="auto"/>
        <w:ind w:left="720"/>
      </w:pPr>
      <w:r/>
      <w:r>
        <w:rPr>
          <w:b/>
        </w:rPr>
        <w:t>The message was about resistance:</w:t>
      </w:r>
      <w:r>
        <w:t xml:space="preserve"> The march's slogan connected Pride with standing up to hatred and discrimination.</w:t>
      </w:r>
      <w:r/>
    </w:p>
    <w:p>
      <w:pPr>
        <w:pStyle w:val="ListBullet"/>
        <w:spacing w:line="240" w:lineRule="auto"/>
        <w:ind w:left="720"/>
      </w:pPr>
      <w:r/>
      <w:r>
        <w:rPr>
          <w:b/>
        </w:rPr>
        <w:t>Activist demands remained central:</w:t>
      </w:r>
      <w:r>
        <w:t xml:space="preserve"> Organisers called for measures including historical reparations for trans people and stronger tools against discrimination.</w:t>
      </w:r>
      <w:r/>
      <w:r/>
    </w:p>
    <w:p>
      <w:pPr>
        <w:pStyle w:val="Heading2"/>
      </w:pPr>
      <w:r>
        <w:t>A colourful march with a serious message</w:t>
      </w:r>
      <w:r/>
    </w:p>
    <w:p>
      <w:r/>
      <w:r>
        <w:t>Buenos Aires was bright with flags, signs and celebratory outfits as the 35th Pride March made its way towards the National Congress. But beneath the colour and music was a pointed message: this was also a public demonstration for safety, dignity and equal treatment.</w:t>
      </w:r>
      <w:r/>
    </w:p>
    <w:p>
      <w:r/>
      <w:r>
        <w:t xml:space="preserve">The event's slogan, "When hate advances, pride in the streets is resistance", reflected a tense backdrop that included recent attacks against trans women in Palermo. Pride can be joyful, but the march made clear why being visible together still matters. </w:t>
      </w:r>
      <w:hyperlink r:id="rId9">
        <w:r>
          <w:rPr>
            <w:color w:val="0000EE"/>
            <w:u w:val="single"/>
          </w:rPr>
          <w:t>[3]</w:t>
        </w:r>
      </w:hyperlink>
      <w:r>
        <w:t xml:space="preserve">, </w:t>
      </w:r>
      <w:hyperlink r:id="rId10">
        <w:r>
          <w:rPr>
            <w:color w:val="0000EE"/>
            <w:u w:val="single"/>
          </w:rPr>
          <w:t>[5]</w:t>
        </w:r>
      </w:hyperlink>
      <w:r>
        <w:t xml:space="preserve">, </w:t>
      </w:r>
      <w:hyperlink r:id="rId11">
        <w:r>
          <w:rPr>
            <w:color w:val="0000EE"/>
            <w:u w:val="single"/>
          </w:rPr>
          <w:t>[6]</w:t>
        </w:r>
      </w:hyperlink>
      <w:r/>
    </w:p>
    <w:p>
      <w:pPr>
        <w:pStyle w:val="Heading2"/>
      </w:pPr>
      <w:r>
        <w:t>The stars who joined the crowds</w:t>
      </w:r>
      <w:r/>
    </w:p>
    <w:p>
      <w:r/>
      <w:r>
        <w:t>Nicki Nicole took part on the Fiesta Polenta float alongside Nacho Elizalde, while Leticia Siciliani shared a message online about pride as a response and meeting people in the streets. La Joaqui announced she was heading to the march, bringing a black lace corset to a day where personal style was part of the spectacle.</w:t>
      </w:r>
      <w:r/>
    </w:p>
    <w:p>
      <w:r/>
      <w:r>
        <w:t xml:space="preserve">Cazzu also joined the mobilisation. The celebrity presence helped draw attention to the gathering, while photos and posts offered followers a glimpse of its many moods, from polished stage looks to relaxed moments among the crowds. </w:t>
      </w:r>
      <w:hyperlink r:id="rId12">
        <w:r>
          <w:rPr>
            <w:color w:val="0000EE"/>
            <w:u w:val="single"/>
          </w:rPr>
          <w:t>[2]</w:t>
        </w:r>
      </w:hyperlink>
      <w:r>
        <w:t xml:space="preserve">, </w:t>
      </w:r>
      <w:hyperlink r:id="rId10">
        <w:r>
          <w:rPr>
            <w:color w:val="0000EE"/>
            <w:u w:val="single"/>
          </w:rPr>
          <w:t>[5]</w:t>
        </w:r>
      </w:hyperlink>
      <w:r/>
    </w:p>
    <w:p>
      <w:pPr>
        <w:pStyle w:val="Heading2"/>
      </w:pPr>
      <w:r>
        <w:t>Music, performances and a packed programme</w:t>
      </w:r>
      <w:r/>
    </w:p>
    <w:p>
      <w:r/>
      <w:r>
        <w:t>María Becerra closed the musical programme with several songs, bringing a high-profile finish to a day that mixed performances with the wider march. La Joaqui also appeared on the Nadia Echazú stage along Avenida 9 de Julio, where she spoke against discrimination and in favour of respect for different identities and sexual orientations.</w:t>
      </w:r>
      <w:r/>
    </w:p>
    <w:p>
      <w:r/>
      <w:r>
        <w:t xml:space="preserve">The mix of artists, street activity and public advocacy gave the event an unmistakably festive feel without softening its message. A strong performance can bring people together, but the demands voiced from the stage are what give the celebration its lasting weight. </w:t>
      </w:r>
      <w:hyperlink r:id="rId9">
        <w:r>
          <w:rPr>
            <w:color w:val="0000EE"/>
            <w:u w:val="single"/>
          </w:rPr>
          <w:t>[3]</w:t>
        </w:r>
      </w:hyperlink>
      <w:r>
        <w:t xml:space="preserve">, </w:t>
      </w:r>
      <w:hyperlink r:id="rId13">
        <w:r>
          <w:rPr>
            <w:color w:val="0000EE"/>
            <w:u w:val="single"/>
          </w:rPr>
          <w:t>[4]</w:t>
        </w:r>
      </w:hyperlink>
      <w:r>
        <w:t xml:space="preserve">, </w:t>
      </w:r>
      <w:hyperlink r:id="rId14">
        <w:r>
          <w:rPr>
            <w:color w:val="0000EE"/>
            <w:u w:val="single"/>
          </w:rPr>
          <w:t>[7]</w:t>
        </w:r>
      </w:hyperlink>
      <w:r/>
    </w:p>
    <w:p>
      <w:pPr>
        <w:pStyle w:val="Heading2"/>
      </w:pPr>
      <w:r>
        <w:t>What the march asked for</w:t>
      </w:r>
      <w:r/>
    </w:p>
    <w:p>
      <w:r/>
      <w:r>
        <w:t>Alongside cultural activities, organisations called for historical reparations for trans people and new measures to tackle discrimination. Those demands were part of the day's purpose, not an afterthought to the music and photographs.</w:t>
      </w:r>
      <w:r/>
    </w:p>
    <w:p>
      <w:r/>
      <w:r>
        <w:t xml:space="preserve">For visitors, the simplest way to take part respectfully is to listen as well as celebrate. Pay attention to the messages on banners and from speakers, and remember that Pride is both a gathering of community and a call for change. </w:t>
      </w:r>
      <w:hyperlink r:id="rId9">
        <w:r>
          <w:rPr>
            <w:color w:val="0000EE"/>
            <w:u w:val="single"/>
          </w:rPr>
          <w:t>[3]</w:t>
        </w:r>
      </w:hyperlink>
      <w:r>
        <w:t xml:space="preserve">, </w:t>
      </w:r>
      <w:hyperlink r:id="rId10">
        <w:r>
          <w:rPr>
            <w:color w:val="0000EE"/>
            <w:u w:val="single"/>
          </w:rPr>
          <w:t>[5]</w:t>
        </w:r>
      </w:hyperlink>
      <w:r>
        <w:t xml:space="preserve">, </w:t>
      </w:r>
      <w:hyperlink r:id="rId11">
        <w:r>
          <w:rPr>
            <w:color w:val="0000EE"/>
            <w:u w:val="single"/>
          </w:rPr>
          <w:t>[6]</w:t>
        </w:r>
      </w:hyperlink>
      <w:r/>
    </w:p>
    <w:p>
      <w:pPr>
        <w:pStyle w:val="Heading2"/>
      </w:pPr>
      <w:r>
        <w:t>A day that made room for joy and protest</w:t>
      </w:r>
      <w:r/>
    </w:p>
    <w:p>
      <w:r/>
      <w:r>
        <w:t>The march brought together artists, activists and thousands of residents in a shared public space. Its vivid outfits and lively stages made for striking scenes, but the appeal of the event went deeper: people showed up to celebrate who they are and to insist that everyone deserves safety and respect.</w:t>
      </w:r>
      <w:r/>
    </w:p>
    <w:p>
      <w:r/>
      <w:r>
        <w:t xml:space="preserve">That balance is what makes Pride so powerful. The party matters, and so does the reason for it. </w:t>
      </w:r>
      <w:hyperlink r:id="rId9">
        <w:r>
          <w:rPr>
            <w:color w:val="0000EE"/>
            <w:u w:val="single"/>
          </w:rPr>
          <w:t>[3]</w:t>
        </w:r>
      </w:hyperlink>
      <w:r>
        <w:t xml:space="preserve">, </w:t>
      </w:r>
      <w:hyperlink r:id="rId10">
        <w:r>
          <w:rPr>
            <w:color w:val="0000EE"/>
            <w:u w:val="single"/>
          </w:rPr>
          <w:t>[5]</w:t>
        </w:r>
      </w:hyperlink>
      <w:r>
        <w:t xml:space="preserve">, </w:t>
      </w:r>
      <w:hyperlink r:id="rId11">
        <w:r>
          <w:rPr>
            <w:color w:val="0000EE"/>
            <w:u w:val="single"/>
          </w:rPr>
          <w:t>[6]</w:t>
        </w:r>
      </w:hyperlink>
      <w:r/>
    </w:p>
    <w:p>
      <w:r/>
      <w:r>
        <w:t>It's a celebration worth enjoying, and a message worth carrying beyond the streets.</w:t>
      </w:r>
      <w:r/>
    </w:p>
    <w:p>
      <w:pPr>
        <w:pStyle w:val="Heading3"/>
      </w:pPr>
      <w:r>
        <w:t>Source Reference Map</w:t>
      </w:r>
      <w:r/>
    </w:p>
    <w:p>
      <w:r/>
      <w:r>
        <w:rPr>
          <w:b/>
        </w:rPr>
        <w:t>Story idea inspired by:</w:t>
      </w:r>
      <w:r>
        <w:t xml:space="preserve"> </w:t>
      </w:r>
      <w:hyperlink r:id="rId15">
        <w:r>
          <w:rPr>
            <w:color w:val="0000EE"/>
            <w:u w:val="single"/>
          </w:rPr>
          <w:t>[1]</w:t>
        </w:r>
      </w:hyperlink>
      <w:r/>
    </w:p>
    <w:p>
      <w:r/>
      <w:r>
        <w:rPr>
          <w:b/>
        </w:rPr>
        <w:t>Sources by paragraph:</w:t>
      </w:r>
      <w:r>
        <w:t xml:space="preserve">- Paragraph 1: </w:t>
      </w:r>
      <w:hyperlink r:id="rId9">
        <w:r>
          <w:rPr>
            <w:color w:val="0000EE"/>
            <w:u w:val="single"/>
          </w:rPr>
          <w:t>[3]</w:t>
        </w:r>
      </w:hyperlink>
      <w:r>
        <w:t xml:space="preserve">, </w:t>
      </w:r>
      <w:hyperlink r:id="rId10">
        <w:r>
          <w:rPr>
            <w:color w:val="0000EE"/>
            <w:u w:val="single"/>
          </w:rPr>
          <w:t>[5]</w:t>
        </w:r>
      </w:hyperlink>
      <w:r>
        <w:t xml:space="preserve">- Paragraph 2: </w:t>
      </w:r>
      <w:hyperlink r:id="rId9">
        <w:r>
          <w:rPr>
            <w:color w:val="0000EE"/>
            <w:u w:val="single"/>
          </w:rPr>
          <w:t>[3]</w:t>
        </w:r>
      </w:hyperlink>
      <w:r>
        <w:t xml:space="preserve">, </w:t>
      </w:r>
      <w:hyperlink r:id="rId10">
        <w:r>
          <w:rPr>
            <w:color w:val="0000EE"/>
            <w:u w:val="single"/>
          </w:rPr>
          <w:t>[5]</w:t>
        </w:r>
      </w:hyperlink>
      <w:r>
        <w:t xml:space="preserve">, </w:t>
      </w:r>
      <w:hyperlink r:id="rId11">
        <w:r>
          <w:rPr>
            <w:color w:val="0000EE"/>
            <w:u w:val="single"/>
          </w:rPr>
          <w:t>[6]</w:t>
        </w:r>
      </w:hyperlink>
      <w:r>
        <w:t xml:space="preserve">- Paragraph 3: </w:t>
      </w:r>
      <w:hyperlink r:id="rId12">
        <w:r>
          <w:rPr>
            <w:color w:val="0000EE"/>
            <w:u w:val="single"/>
          </w:rPr>
          <w:t>[2]</w:t>
        </w:r>
      </w:hyperlink>
      <w:r>
        <w:t xml:space="preserve">, </w:t>
      </w:r>
      <w:hyperlink r:id="rId10">
        <w:r>
          <w:rPr>
            <w:color w:val="0000EE"/>
            <w:u w:val="single"/>
          </w:rPr>
          <w:t>[5]</w:t>
        </w:r>
      </w:hyperlink>
      <w:r>
        <w:t xml:space="preserve">- Paragraph 4: </w:t>
      </w:r>
      <w:hyperlink r:id="rId9">
        <w:r>
          <w:rPr>
            <w:color w:val="0000EE"/>
            <w:u w:val="single"/>
          </w:rPr>
          <w:t>[3]</w:t>
        </w:r>
      </w:hyperlink>
      <w:r>
        <w:t xml:space="preserve">, </w:t>
      </w:r>
      <w:hyperlink r:id="rId13">
        <w:r>
          <w:rPr>
            <w:color w:val="0000EE"/>
            <w:u w:val="single"/>
          </w:rPr>
          <w:t>[4]</w:t>
        </w:r>
      </w:hyperlink>
      <w:r>
        <w:t xml:space="preserve">, </w:t>
      </w:r>
      <w:hyperlink r:id="rId14">
        <w:r>
          <w:rPr>
            <w:color w:val="0000EE"/>
            <w:u w:val="single"/>
          </w:rPr>
          <w:t>[7]</w:t>
        </w:r>
      </w:hyperlink>
      <w:r>
        <w:t xml:space="preserve">- Paragraph 5: </w:t>
      </w:r>
      <w:hyperlink r:id="rId9">
        <w:r>
          <w:rPr>
            <w:color w:val="0000EE"/>
            <w:u w:val="single"/>
          </w:rPr>
          <w:t>[3]</w:t>
        </w:r>
      </w:hyperlink>
      <w:r>
        <w:t xml:space="preserve">, </w:t>
      </w:r>
      <w:hyperlink r:id="rId10">
        <w:r>
          <w:rPr>
            <w:color w:val="0000EE"/>
            <w:u w:val="single"/>
          </w:rPr>
          <w:t>[5]</w:t>
        </w:r>
      </w:hyperlink>
      <w:r>
        <w:t xml:space="preserve">, </w:t>
      </w:r>
      <w:hyperlink r:id="rId11">
        <w:r>
          <w:rPr>
            <w:color w:val="0000EE"/>
            <w:u w:val="single"/>
          </w:rPr>
          <w:t>[6]</w:t>
        </w:r>
      </w:hyperlink>
      <w:r>
        <w:t xml:space="preserve">- Paragraph 6: </w:t>
      </w:r>
      <w:hyperlink r:id="rId9">
        <w:r>
          <w:rPr>
            <w:color w:val="0000EE"/>
            <w:u w:val="single"/>
          </w:rPr>
          <w:t>[3]</w:t>
        </w:r>
      </w:hyperlink>
      <w:r>
        <w:t xml:space="preserve">, </w:t>
      </w:r>
      <w:hyperlink r:id="rId10">
        <w:r>
          <w:rPr>
            <w:color w:val="0000EE"/>
            <w:u w:val="single"/>
          </w:rPr>
          <w:t>[5]</w:t>
        </w:r>
      </w:hyperlink>
      <w:r>
        <w:t xml:space="preserve">, </w:t>
      </w:r>
      <w:hyperlink r:id="rId11">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15">
        <w:r>
          <w:rPr>
            <w:color w:val="0000EE"/>
            <w:u w:val="single"/>
          </w:rPr>
          <w:t>https://caras.perfil.com/noticias/celebridades/niki-nicole-la-joaqui-famosos-estuvieron-marcha-orgullo-2026.phtml</w:t>
        </w:r>
      </w:hyperlink>
      <w:r>
        <w:t xml:space="preserve"> - Please view link - unable to able to access data</w:t>
      </w:r>
      <w:r/>
    </w:p>
    <w:p>
      <w:pPr>
        <w:pStyle w:val="ListNumber"/>
        <w:spacing w:line="240" w:lineRule="auto"/>
        <w:ind w:left="720"/>
      </w:pPr>
      <w:r/>
      <w:hyperlink r:id="rId12">
        <w:r>
          <w:rPr>
            <w:color w:val="0000EE"/>
            <w:u w:val="single"/>
          </w:rPr>
          <w:t>https://www.revistagente.com/galerias/de-la-joaqui-a-nicki-nicole-y-marti-benza-en-fotos-los-looks-de-los-famosos-en-la-marcha-del-orgullo-2026/</w:t>
        </w:r>
      </w:hyperlink>
      <w:r>
        <w:t xml:space="preserve"> - This photo-led report covers the celebrities who attended Buenos Aires’s 35th Pride March on 7 November 2026. It names Nicki Nicole among the entertainers and social-media personalities who joined the gathering, and describes the Polenta and Mocha Celis float as a meeting point for supporters of travesti, trans and non-binary people. The article also features La Joaqui, who performed songs and spoke against homophobia and discrimination. It records her thanks to the crowd and organisers, while noting the colourful clothing and personal styles that made fashion part of the day’s expression. The report says the march followed a serious attack on trans women in the Palermo woods, giving added weight to calls for historical reparation for older travesti and trans people. It also describes the gathering before the march and says the procession later headed towards Congress. María Becerra and other performers were expected to take part in the programme. The article’s main focus is the public figures, their appearance and their participation; it does not verify every individual celebrity named in the supplied article, and it does not mention Cazzu or Leticia Siciliani in the accessible text.</w:t>
      </w:r>
      <w:r/>
    </w:p>
    <w:p>
      <w:pPr>
        <w:pStyle w:val="ListNumber"/>
        <w:spacing w:line="240" w:lineRule="auto"/>
        <w:ind w:left="720"/>
      </w:pPr>
      <w:r/>
      <w:hyperlink r:id="rId9">
        <w:r>
          <w:rPr>
            <w:color w:val="0000EE"/>
            <w:u w:val="single"/>
          </w:rPr>
          <w:t>https://www.infobae.com/sociedad/2026/11/07/se-realiza-la-35-marcha-del-orgullo-todos-los-detalles-de-la-movilizacion-que-terminara-con-un-show-de-maria-becerra/?outputType=amp-type</w:t>
        </w:r>
      </w:hyperlink>
      <w:r>
        <w:t xml:space="preserve"> - Infobae reports on the 35th LGBTIQ+ Pride March in Buenos Aires, held on Saturday 7 November 2026. It describes a programme beginning in the morning with a fair for independent projects and social organisations, including an LGBTIQ+ book fair, alongside music, a march and free HIV testing. Two stages hosted performers and DJs; on the Nadia Echazú stage, La Joaqui combined her musical appearance with a statement condemning homophobia and discrimination. The report outlines the march’s principal route and the participation of groups demanding legislative change, including expanded rights for trans people and action on sexual-health needs. It also gives details of free, confidential testing provided by AHF Argentina and discusses the importance of early HIV diagnosis and prevention. This article supports the supplied text’s claims about the event’s scale and format, La Joaqui’s appearance, the march’s rights-based demands and María Becerra’s place in the programme. It does not substantiate the supplied article’s specific claims about Nicki Nicole, Leticia Siciliani or Cazzu attending.</w:t>
      </w:r>
      <w:r/>
    </w:p>
    <w:p>
      <w:pPr>
        <w:pStyle w:val="ListNumber"/>
        <w:spacing w:line="240" w:lineRule="auto"/>
        <w:ind w:left="720"/>
      </w:pPr>
      <w:r/>
      <w:hyperlink r:id="rId13">
        <w:r>
          <w:rPr>
            <w:color w:val="0000EE"/>
            <w:u w:val="single"/>
          </w:rPr>
          <w:t>https://www.lanacion.com.ar/que-sale/marcha-del-orgullo-2026-en-buenos-aires-cuando-es-horarios-recorrido-y-artistas-confirmados-nid05112026/</w:t>
        </w:r>
      </w:hyperlink>
      <w:r>
        <w:t xml:space="preserve"> - This LA NACION preview explains the plans for Buenos Aires’s 35th Pride March, scheduled for Saturday 7 November 2026. It identifies the event’s official theme, “When hate advances, pride in the streets is resistance”, and says the march is organised by the Commission for the Pride March. The article describes a free public gathering with a fair, two music stages and floats belonging to different organisations. It specifically reports that Fiesta Polenta and the Mocha Celis Civil Association would share a float. Mocha Celis works to support education, employment and rights for travesti, trans and non-binary people, while the Polenta party has developed inclusive spaces and employment practices. This provides useful support for the supplied article’s account of Nicki Nicole joining the Polenta float with Nacho Elizalde, as well as for the date, edition number and central slogan. As a preview, it describes planned activities rather than serving as a complete record of who ultimately attended. Its accessible text does not confirm the attendance of Leticia Siciliani, La Joaqui, María Becerra or Cazzu.</w:t>
      </w:r>
      <w:r/>
    </w:p>
    <w:p>
      <w:pPr>
        <w:pStyle w:val="ListNumber"/>
        <w:spacing w:line="240" w:lineRule="auto"/>
        <w:ind w:left="720"/>
      </w:pPr>
      <w:r/>
      <w:hyperlink r:id="rId10">
        <w:r>
          <w:rPr>
            <w:color w:val="0000EE"/>
            <w:u w:val="single"/>
          </w:rPr>
          <w:t>https://www.infobae.com/fotos/2026/11/07/las-mejores-fotos-de-la-35-marcha-del-orgullo-musica-feria-y-testeos-gratuitos-de-vih/</w:t>
        </w:r>
      </w:hyperlink>
      <w:r>
        <w:t xml:space="preserve"> - Infobae’s photo report documents the 35th LGBTIQ+ Pride March in Buenos Aires on 7 November 2026. It states that the event began at 10 am under the slogan “When hate advances, pride in the streets is resistance”, with music and protest messages starting at 11. The report’s captions show the range of activities: a book fair, health and HIV-prevention initiatives, performances, and a procession towards Plaza de los Dos Congresos. It records demands for the “Recognise is Repair” proposal, a Comprehensive Trans Law, a new anti-discrimination measure and justice in response to anti-trans violence. The coverage notes that the march followed an attack on trans women in the Palermo woods and describes María Becerra and La Joaqui as part of the musical closing programme. It also documents the presence of groups from different provinces and calls for historical reparation for older travesti and trans people. The photographs and captions support the supplied article’s broad account of the event’s date, scale, political demands, music and route, though they do not establish every celebrity’s participation or reproduce the social-media posts described in the original.</w:t>
      </w:r>
      <w:r/>
    </w:p>
    <w:p>
      <w:pPr>
        <w:pStyle w:val="ListNumber"/>
        <w:spacing w:line="240" w:lineRule="auto"/>
        <w:ind w:left="720"/>
      </w:pPr>
      <w:r/>
      <w:hyperlink r:id="rId11">
        <w:r>
          <w:rPr>
            <w:color w:val="0000EE"/>
            <w:u w:val="single"/>
          </w:rPr>
          <w:t>https://periodismodeizquierda.com/35-marcha-del-orgullo-las-calles-se-visten-de-arcoiris/</w:t>
        </w:r>
      </w:hyperlink>
      <w:r>
        <w:t xml:space="preserve"> - Periodismo de Izquierda reports on Buenos Aires’s 35th Pride March, describing thousands of people taking to the streets beneath the slogan “When hate advances, pride in the streets is resistance”. The article presents the event as both a celebration and a political response to hostility towards LGBT+ people. It places the march in the context of austerity, anti-LGBT+ rhetoric and a recent anti-trans attack in Palermo. It also says the 2026 event took place shortly before Pope Leo XIV’s arrival and that organisers maintained the chosen date despite efforts to postpone it. This reporting supports the supplied article’s description of a large mobilisation, its central slogan and the atmosphere of resistance and rights advocacy. It offers context for why the march’s organisers and participants emphasised public visibility and safety. The piece is primarily a political account rather than a celebrity report: its accessible section does not verify the specific appearances of Nicki Nicole, Leticia Siciliani, La Joaqui, María Becerra or Cazzu, nor the social-media messages attributed to individuals in the supplied article.</w:t>
      </w:r>
      <w:r/>
    </w:p>
    <w:p>
      <w:pPr>
        <w:pStyle w:val="ListNumber"/>
        <w:spacing w:line="240" w:lineRule="auto"/>
        <w:ind w:left="720"/>
      </w:pPr>
      <w:r/>
      <w:hyperlink r:id="rId14">
        <w:r>
          <w:rPr>
            <w:color w:val="0000EE"/>
            <w:u w:val="single"/>
          </w:rPr>
          <w:t>https://www.infobae.com/teleshow/2026/10/21/maria-becerra-cerrara-la-marcha-del-orgullo-en-buenos-aires-bancando-los-trapos-como-siempre/</w:t>
        </w:r>
      </w:hyperlink>
      <w:r>
        <w:t xml:space="preserve"> - This Infobae entertainment report announced María Becerra’s planned appearance at the 35th Pride March in Buenos Aires on 7 November 2026. It says the singer was set to perform the closing show, following confirmation from the march’s official organisers and a message from Becerra herself. The article describes the march’s theme, “When hate advances, pride in the streets is resistance”, and presents the event as a combination of artistic performances, public visibility and demands for LGBTIQ+ rights. It outlines a day beginning with a fair and other activities, followed by a procession towards Plaza de los Dos Congresos, where the main stage was planned. The report also lists other performers and a tribute to Gilda by Tita Print. This source supports the supplied article’s claim that María Becerra was involved in the musical programme and expected to close the event. Because it was published before the march, it records the confirmed plan rather than independently documenting the performance as it happened. It does not support the supplied article’s claims about the other named celebrities’ attendance.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infobae.com/sociedad/2026/11/07/se-realiza-la-35-marcha-del-orgullo-todos-los-detalles-de-la-movilizacion-que-terminara-con-un-show-de-maria-becerra/?outputType=amp-type" TargetMode="External"/><Relationship Id="rId10" Type="http://schemas.openxmlformats.org/officeDocument/2006/relationships/hyperlink" Target="https://www.infobae.com/fotos/2026/11/07/las-mejores-fotos-de-la-35-marcha-del-orgullo-musica-feria-y-testeos-gratuitos-de-vih/" TargetMode="External"/><Relationship Id="rId11" Type="http://schemas.openxmlformats.org/officeDocument/2006/relationships/hyperlink" Target="https://periodismodeizquierda.com/35-marcha-del-orgullo-las-calles-se-visten-de-arcoiris/" TargetMode="External"/><Relationship Id="rId12" Type="http://schemas.openxmlformats.org/officeDocument/2006/relationships/hyperlink" Target="https://www.revistagente.com/galerias/de-la-joaqui-a-nicki-nicole-y-marti-benza-en-fotos-los-looks-de-los-famosos-en-la-marcha-del-orgullo-2026/" TargetMode="External"/><Relationship Id="rId13" Type="http://schemas.openxmlformats.org/officeDocument/2006/relationships/hyperlink" Target="https://www.lanacion.com.ar/que-sale/marcha-del-orgullo-2026-en-buenos-aires-cuando-es-horarios-recorrido-y-artistas-confirmados-nid05112026/" TargetMode="External"/><Relationship Id="rId14" Type="http://schemas.openxmlformats.org/officeDocument/2006/relationships/hyperlink" Target="https://www.infobae.com/teleshow/2026/10/21/maria-becerra-cerrara-la-marcha-del-orgullo-en-buenos-aires-bancando-los-trapos-como-siempre/" TargetMode="External"/><Relationship Id="rId15" Type="http://schemas.openxmlformats.org/officeDocument/2006/relationships/hyperlink" Target="https://caras.perfil.com/noticias/celebridades/niki-nicole-la-joaqui-famosos-estuvieron-marcha-orgullo-2026.p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