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Buenos Aires Pride March 2026: Route, Artists and Travel Tips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Buenos Aires’ 35th Pride March brings a full day of performances, community events and calls for inclusion to the city centre on Saturday 7 November. With María Becerra and La Joaqui among the headline acts, the march will travel towards Congress, where a festival is planned. Here’s what to expect, where to go and how to dodge the biggest travel snags.</w:t>
      </w:r>
      <w:r/>
    </w:p>
    <w:p>
      <w:pPr>
        <w:pStyle w:val="Heading2"/>
      </w:pPr>
      <w:r>
        <w:t>Essential takeaways</w:t>
      </w:r>
      <w:r/>
      <w:r/>
    </w:p>
    <w:p>
      <w:pPr>
        <w:pStyle w:val="ListBullet"/>
        <w:spacing w:line="240" w:lineRule="auto"/>
        <w:ind w:left="720"/>
      </w:pPr>
      <w:r/>
      <w:r>
        <w:rPr>
          <w:b/>
        </w:rPr>
        <w:t>A day-long programme:</w:t>
      </w:r>
      <w:r>
        <w:t xml:space="preserve"> Cultural activities and performances are scheduled from the morning, with the main march planned for the afternoon.</w:t>
      </w:r>
      <w:r/>
    </w:p>
    <w:p>
      <w:pPr>
        <w:pStyle w:val="ListBullet"/>
        <w:spacing w:line="240" w:lineRule="auto"/>
        <w:ind w:left="720"/>
      </w:pPr>
      <w:r/>
      <w:r>
        <w:rPr>
          <w:b/>
        </w:rPr>
        <w:t>A central route:</w:t>
      </w:r>
      <w:r>
        <w:t xml:space="preserve"> Marchers will gather around Plaza de Mayo and Avenida de Mayo before heading towards Plaza de los Dos Congresos.</w:t>
      </w:r>
      <w:r/>
    </w:p>
    <w:p>
      <w:pPr>
        <w:pStyle w:val="ListBullet"/>
        <w:spacing w:line="240" w:lineRule="auto"/>
        <w:ind w:left="720"/>
      </w:pPr>
      <w:r/>
      <w:r>
        <w:rPr>
          <w:b/>
        </w:rPr>
        <w:t>A headline-filled festival:</w:t>
      </w:r>
      <w:r>
        <w:t xml:space="preserve"> María Becerra, La Joaqui, Six Sex, K4OS and Roze are among the listed performers.</w:t>
      </w:r>
      <w:r/>
    </w:p>
    <w:p>
      <w:pPr>
        <w:pStyle w:val="ListBullet"/>
        <w:spacing w:line="240" w:lineRule="auto"/>
        <w:ind w:left="720"/>
      </w:pPr>
      <w:r/>
      <w:r>
        <w:rPr>
          <w:b/>
        </w:rPr>
        <w:t>A key campaign demand:</w:t>
      </w:r>
      <w:r>
        <w:t xml:space="preserve"> Organisers are calling for the “Reconocer es Reparar” bill, proposing support for older trans and travesti people affected by state persecution.</w:t>
      </w:r>
      <w:r/>
    </w:p>
    <w:p>
      <w:pPr>
        <w:pStyle w:val="ListBullet"/>
        <w:spacing w:line="240" w:lineRule="auto"/>
        <w:ind w:left="720"/>
      </w:pPr>
      <w:r/>
      <w:r>
        <w:rPr>
          <w:b/>
        </w:rPr>
        <w:t>Plan for disruption:</w:t>
      </w:r>
      <w:r>
        <w:t xml:space="preserve"> Road restrictions and possible Metrobus delays are expected around the route.</w:t>
      </w:r>
      <w:r/>
      <w:r/>
    </w:p>
    <w:p>
      <w:pPr>
        <w:pStyle w:val="Heading2"/>
      </w:pPr>
      <w:r>
        <w:t>Pride March 2026 pairs a festival with a call for change</w:t>
      </w:r>
      <w:r/>
    </w:p>
    <w:p>
      <w:r/>
      <w:r>
        <w:t>The 35th Buenos Aires Pride March is set to combine the colour and noise of a city-centre celebration with a serious set of political demands. The day’s slogan is “¡El orgullo al poder! ¡El odio al carajo!”, while the programme spans cultural events, musical floats and a march towards Congress.</w:t>
      </w:r>
      <w:r/>
    </w:p>
    <w:p>
      <w:r/>
      <w:r>
        <w:t>There’s plenty to draw people in, but the event is about more than its stage line-up. Organisers are urging the government to advance inclusion measures and protections against violence motivated by prejudice. (</w:t>
      </w:r>
      <w:hyperlink r:id="rId9">
        <w:r>
          <w:rPr>
            <w:color w:val="0000EE"/>
            <w:u w:val="single"/>
          </w:rPr>
          <w:t>[2]</w:t>
        </w:r>
      </w:hyperlink>
      <w:r>
        <w:t xml:space="preserve">, </w:t>
      </w:r>
      <w:hyperlink r:id="rId10">
        <w:r>
          <w:rPr>
            <w:color w:val="0000EE"/>
            <w:u w:val="single"/>
          </w:rPr>
          <w:t>[4]</w:t>
        </w:r>
      </w:hyperlink>
      <w:r>
        <w:t>)</w:t>
      </w:r>
      <w:r/>
    </w:p>
    <w:p>
      <w:pPr>
        <w:pStyle w:val="Heading2"/>
      </w:pPr>
      <w:r>
        <w:t>When the march starts and where to join</w:t>
      </w:r>
      <w:r/>
    </w:p>
    <w:p>
      <w:r/>
      <w:r>
        <w:t>Activities are due to begin between 10am and 11am at the Nadia Echazú stage on Avenida 9 de Julio, with artists and DJs on the early programme. A musical warm-up is planned for 2pm near the junction of Avenida Belgrano and Lima.</w:t>
      </w:r>
      <w:r/>
    </w:p>
    <w:p>
      <w:r/>
      <w:r>
        <w:t>The main march is listed to start at 4pm, although a separate call-out refers to a group setting off towards Congress at 5.30pm. If you’re meeting friends, agree on a landmark and check the latest event updates before setting out; crowds and moving columns can make a quick reunion surprisingly tricky. (</w:t>
      </w:r>
      <w:hyperlink r:id="rId11">
        <w:r>
          <w:rPr>
            <w:color w:val="0000EE"/>
            <w:u w:val="single"/>
          </w:rPr>
          <w:t>[3]</w:t>
        </w:r>
      </w:hyperlink>
      <w:r>
        <w:t xml:space="preserve">, </w:t>
      </w:r>
      <w:hyperlink r:id="rId12">
        <w:r>
          <w:rPr>
            <w:color w:val="0000EE"/>
            <w:u w:val="single"/>
          </w:rPr>
          <w:t>[5]</w:t>
        </w:r>
      </w:hyperlink>
      <w:r>
        <w:t xml:space="preserve">, </w:t>
      </w:r>
      <w:hyperlink r:id="rId13">
        <w:r>
          <w:rPr>
            <w:color w:val="0000EE"/>
            <w:u w:val="single"/>
          </w:rPr>
          <w:t>[6]</w:t>
        </w:r>
      </w:hyperlink>
      <w:r>
        <w:t>)</w:t>
      </w:r>
      <w:r/>
    </w:p>
    <w:p>
      <w:pPr>
        <w:pStyle w:val="Heading2"/>
      </w:pPr>
      <w:r>
        <w:t>María Becerra and La Joaqui lead the live music</w:t>
      </w:r>
      <w:r/>
    </w:p>
    <w:p>
      <w:r/>
      <w:r>
        <w:t>The Carlos Jáuregui stage, near Congress, is expected to host the main performances from 6pm, alongside the closing statement. María Becerra is listed to close the music programme, with La Joaqui, Six Sex, K4OS and Roze also on the bill.</w:t>
      </w:r>
      <w:r/>
    </w:p>
    <w:p>
      <w:r/>
      <w:r>
        <w:t>The line-up includes more than chart names. Tita Print is due to perform a tribute to Gilda, while Aquafinna, Missy Copper and Martín Cirio are also listed. Expect a lively, shifting festival atmosphere rather than a single, tightly timed concert slot. (</w:t>
      </w:r>
      <w:hyperlink r:id="rId9">
        <w:r>
          <w:rPr>
            <w:color w:val="0000EE"/>
            <w:u w:val="single"/>
          </w:rPr>
          <w:t>[2]</w:t>
        </w:r>
      </w:hyperlink>
      <w:r>
        <w:t xml:space="preserve">, </w:t>
      </w:r>
      <w:hyperlink r:id="rId10">
        <w:r>
          <w:rPr>
            <w:color w:val="0000EE"/>
            <w:u w:val="single"/>
          </w:rPr>
          <w:t>[4]</w:t>
        </w:r>
      </w:hyperlink>
      <w:r>
        <w:t xml:space="preserve">, </w:t>
      </w:r>
      <w:hyperlink r:id="rId13">
        <w:r>
          <w:rPr>
            <w:color w:val="0000EE"/>
            <w:u w:val="single"/>
          </w:rPr>
          <w:t>[6]</w:t>
        </w:r>
      </w:hyperlink>
      <w:r>
        <w:t>)</w:t>
      </w:r>
      <w:r/>
    </w:p>
    <w:p>
      <w:pPr>
        <w:pStyle w:val="Heading2"/>
      </w:pPr>
      <w:r>
        <w:t>Why the “Reconocer es Reparar” demand matters</w:t>
      </w:r>
      <w:r/>
    </w:p>
    <w:p>
      <w:r/>
      <w:r>
        <w:t>One of the day’s central moments is planned for 5pm: an intervention calling for historical reparation for older travesti and trans people. The event is also set to honour Taty Almeida and the Mothers of Plaza de Mayo.</w:t>
      </w:r>
      <w:r/>
    </w:p>
    <w:p>
      <w:r/>
      <w:r>
        <w:t>Organisations are asking for approval of the “Reconocer es Reparar” bill, which proposes a pension and wider support for older travesti and trans people who experienced state persecution because of their gender identity. It’s a reminder that Pride’s celebratory side and its demand for recognition belong together. (</w:t>
      </w:r>
      <w:hyperlink r:id="rId10">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w:t>
      </w:r>
      <w:r/>
    </w:p>
    <w:p>
      <w:pPr>
        <w:pStyle w:val="Heading2"/>
      </w:pPr>
      <w:r>
        <w:t>Road closures and practical travel advice</w:t>
      </w:r>
      <w:r/>
    </w:p>
    <w:p>
      <w:r/>
      <w:r>
        <w:t>The route is expected to run from the Plaza de Mayo and Avenida de Mayo area towards Plaza de los Dos Congresos. Restrictions are planned around Plaza de Mayo from midday, with further disruption on Avenida de Mayo and near Congress during the afternoon.</w:t>
      </w:r>
      <w:r/>
    </w:p>
    <w:p>
      <w:r/>
      <w:r>
        <w:t>If you’re driving, consider avoiding the centre and using suggested alternatives such as Paseo del Bajo, Avenida Leandro N. Alem or Paseo Colón. Avenida 9 de Julio may also be slow, and Metrobus services could face temporary interruptions as the march moves through. Public transport users should leave extra time and check service updates before travelling. (</w:t>
      </w:r>
      <w:hyperlink r:id="rId11">
        <w:r>
          <w:rPr>
            <w:color w:val="0000EE"/>
            <w:u w:val="single"/>
          </w:rPr>
          <w:t>[3]</w:t>
        </w:r>
      </w:hyperlink>
      <w:r>
        <w:t xml:space="preserve">, </w:t>
      </w:r>
      <w:hyperlink r:id="rId12">
        <w:r>
          <w:rPr>
            <w:color w:val="0000EE"/>
            <w:u w:val="single"/>
          </w:rPr>
          <w:t>[5]</w:t>
        </w:r>
      </w:hyperlink>
      <w:r>
        <w:t xml:space="preserve">, </w:t>
      </w:r>
      <w:hyperlink r:id="rId13">
        <w:r>
          <w:rPr>
            <w:color w:val="0000EE"/>
            <w:u w:val="single"/>
          </w:rPr>
          <w:t>[6]</w:t>
        </w:r>
      </w:hyperlink>
      <w:r>
        <w:t>)</w:t>
      </w:r>
      <w:r/>
    </w:p>
    <w:p>
      <w:r/>
      <w:r>
        <w:t>It’s a big day for music and community, so a little planning can make the journey feel much easier.</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[4]</w:t>
        </w:r>
      </w:hyperlink>
      <w:r>
        <w:t xml:space="preserve">- Paragraph 3: </w:t>
      </w:r>
      <w:hyperlink r:id="rId11">
        <w:r>
          <w:rPr>
            <w:color w:val="0000EE"/>
            <w:u w:val="single"/>
          </w:rPr>
          <w:t>[3]</w:t>
        </w:r>
      </w:hyperlink>
      <w:r>
        <w:t xml:space="preserve">, </w:t>
      </w:r>
      <w:hyperlink r:id="rId12">
        <w:r>
          <w:rPr>
            <w:color w:val="0000EE"/>
            <w:u w:val="single"/>
          </w:rPr>
          <w:t>[5]</w:t>
        </w:r>
      </w:hyperlink>
      <w:r>
        <w:t xml:space="preserve">, </w:t>
      </w:r>
      <w:hyperlink r:id="rId13">
        <w:r>
          <w:rPr>
            <w:color w:val="0000EE"/>
            <w:u w:val="single"/>
          </w:rPr>
          <w:t>[6]</w:t>
        </w:r>
      </w:hyperlink>
      <w:r>
        <w:t xml:space="preserve">- Paragraph 4: </w:t>
      </w:r>
      <w:hyperlink r:id="rId9">
        <w:r>
          <w:rPr>
            <w:color w:val="0000EE"/>
            <w:u w:val="single"/>
          </w:rPr>
          <w:t>[2]</w:t>
        </w:r>
      </w:hyperlink>
      <w:r>
        <w:t xml:space="preserve">, </w:t>
      </w:r>
      <w:hyperlink r:id="rId10">
        <w:r>
          <w:rPr>
            <w:color w:val="0000EE"/>
            <w:u w:val="single"/>
          </w:rPr>
          <w:t>[4]</w:t>
        </w:r>
      </w:hyperlink>
      <w:r>
        <w:t xml:space="preserve">, </w:t>
      </w:r>
      <w:hyperlink r:id="rId13">
        <w:r>
          <w:rPr>
            <w:color w:val="0000EE"/>
            <w:u w:val="single"/>
          </w:rPr>
          <w:t>[6]</w:t>
        </w:r>
      </w:hyperlink>
      <w:r>
        <w:t xml:space="preserve">- Paragraph 5: </w:t>
      </w:r>
      <w:hyperlink r:id="rId10">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Paragraph 6: </w:t>
      </w:r>
      <w:hyperlink r:id="rId11">
        <w:r>
          <w:rPr>
            <w:color w:val="0000EE"/>
            <w:u w:val="single"/>
          </w:rPr>
          <w:t>[3]</w:t>
        </w:r>
      </w:hyperlink>
      <w:r>
        <w:t xml:space="preserve">, </w:t>
      </w:r>
      <w:hyperlink r:id="rId12">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https://misionesonline.net/2026/11/07/marcha-del-orgullo-maria-becerra-y-la-joaqui-encabezaran-los-shows/</w:t>
        </w:r>
      </w:hyperlink>
      <w:r>
        <w:t xml:space="preserve"> - Please view link - unable to able to access data</w:t>
      </w:r>
      <w:r/>
    </w:p>
    <w:p>
      <w:pPr>
        <w:pStyle w:val="ListNumber"/>
        <w:spacing w:line="240" w:lineRule="auto"/>
        <w:ind w:left="720"/>
      </w:pPr>
      <w:r/>
      <w:hyperlink r:id="rId9">
        <w:r>
          <w:rPr>
            <w:color w:val="0000EE"/>
            <w:u w:val="single"/>
          </w:rPr>
          <w:t>https://www.clarin.com/informacion-general/marcha-orgullo-2026-hora-empieza-recorrido-shows-maria-becerra-joaqui_0_b6qOhTWxOF.amp.html</w:t>
        </w:r>
      </w:hyperlink>
      <w:r>
        <w:t xml:space="preserve"> - Clarín reports on the 35th Buenos Aires Pride March, held on Saturday 7 November 2026. It outlines the day’s activities, including a fair opening at 10:00, performances from 11:00, the main march at 16:00 and a separate gathering by the Historic Line at 14:00 before its column sets off at 17:30. The article explains that the route differs from previous years: the march begins around Lima and Avenida de Mayo and proceeds towards Congress, rather than starting at Plaza de Mayo, because of security arrangements for Pope Leo XIV’s visit. It lists the two stages, Nadia Echazú and Carlos Jáuregui, and names performers including María Becerra, La Joaqui, Six Sex, K4OS, Roze, Tita Print and Martín Cirio. Becerra is scheduled to close the musical programme at Congress, while La Joaqui appears on the first stage. The piece also describes the event’s political aims, including defending LGBT rights and seeking renewed public policies. It notes that the Historic Line’s slogan is “¡El orgullo al poder! ¡El odio al carajo!” and gives details of the planned historical-reparation intervention and tribute to Taty Almeida and the Mothers of Plaza de Mayo.</w:t>
      </w:r>
      <w:r/>
    </w:p>
    <w:p>
      <w:pPr>
        <w:pStyle w:val="ListNumber"/>
        <w:spacing w:line="240" w:lineRule="auto"/>
        <w:ind w:left="720"/>
      </w:pPr>
      <w:r/>
      <w:hyperlink r:id="rId11">
        <w:r>
          <w:rPr>
            <w:color w:val="0000EE"/>
            <w:u w:val="single"/>
          </w:rPr>
          <w:t>https://www.c5n.com/sociedad/como-sera-la-marcha-del-orgullo-2026-horarios-cortes-recorrido-y-ubicacion-los-escenarios-n253488</w:t>
        </w:r>
      </w:hyperlink>
      <w:r>
        <w:t xml:space="preserve"> - C5N describes the schedule, stages and arrangements for Buenos Aires’s 35th Pride March on 7 November 2026. The report says the event starts with the Paseo del Orgullo and its stalls at 10:00, while the Nadia Echazú stage begins its programme at 11:00 at Lima and Avenida de Mayo. The fair includes hundreds of stalls and a book fair focused on LGBT+ literature. At 16:00, participants and musical vehicles are expected to move along Avenida de Mayo towards Congress. This route replaces the traditional departure from Plaza de Mayo because that area is subject to security restrictions connected with Pope Leo XIV’s visit. The article names artists scheduled for the first stage, including La Joaqui, Roze, Tita Print, Aquafinna and Missy Copper, and performers for the Carlos Jáuregui stage at Congress, including K4OS, Six Sex, Martín Cirio and María Becerra. It also mentions health provision: AHF Argentina plans free, rapid and confidential HIV tests during the morning and early afternoon. Around 200 rescuers are expected to be stationed near the stages. Overall, the coverage presents the march as a day combining music, cultural activity, community services and public demonstrations, with a modified route and two principal performance areas.</w:t>
      </w:r>
      <w:r/>
    </w:p>
    <w:p>
      <w:pPr>
        <w:pStyle w:val="ListNumber"/>
        <w:spacing w:line="240" w:lineRule="auto"/>
        <w:ind w:left="720"/>
      </w:pPr>
      <w:r/>
      <w:hyperlink r:id="rId10">
        <w:r>
          <w:rPr>
            <w:color w:val="0000EE"/>
            <w:u w:val="single"/>
          </w:rPr>
          <w:t>https://www.eldiarioar.com/sociedad/marcha-orgullo-lgbt-cronograma-horarios-recorrido_1_13645746.html</w:t>
        </w:r>
      </w:hyperlink>
      <w:r>
        <w:t xml:space="preserve"> - elDiarioAR focuses on the political demands, timetable and commemorative moments of the 35th Pride March in Buenos Aires. The event is scheduled for 7 November 2026 under the slogan “¡El orgullo al poder! ¡El odio al carajo!” and is described as having an antifascist and antiracist emphasis. The article says the Historic Line will gather at Lima and Avenida Belgrano at 14:00, with artists and DJs, and that a 17:00 intervention will call for historical reparation for older travestis and trans people who survived violence and state persecution. A tribute to Taty Almeida and the Mothers of Plaza de Mayo is also planned, with H.I.J.O.S. Capital participating. After the central act, the Historic Line’s march towards Congress is set to begin at 17:30; activities at the Carlos Jáuregui stage start at 18:00. The report places the gathering amid concerns about government policy on diversity and human rights. Organisers say public measures to prevent discrimination and violence based on sexual orientation and gender identity have been weakened, and call for inclusion and prevention to return to the state agenda. The article therefore supports information about the march’s timing, its historical-reparation demand, the planned tributes and the broader rights-based context.</w:t>
      </w:r>
      <w:r/>
    </w:p>
    <w:p>
      <w:pPr>
        <w:pStyle w:val="ListNumber"/>
        <w:spacing w:line="240" w:lineRule="auto"/>
        <w:ind w:left="720"/>
      </w:pPr>
      <w:r/>
      <w:hyperlink r:id="rId12">
        <w:r>
          <w:rPr>
            <w:color w:val="0000EE"/>
            <w:u w:val="single"/>
          </w:rPr>
          <w:t>https://www.pagina12.com.ar/2026/11/05/marcha-del-orgullo-2026-asi-sera-el-recorrido-hacia-el-congreso/</w:t>
        </w:r>
      </w:hyperlink>
      <w:r>
        <w:t xml:space="preserve"> - Página|12 explains why the 2026 Pride March will follow an exceptional route and gives the main schedule announced by organisers. The 35th Buenos Aires march is set for Saturday 7 November. Instead of starting at Plaza de Mayo, the gathering is to begin at 11:00 on Avenida 9 de Julio, between Sarmiento and Avenida Belgrano, with the march departing towards Congress at 16:00. The change is attributed to security planning for Pope Leo XIV’s visit and restrictions around Plaza de Mayo. The article lists a 10:00 Pride Fair, the Nadia Echazú stage from 11:00, the march to Congress at 16:00 and the Carlos Jáuregui stage from 18:00. It also describes the large logistical, political and cultural effort behind the event, including the coordination of stages, vehicles and participants by the Pride March organising commission. The report presents the gathering as a public demonstration as well as a cultural celebration, and cites the organisers’ message that pride in the streets represents resistance when hatred advances. It is particularly useful for corroborating the event date, revised starting point, route to Congress and timings for the fair and stages.</w:t>
      </w:r>
      <w:r/>
    </w:p>
    <w:p>
      <w:pPr>
        <w:pStyle w:val="ListNumber"/>
        <w:spacing w:line="240" w:lineRule="auto"/>
        <w:ind w:left="720"/>
      </w:pPr>
      <w:r/>
      <w:hyperlink r:id="rId13">
        <w:r>
          <w:rPr>
            <w:color w:val="0000EE"/>
            <w:u w:val="single"/>
          </w:rPr>
          <w:t>https://www.ambito.com/informacion-general/marcha-del-orgullo-2026-horarios-artistas-homenajes-recorrido-y-cortes-calles-caba-n6342736/amp</w:t>
        </w:r>
      </w:hyperlink>
      <w:r>
        <w:t xml:space="preserve"> - Ámbito provides a broad account of the Pride March’s programme, artists, political demands and expected traffic restrictions in Buenos Aires on 7 November 2026. It says the 35th LGBTINB+ march will feature music by María Becerra, La Joaqui, Six Sex, K4OS and Roze, as well as cultural performances, musical vehicles and a fair. A tribute to Taty Almeida and the Mothers of Plaza de Mayo is planned alongside a demand for historical reparation for older travestis and trans people. The schedule includes morning activities at the Nadia Echazú stage, a 14:00 gathering at Belgrano and Lima, a proposed march departure at 16:00 and a separate Historic Line departure at 17:30. Events at the Carlos Jáuregui stage near Congress are due to begin at 18:00, with the closing document and major performances. The article also describes the march’s slogan and its calls for inclusion policies and protection of LGBT rights. Its coverage of streets and transport adds context on the effect of the event on central Buenos Aires. The article is useful for checking the claims about the artists, tributes, historical-reparation demand, timings, route and disruption to traffic.</w:t>
      </w:r>
      <w:r/>
    </w:p>
    <w:p>
      <w:pPr>
        <w:pStyle w:val="ListNumber"/>
        <w:spacing w:line="240" w:lineRule="auto"/>
        <w:ind w:left="720"/>
      </w:pPr>
      <w:r/>
      <w:hyperlink r:id="rId14">
        <w:r>
          <w:rPr>
            <w:color w:val="0000EE"/>
            <w:u w:val="single"/>
          </w:rPr>
          <w:t>https://misionesonline.net/2026/11/07/marcha-del-orgullo-maria-becerra-y-la-joaqui-encabezaran-los-shows/</w:t>
        </w:r>
      </w:hyperlink>
      <w:r>
        <w:t xml:space="preserve"> - MisionesOnline’s report covers the 35th Pride March in Buenos Aires on Saturday 7 November 2026. It describes a day of cultural activities, performances and political demands, with the march heading towards Congress and a closing music festival. The programme includes performances by María Becerra, La Joaqui, Six Sex, K4OS and Roze, alongside Tita Print, Aquafinna, Missy Copper and Martín Cirio. It gives a morning timetable for the Nadia Echazú stage, a 14:00 gathering at Belgrano and Lima, a planned march departure at 16:00 and a separate column departure at 17:30. A 17:00 intervention is intended to highlight calls for historical reparation for older travestis and trans people and to honour Taty Almeida and the Mothers of Plaza de Mayo. The report outlines the proposed “Reconocer es Reparar” legislation, which would establish a pension and comprehensive support for people affected by state persecution because of their gender identity. It also summarises campaigners’ concerns about setbacks in inclusion policy and asks the state to resume prevention and protection measures. Finally, it describes the march’s route and anticipated traffic restrictions, including closures around Avenida de Mayo and Congress.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larin.com/informacion-general/marcha-orgullo-2026-hora-empieza-recorrido-shows-maria-becerra-joaqui_0_b6qOhTWxOF.amp.html" TargetMode="External"/><Relationship Id="rId10" Type="http://schemas.openxmlformats.org/officeDocument/2006/relationships/hyperlink" Target="https://www.eldiarioar.com/sociedad/marcha-orgullo-lgbt-cronograma-horarios-recorrido_1_13645746.html" TargetMode="External"/><Relationship Id="rId11" Type="http://schemas.openxmlformats.org/officeDocument/2006/relationships/hyperlink" Target="https://www.c5n.com/sociedad/como-sera-la-marcha-del-orgullo-2026-horarios-cortes-recorrido-y-ubicacion-los-escenarios-n253488" TargetMode="External"/><Relationship Id="rId12" Type="http://schemas.openxmlformats.org/officeDocument/2006/relationships/hyperlink" Target="https://www.pagina12.com.ar/2026/11/05/marcha-del-orgullo-2026-asi-sera-el-recorrido-hacia-el-congreso/" TargetMode="External"/><Relationship Id="rId13" Type="http://schemas.openxmlformats.org/officeDocument/2006/relationships/hyperlink" Target="https://www.ambito.com/informacion-general/marcha-del-orgullo-2026-horarios-artistas-homenajes-recorrido-y-cortes-calles-caba-n6342736/amp" TargetMode="External"/><Relationship Id="rId14" Type="http://schemas.openxmlformats.org/officeDocument/2006/relationships/hyperlink" Target="https://misionesonline.net/2026/11/07/marcha-del-orgullo-maria-becerra-y-la-joaqui-encabezaran-los-show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