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Pride Fair Day 2026: Crowds, Music and a Giant Duck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 Fair Day 2026 drew nearly 4,000 people to Fortitude Valley and New Farm, where a colourful march, live performances and a much-loved giant pink duck made for a big day out. After wet weather pushed the event to a new date, the November sunshine brought the crowds back, and celebrations are continuing across the city.</w:t>
      </w:r>
      <w:r/>
    </w:p>
    <w:p>
      <w:pPr>
        <w:pStyle w:val="Heading2"/>
      </w:pPr>
      <w:r>
        <w:t>Essential Takeaways</w:t>
      </w:r>
      <w:r/>
      <w:r/>
    </w:p>
    <w:p>
      <w:pPr>
        <w:pStyle w:val="ListBullet"/>
        <w:spacing w:line="240" w:lineRule="auto"/>
        <w:ind w:left="720"/>
      </w:pPr>
      <w:r/>
      <w:r>
        <w:rPr>
          <w:b/>
        </w:rPr>
        <w:t>Nearly 4,000 attended:</w:t>
      </w:r>
      <w:r>
        <w:t xml:space="preserve"> Organisers reported a strong turnout across the day.</w:t>
      </w:r>
      <w:r/>
    </w:p>
    <w:p>
      <w:pPr>
        <w:pStyle w:val="ListBullet"/>
        <w:spacing w:line="240" w:lineRule="auto"/>
        <w:ind w:left="720"/>
      </w:pPr>
      <w:r/>
      <w:r>
        <w:rPr>
          <w:b/>
        </w:rPr>
        <w:t>The march brought colour to the streets:</w:t>
      </w:r>
      <w:r>
        <w:t xml:space="preserve"> The rally began in Fortitude Valley before travelling along Brunswick Street.</w:t>
      </w:r>
      <w:r/>
    </w:p>
    <w:p>
      <w:pPr>
        <w:pStyle w:val="ListBullet"/>
        <w:spacing w:line="240" w:lineRule="auto"/>
        <w:ind w:left="720"/>
      </w:pPr>
      <w:r/>
      <w:r>
        <w:rPr>
          <w:b/>
        </w:rPr>
        <w:t>Local performers took the stage:</w:t>
      </w:r>
      <w:r>
        <w:t xml:space="preserve"> The programme included the Brisbane Pride Choir and a headline set from 1990s pop star Joanne.</w:t>
      </w:r>
      <w:r/>
    </w:p>
    <w:p>
      <w:pPr>
        <w:pStyle w:val="ListBullet"/>
        <w:spacing w:line="240" w:lineRule="auto"/>
        <w:ind w:left="720"/>
      </w:pPr>
      <w:r/>
      <w:r>
        <w:rPr>
          <w:b/>
        </w:rPr>
        <w:t>The pink duck made a final appearance:</w:t>
      </w:r>
      <w:r>
        <w:t xml:space="preserve"> The 15-metre river icon returned for one last lap as part of Melt Festival.</w:t>
      </w:r>
      <w:r/>
    </w:p>
    <w:p>
      <w:pPr>
        <w:pStyle w:val="ListBullet"/>
        <w:spacing w:line="240" w:lineRule="auto"/>
        <w:ind w:left="720"/>
      </w:pPr>
      <w:r/>
      <w:r>
        <w:rPr>
          <w:b/>
        </w:rPr>
        <w:t>Pride events continue:</w:t>
      </w:r>
      <w:r>
        <w:t xml:space="preserve"> Fair Day was one part of Brisbane Pride Festival's November programme.</w:t>
      </w:r>
      <w:r/>
      <w:r/>
    </w:p>
    <w:p>
      <w:pPr>
        <w:pStyle w:val="Heading2"/>
      </w:pPr>
      <w:r>
        <w:t>Sunshine brought the crowds back</w:t>
      </w:r>
      <w:r/>
    </w:p>
    <w:p>
      <w:r/>
      <w:r>
        <w:t>After a weather-related change of date, Brisbane Pride Fair Day found its moment in the sun. Nearly 4,000 people attended the annual celebration, filling the streets and New Farm Park with rainbow colour, lively chatter and the unmistakable buzz of a community event. (Sources: Star Observer; QNews)</w:t>
      </w:r>
      <w:r/>
    </w:p>
    <w:p>
      <w:r/>
      <w:r>
        <w:t>The day began at 9am in Fortitude Valley, where attendees gathered for a rally before setting off down Brunswick Street. Intersex advocate Stephanie Saal led the speeches, and Dykes on Bikes headed the march. (Sources: Star Observer; Brisbane Pride)</w:t>
      </w:r>
      <w:r/>
    </w:p>
    <w:p>
      <w:pPr>
        <w:pStyle w:val="Heading2"/>
      </w:pPr>
      <w:r>
        <w:t>A march, then a full day in the park</w:t>
      </w:r>
      <w:r/>
    </w:p>
    <w:p>
      <w:r/>
      <w:r>
        <w:t>Once the march reached New Farm, the celebration opened out into a Fair Day programme of stalls and entertainment. Community groups, businesses and political parties set up across the park, giving visitors plenty to browse between performances. (Sources: Brisbane Pride; QNews)</w:t>
      </w:r>
      <w:r/>
    </w:p>
    <w:p>
      <w:r/>
      <w:r>
        <w:t>The main stage brought together Brisbane performers including Garret Lyon, Gia Von She, the Brisbane Pride Choir and others. Joanne, known for her 1990s hit "Jackie", headlined with a set that gave the crowd a welcome dose of pop nostalgia. (Sources: Star Observer; Brisbane Pride)</w:t>
      </w:r>
      <w:r/>
    </w:p>
    <w:p>
      <w:pPr>
        <w:pStyle w:val="Heading2"/>
      </w:pPr>
      <w:r>
        <w:t>The giant pink duck stole one last look</w:t>
      </w:r>
      <w:r/>
    </w:p>
    <w:p>
      <w:r/>
      <w:r>
        <w:t>There was also a farewell appearance from Brisbane's giant pink rubber duck, which returned to the river for a final outing alongside Pride Fair Day. The 15-metre installation had previously left the water early because of wet weather, making its last lap a fitting bonus for people gathered along the banks. (Sources: Brisbane Powerhouse; QNews; Australian Pride Network)</w:t>
      </w:r>
      <w:r/>
    </w:p>
    <w:p>
      <w:r/>
      <w:r>
        <w:t>It's a wonderfully Brisbane kind of spectacle: a riverfront crowd, a giant floating duck and a shared reason to linger. The installation's appearance linked Pride Fair Day with Melt Festival, adding a playful final flourish to an already busy programme. (Sources: Brisbane Powerhouse; Australian Pride Network)</w:t>
      </w:r>
      <w:r/>
    </w:p>
    <w:p>
      <w:pPr>
        <w:pStyle w:val="Heading2"/>
      </w:pPr>
      <w:r>
        <w:t>What to know if you're planning a visit</w:t>
      </w:r>
      <w:r/>
    </w:p>
    <w:p>
      <w:r/>
      <w:r>
        <w:t>Fair Day combines a march, live entertainment and community stalls, so it helps to check the official Brisbane Pride listings before heading out. Event details and dates can change, particularly when weather disrupts plans, as it did this year. (Sources: Brisbane Pride; QNews; Australian Pride Network)</w:t>
      </w:r>
      <w:r/>
    </w:p>
    <w:p>
      <w:r/>
      <w:r>
        <w:t>If you're going with friends, pick a meeting point before the crowd builds, carry water on a hot day and leave time to explore the stalls as well as the stage. And if a much-photographed pink duck is part of the plan, check its event schedule first; this was billed as its last river outing. (Sources: Brisbane Pride; Brisbane Powerhouse; Australian Pride Network)</w:t>
      </w:r>
      <w:r/>
    </w:p>
    <w:p>
      <w:pPr>
        <w:pStyle w:val="Heading2"/>
      </w:pPr>
      <w:r>
        <w:t>Pride celebrations continue beyond Fair Day</w:t>
      </w:r>
      <w:r/>
    </w:p>
    <w:p>
      <w:r/>
      <w:r>
        <w:t>Fair Day may have wrapped up, but it sits within Brisbane Pride Festival's wider November calendar. For visitors, that means the celebration doesn't have to end when the park clears; there are more festival events to discover through the official guide. (Sources: Brisbane Pride; Star Observer)</w:t>
      </w:r>
      <w:r/>
    </w:p>
    <w:p>
      <w:r/>
      <w:r>
        <w:t>A march, a stage full of local talent and one enormous duck made for a memorable mix. The best part, though, was the thousands of people who showed up to share it. (Sources: Star Observer; Brisbane Pride)</w:t>
      </w:r>
      <w:r/>
    </w:p>
    <w:p>
      <w:r/>
      <w:r>
        <w:t>Explore the Brisbane Pride programme to find more events to enjoy.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w:t>
      </w:r>
      <w:hyperlink r:id="rId15">
        <w:r>
          <w:rPr>
            <w:color w:val="0000EE"/>
            <w:u w:val="single"/>
          </w:rPr>
          <w:t>[8]</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https://www.starobserver.com.au/news/thousands-brave-the-heat-for-brisbane-pride-fair-day-2026/244968</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https://www.starobserver.com.au/news/thousands-brave-the-heat-for-brisbane-pride-fair-day-2026/244968</w:t>
        </w:r>
      </w:hyperlink>
      <w:r>
        <w:t xml:space="preserve"> - Star Observer reports on Brisbane Pride Fair Day, describing a large, lively gathering in warm weather after the event was moved because of rain. The article says the Rally and March began in Fortitude Valley, where community members heard speeches led by intersex advocate Stephanie Saal before marching along Brunswick Street towards New Farm Park. Dykes on Bikes led the procession, and organisers estimated attendance across the day at nearly 4,000 people. The report describes a main-stage programme hosted by Miss Synthetique and Paul Wheeler, with performances by Brisbane artists, the Brisbane Pride Choir and a popular Pet Parade. Joanne headlined, performing her 1990s hit “Jackie”. Community organisations, businesses, support services and political groups set up stalls in the park. The article also covers the return of Melt Festival’s giant pink duck to the Brisbane River. The 15-metre artwork made a farewell trip past the Pride gathering after bad weather had curtailed its earlier appearance. The report concludes that Pride celebrations continued through November, directing readers to the Star Observer Pride Guide for other festival events. Overall, it presents Fair Day as both a community celebration and a platform for local performers, organisations and LGBTQIA+ visibility, while highlighting the event’s weather-related rescheduling and the crowd’s enthusiastic turnout.</w:t>
      </w:r>
      <w:r/>
    </w:p>
    <w:p>
      <w:pPr>
        <w:pStyle w:val="ListNumber"/>
        <w:spacing w:line="240" w:lineRule="auto"/>
        <w:ind w:left="720"/>
      </w:pPr>
      <w:r/>
      <w:hyperlink r:id="rId10">
        <w:r>
          <w:rPr>
            <w:color w:val="0000EE"/>
            <w:u w:val="single"/>
          </w:rPr>
          <w:t>https://www.brisbanepride.org.au/events/fair-day/</w:t>
        </w:r>
      </w:hyperlink>
      <w:r>
        <w:t xml:space="preserve"> - Brisbane Pride’s official Fair Day page explains the event’s purpose, arrangements and place in the annual festival. It describes Fair Day as a community gathering in New Farm Park, with live performances, the Rainbow Markets, food and stalls operated by LGBTIQA+ organisations, services and small businesses from across Queensland. The page says the 2026 event was moved from 24 October to Saturday 7 November because of wet weather, retaining New Farm Park as its venue. It gives the scheduled hours as 10 am to 5 pm and notes that the Pride Rally and March take place on the same morning, finishing at Fair Day. Visitors can join the march or come directly to the park. The event’s programme is presented as including drag, live music, dance and community performances, alongside market stalls and food vendors. The page also provides practical information about tickets, volunteering and stall registration, with volunteer roles including gate support, stall assistance, stage crew and accessibility. Its visitor guidance says dogs are welcome on leads, while recommending consideration of heat, noise and crowds. It outlines the organisation’s approach to rain and postponement, explaining that severe weather can lead to a new date. The page is the primary source for the official event format, date, venue and community-market details.</w:t>
      </w:r>
      <w:r/>
    </w:p>
    <w:p>
      <w:pPr>
        <w:pStyle w:val="ListNumber"/>
        <w:spacing w:line="240" w:lineRule="auto"/>
        <w:ind w:left="720"/>
      </w:pPr>
      <w:r/>
      <w:hyperlink r:id="rId11">
        <w:r>
          <w:rPr>
            <w:color w:val="0000EE"/>
            <w:u w:val="single"/>
          </w:rPr>
          <w:t>https://qnews.com.au/everything-you-need-to-know-for-brisbane-prides-rally-march-and-fair-day/</w:t>
        </w:r>
      </w:hyperlink>
      <w:r>
        <w:t xml:space="preserve"> - QNews’ event guide covers Brisbane Pride’s Rally, March and Fair Day in 2026, following the postponement caused by wet weather. It describes the Rally as beginning at 9 am at the corner of Ann and Brunswick Streets in Fortitude Valley, where attendees gather for speeches, community stories and discussion of LGBTQIA+ issues. The guide explains that the march is scheduled to depart at 10 am, led by the sound of Dykes on Bikes, and travel to New Farm Park. It provides transport and accessibility advice, including information about nearby public transport, limited parking, Auslan interpretation, quiet spaces and accessible facilities. Fair Day is described as a family-friendly event running until 5 pm, with performances, food vendors, community stalls and activities celebrating LGBTQIA+SB communities. The article also previews Joanne’s headline performance, noting her 1998 hit “Jackie” and her planned one-hour set. It names hosts Paul Wheeler and Miss Synthetique and lists performers and programme features, including the Brisbane Pride Choir and Pet Parade. The guide notes that some programme details changed after the postponement. It therefore supports information about the schedule, route, performers and event facilities, while offering practical context for attendees planning to take part in the day.</w:t>
      </w:r>
      <w:r/>
    </w:p>
    <w:p>
      <w:pPr>
        <w:pStyle w:val="ListNumber"/>
        <w:spacing w:line="240" w:lineRule="auto"/>
        <w:ind w:left="720"/>
      </w:pPr>
      <w:r/>
      <w:hyperlink r:id="rId12">
        <w:r>
          <w:rPr>
            <w:color w:val="0000EE"/>
            <w:u w:val="single"/>
          </w:rPr>
          <w:t>https://brisbanepowerhouse.org/events/rubber-duck/</w:t>
        </w:r>
      </w:hyperlink>
      <w:r>
        <w:t xml:space="preserve"> - Brisbane Powerhouse’s official event listing describes the giant Rubber Duck installation presented as part of Melt Festival 2026. The listing identifies Dutch artist Florentijn Hofman and describes the work as a 15-metre public artwork appearing in a pink edition on the Brisbane River, also known as Maiwar. It states that the installation was scheduled as a free, all-ages experience at the Brisbane River and New Farm Park during the festival, running from 21 October to 8 November 2026. The page also announces a special farewell outing on Saturday 7 November. For that final appearance, the duck was to meet the Brisbane Pride March in front of Brisbane Powerhouse, travel towards the city and pass just beyond the Story Bridge before returning. Visitors were invited to watch from the riverbank. The listing situates the work within Melt Festival and explains that the duck is a large-scale artwork designed to create a shared, playful public experience. It gives the venue, dates, times and admission details, making it a direct source for the artwork’s scale, artist, pink appearance, festival association and announced route. The farewell outing described on the page corresponds to the Pride Fair Day date after wet weather led to the earlier postponement of Brisbane Pride’s Rally, March and Fair Day.</w:t>
      </w:r>
      <w:r/>
    </w:p>
    <w:p>
      <w:pPr>
        <w:pStyle w:val="ListNumber"/>
        <w:spacing w:line="240" w:lineRule="auto"/>
        <w:ind w:left="720"/>
      </w:pPr>
      <w:r/>
      <w:hyperlink r:id="rId13">
        <w:r>
          <w:rPr>
            <w:color w:val="0000EE"/>
            <w:u w:val="single"/>
          </w:rPr>
          <w:t>https://qnews.com.au/melts-giant-pink-rubber-duck-joins-brisbane-pride-rally-and-fair-day/</w:t>
        </w:r>
      </w:hyperlink>
      <w:r>
        <w:t xml:space="preserve"> - This QNews article explains how Melt Festival’s giant pink Rubber Duck was due to return to the Brisbane River for Brisbane Pride’s rescheduled Rally, March and Fair Day. It identifies the artwork as a 15-metre creation by Dutch artist Florentijn Hofman and describes its planned journey from Brisbane Powerhouse to meet the Pride March at New Farm Park, then towards Story Bridge and back. The story notes that extreme weather had affected the duck’s earlier appearance and led to the postponement of Pride’s October events to 7 November. It presents the return as a final public outing before Melt Festival concluded. The article also previews Fair Day, describing its stalls, food and entertainment and naming several performers, including hosts Paul Wheeler and Miss Synthetique, Brisbane Pride Choir and members of the drag programme. Joanne is identified as the headliner, with her 1998 single “Jackie” highlighted. The article gives background on the duck’s pink design and Melt’s queer arts and culture programme, and includes comments from Brisbane Powerhouse and Brisbane Pride representatives about the work’s public appeal and the value of gathering as a community. It supports claims about the duck’s size, route, weather-related interruption and special Pride-day return, while also corroborating Fair Day’s performers and headline entertainment.</w:t>
      </w:r>
      <w:r/>
    </w:p>
    <w:p>
      <w:pPr>
        <w:pStyle w:val="ListNumber"/>
        <w:spacing w:line="240" w:lineRule="auto"/>
        <w:ind w:left="720"/>
      </w:pPr>
      <w:r/>
      <w:hyperlink r:id="rId14">
        <w:r>
          <w:rPr>
            <w:color w:val="0000EE"/>
            <w:u w:val="single"/>
          </w:rPr>
          <w:t>https://australianpridenetwork.com.au/florentijn-hofmans-15-metre-high-rubber-duck-to-return-to-the-brisbane-river-for-one-last-hurrah/</w:t>
        </w:r>
      </w:hyperlink>
      <w:r>
        <w:t xml:space="preserve"> - Australian Pride Network reports that Florentijn Hofman’s 15-metre Rubber Duck would make a final appearance on the Brisbane River on Saturday 7 November 2026. The article says the pink, five-storey artwork was to travel from Brisbane Powerhouse, meet the Brisbane Pride March at New Farm Park, continue towards Story Bridge and return to its starting point. It notes that the riverbank viewing was free and that the outing coincided with Melt Festival’s final week, with the festival scheduled to continue until 8 November. The report quotes Brisbane Powerhouse chief executive and artistic director Louise Bezzina describing the return as an opportunity for Brisbane residents to see the much-loved artwork once more. The article also summarises other Melt events taking place during the festival’s closing days, including performance, theatre and music. Its coverage supports the article’s central information about the giant duck’s scale, final river outing, route, public access and connection to Melt. It adds context by describing Melt as a city-wide celebration of queer arts and culture, featuring events across numerous venues. The article is particularly useful for corroborating the announced farewell appearance and its timing alongside Brisbane Pride’s rescheduled events.</w:t>
      </w:r>
      <w:r/>
    </w:p>
    <w:p>
      <w:pPr>
        <w:pStyle w:val="ListNumber"/>
        <w:spacing w:line="240" w:lineRule="auto"/>
        <w:ind w:left="720"/>
      </w:pPr>
      <w:r/>
      <w:hyperlink r:id="rId15">
        <w:r>
          <w:rPr>
            <w:color w:val="0000EE"/>
            <w:u w:val="single"/>
          </w:rPr>
          <w:t>https://australianpridenetwork.com.au/2026-brisbane-pride-rally-march-and-fair-day-postponed/</w:t>
        </w:r>
      </w:hyperlink>
      <w:r>
        <w:t xml:space="preserve"> - Australian Pride Network’s report documents the postponement of Brisbane Pride’s 2026 Rally, March and Fair Day because of adverse weather. Published on 22 October, it relays Brisbane Pride’s stated priority of protecting the safety and wellbeing of community members, performers, stallholders, volunteers and event staff. The story acknowledges that the postponement disappointed people who had planned to attend, and notes that the organisation said it would provide further information about rescheduling. It also reports that Brisbane Pride planned an alternative Pride Party at The Wickham on 24 October, with performers and a best-dressed pageant, while the main outdoor events were postponed. The article concludes with the rearranged date: Saturday 7 November 2026. This provides useful background for the Star Observer article’s explanation that Fair Day had been moved after wet weather and helps establish why the celebrations took place on a later date. The report is focused on the scheduling change rather than a retrospective account of attendance or performances. Its information therefore supports the weather-related postponement, the organisers’ safety rationale and the eventual rescheduled date, complementing event-day coverage and Brisbane Pride’s official listing.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housands-brave-the-heat-for-brisbane-pride-fair-day-2026/244968" TargetMode="External"/><Relationship Id="rId10" Type="http://schemas.openxmlformats.org/officeDocument/2006/relationships/hyperlink" Target="https://www.brisbanepride.org.au/events/fair-day/" TargetMode="External"/><Relationship Id="rId11" Type="http://schemas.openxmlformats.org/officeDocument/2006/relationships/hyperlink" Target="https://qnews.com.au/everything-you-need-to-know-for-brisbane-prides-rally-march-and-fair-day/" TargetMode="External"/><Relationship Id="rId12" Type="http://schemas.openxmlformats.org/officeDocument/2006/relationships/hyperlink" Target="https://brisbanepowerhouse.org/events/rubber-duck/" TargetMode="External"/><Relationship Id="rId13" Type="http://schemas.openxmlformats.org/officeDocument/2006/relationships/hyperlink" Target="https://qnews.com.au/melts-giant-pink-rubber-duck-joins-brisbane-pride-rally-and-fair-day/" TargetMode="External"/><Relationship Id="rId14" Type="http://schemas.openxmlformats.org/officeDocument/2006/relationships/hyperlink" Target="https://australianpridenetwork.com.au/florentijn-hofmans-15-metre-high-rubber-duck-to-return-to-the-brisbane-river-for-one-last-hurrah/" TargetMode="External"/><Relationship Id="rId15" Type="http://schemas.openxmlformats.org/officeDocument/2006/relationships/hyperlink" Target="https://australianpridenetwork.com.au/2026-brisbane-pride-rally-march-and-fair-day-postpo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