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Culture Picks: Why Club Kid Stands Out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pop culture has been busy, but Club Kid is the release giving the week its emotional pull. Jordan Firstman’s film brings party life, chosen family and growing up into the same frame, while interviews and reviews offer a closer look at the people and ideas behind it. Here’s why this queer film is worth keeping on your radar.</w:t>
      </w:r>
      <w:r/>
    </w:p>
    <w:p>
      <w:pPr>
        <w:pStyle w:val="Heading2"/>
      </w:pPr>
      <w:r>
        <w:t>Club Kid is more than a party-night comedy</w:t>
      </w:r>
      <w:r/>
    </w:p>
    <w:p>
      <w:r/>
      <w:r>
        <w:t xml:space="preserve">Club Kid may look like a film about queer nightlife, but its story reaches beyond the dance floor. The Daily Beast describes it as more than a gay take on Big Daddy, while The Guardian’s review considers how Jordan Firstman’s film handles the life around its central character. </w:t>
      </w:r>
      <w:hyperlink r:id="rId9">
        <w:r>
          <w:rPr>
            <w:color w:val="0000EE"/>
            <w:u w:val="single"/>
          </w:rPr>
          <w:t>[2]</w:t>
        </w:r>
      </w:hyperlink>
      <w:r>
        <w:t xml:space="preserve">, </w:t>
      </w:r>
      <w:hyperlink r:id="rId10">
        <w:r>
          <w:rPr>
            <w:color w:val="0000EE"/>
            <w:u w:val="single"/>
          </w:rPr>
          <w:t>[7]</w:t>
        </w:r>
      </w:hyperlink>
      <w:r/>
    </w:p>
    <w:p>
      <w:r/>
      <w:r>
        <w:t xml:space="preserve">That broader view helps explain why the film has drawn attention: its club setting isn’t just a backdrop for glitter and late nights. It gives the story room to consider growing up, responsibility and the relationships people build for themselves. </w:t>
      </w:r>
      <w:hyperlink r:id="rId9">
        <w:r>
          <w:rPr>
            <w:color w:val="0000EE"/>
            <w:u w:val="single"/>
          </w:rPr>
          <w:t>[2]</w:t>
        </w:r>
      </w:hyperlink>
      <w:r>
        <w:t xml:space="preserve">, </w:t>
      </w:r>
      <w:hyperlink r:id="rId10">
        <w:r>
          <w:rPr>
            <w:color w:val="0000EE"/>
            <w:u w:val="single"/>
          </w:rPr>
          <w:t>[7]</w:t>
        </w:r>
      </w:hyperlink>
      <w:r/>
    </w:p>
    <w:p>
      <w:pPr>
        <w:pStyle w:val="Heading2"/>
      </w:pPr>
      <w:r>
        <w:t>Jordan Firstman brings a personal touch</w:t>
      </w:r>
      <w:r/>
    </w:p>
    <w:p>
      <w:r/>
      <w:r>
        <w:t xml:space="preserve">Firstman wrote, directed and stars in Club Kid, bringing several roles together in one project. The Los Angeles Times included the film in its preview of A24’s autumn slate, and Film at Lincoln Center spoke with Firstman and members of the cast about the production. </w:t>
      </w:r>
      <w:hyperlink r:id="rId11">
        <w:r>
          <w:rPr>
            <w:color w:val="0000EE"/>
            <w:u w:val="single"/>
          </w:rPr>
          <w:t>[4]</w:t>
        </w:r>
      </w:hyperlink>
      <w:r>
        <w:t xml:space="preserve">, </w:t>
      </w:r>
      <w:hyperlink r:id="rId12">
        <w:r>
          <w:rPr>
            <w:color w:val="0000EE"/>
            <w:u w:val="single"/>
          </w:rPr>
          <w:t>[6]</w:t>
        </w:r>
      </w:hyperlink>
      <w:r/>
    </w:p>
    <w:p>
      <w:r/>
      <w:r>
        <w:t xml:space="preserve">There’s something appealing about a filmmaker taking on so much of a project, especially when the subject is a community and a social world they know closely. It can give a film a distinctive point of view, even as its ensemble adds new energy around the central character. </w:t>
      </w:r>
      <w:hyperlink r:id="rId11">
        <w:r>
          <w:rPr>
            <w:color w:val="0000EE"/>
            <w:u w:val="single"/>
          </w:rPr>
          <w:t>[4]</w:t>
        </w:r>
      </w:hyperlink>
      <w:r>
        <w:t xml:space="preserve">, </w:t>
      </w:r>
      <w:hyperlink r:id="rId12">
        <w:r>
          <w:rPr>
            <w:color w:val="0000EE"/>
            <w:u w:val="single"/>
          </w:rPr>
          <w:t>[6]</w:t>
        </w:r>
      </w:hyperlink>
      <w:r/>
    </w:p>
    <w:p>
      <w:pPr>
        <w:pStyle w:val="Heading2"/>
      </w:pPr>
      <w:r>
        <w:t>The ensemble gives the film its spark</w:t>
      </w:r>
      <w:r/>
    </w:p>
    <w:p>
      <w:r/>
      <w:r>
        <w:t xml:space="preserve">Club Kid’s cast includes Cara Delevingne, Alaska, Miss Benny and Saturn Risin9. Marie Claire’s interview with Alaska, Riley, Miss Benny and Saturn Risin9 offers a closer look at the performers behind the film’s colourful group of characters. </w:t>
      </w:r>
      <w:hyperlink r:id="rId13">
        <w:r>
          <w:rPr>
            <w:color w:val="0000EE"/>
            <w:u w:val="single"/>
          </w:rPr>
          <w:t>[3]</w:t>
        </w:r>
      </w:hyperlink>
      <w:r/>
    </w:p>
    <w:p>
      <w:r/>
      <w:r>
        <w:t xml:space="preserve">And that mix of established names and personalities with their own devoted followings is part of the appeal. A strong ensemble can make a nightlife story feel less like a solitary trip through the after-hours and more like a whole, messy community. </w:t>
      </w:r>
      <w:hyperlink r:id="rId13">
        <w:r>
          <w:rPr>
            <w:color w:val="0000EE"/>
            <w:u w:val="single"/>
          </w:rPr>
          <w:t>[3]</w:t>
        </w:r>
      </w:hyperlink>
      <w:r>
        <w:t xml:space="preserve">, </w:t>
      </w:r>
      <w:hyperlink r:id="rId12">
        <w:r>
          <w:rPr>
            <w:color w:val="0000EE"/>
            <w:u w:val="single"/>
          </w:rPr>
          <w:t>[6]</w:t>
        </w:r>
      </w:hyperlink>
      <w:r/>
    </w:p>
    <w:p>
      <w:pPr>
        <w:pStyle w:val="Heading2"/>
      </w:pPr>
      <w:r>
        <w:t>What early reviews suggest about Club Kid</w:t>
      </w:r>
      <w:r/>
    </w:p>
    <w:p>
      <w:r/>
      <w:r>
        <w:t xml:space="preserve">The early coverage points to a film with both comic touches and more serious interests. The Daily Beast’s framing pushes back against treating Club Kid as merely a gay spin on a familiar comedy, while The Guardian’s review gives readers another perspective on Firstman’s approach. </w:t>
      </w:r>
      <w:hyperlink r:id="rId9">
        <w:r>
          <w:rPr>
            <w:color w:val="0000EE"/>
            <w:u w:val="single"/>
          </w:rPr>
          <w:t>[2]</w:t>
        </w:r>
      </w:hyperlink>
      <w:r>
        <w:t xml:space="preserve">, </w:t>
      </w:r>
      <w:hyperlink r:id="rId10">
        <w:r>
          <w:rPr>
            <w:color w:val="0000EE"/>
            <w:u w:val="single"/>
          </w:rPr>
          <w:t>[7]</w:t>
        </w:r>
      </w:hyperlink>
      <w:r/>
    </w:p>
    <w:p>
      <w:r/>
      <w:r>
        <w:t xml:space="preserve">That combination makes it a promising pick for viewers who want queer cinema with more on its mind than a good party. If you’re deciding whether it belongs on your watchlist, the cast interviews and reviews offer a useful first taste without giving away the experience. </w:t>
      </w:r>
      <w:hyperlink r:id="rId9">
        <w:r>
          <w:rPr>
            <w:color w:val="0000EE"/>
            <w:u w:val="single"/>
          </w:rPr>
          <w:t>[2]</w:t>
        </w:r>
      </w:hyperlink>
      <w:r>
        <w:t xml:space="preserve">, </w:t>
      </w:r>
      <w:hyperlink r:id="rId13">
        <w:r>
          <w:rPr>
            <w:color w:val="0000EE"/>
            <w:u w:val="single"/>
          </w:rPr>
          <w:t>[3]</w:t>
        </w:r>
      </w:hyperlink>
      <w:r>
        <w:t xml:space="preserve">, </w:t>
      </w:r>
      <w:hyperlink r:id="rId10">
        <w:r>
          <w:rPr>
            <w:color w:val="0000EE"/>
            <w:u w:val="single"/>
          </w:rPr>
          <w:t>[7]</w:t>
        </w:r>
      </w:hyperlink>
      <w:r/>
    </w:p>
    <w:p>
      <w:pPr>
        <w:pStyle w:val="Heading2"/>
      </w:pPr>
      <w:r>
        <w:t>A fresh queer film to keep in view</w:t>
      </w:r>
      <w:r/>
    </w:p>
    <w:p>
      <w:r/>
      <w:r>
        <w:t xml:space="preserve">Club Kid arrives amid a wider appetite for stories that take queer life seriously while still making room for humour, eccentric characters and social chaos. The film’s cast and its inclusion in A24’s autumn preview suggest it’s one to watch as more viewers look for distinctive LGBTQ+ stories on screen. </w:t>
      </w:r>
      <w:hyperlink r:id="rId13">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p>
    <w:p>
      <w:r/>
      <w:r>
        <w:t xml:space="preserve">It’s a welcome reminder that queer nightlife can be a setting for tenderness and growing pains, not just a string of fabulous outfits. Keep Club Kid on your list if you’re after a film with a lively ensemble and a little more heart beneath the club lights. </w:t>
      </w:r>
      <w:hyperlink r:id="rId9">
        <w:r>
          <w:rPr>
            <w:color w:val="0000EE"/>
            <w:u w:val="single"/>
          </w:rPr>
          <w:t>[2]</w:t>
        </w:r>
      </w:hyperlink>
      <w:r>
        <w:t xml:space="preserve">, </w:t>
      </w:r>
      <w:hyperlink r:id="rId10">
        <w:r>
          <w:rPr>
            <w:color w:val="0000EE"/>
            <w:u w:val="single"/>
          </w:rPr>
          <w:t>[7]</w:t>
        </w:r>
      </w:hyperlink>
      <w:r/>
    </w:p>
    <w:p>
      <w:r/>
      <w:r>
        <w:t>A good night out can make a story sparkle, but the people in it are what stay with you.</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11">
        <w:r>
          <w:rPr>
            <w:color w:val="0000EE"/>
            <w:u w:val="single"/>
          </w:rPr>
          <w:t>[4]</w:t>
        </w:r>
      </w:hyperlink>
      <w:r>
        <w:t xml:space="preserve">, </w:t>
      </w:r>
      <w:hyperlink r:id="rId12">
        <w:r>
          <w:rPr>
            <w:color w:val="0000EE"/>
            <w:u w:val="single"/>
          </w:rPr>
          <w:t>[6]</w:t>
        </w:r>
      </w:hyperlink>
      <w:r>
        <w:t xml:space="preserve">- Paragraph 4: </w:t>
      </w:r>
      <w:hyperlink r:id="rId11">
        <w:r>
          <w:rPr>
            <w:color w:val="0000EE"/>
            <w:u w:val="single"/>
          </w:rPr>
          <w:t>[4]</w:t>
        </w:r>
      </w:hyperlink>
      <w:r>
        <w:t xml:space="preserve">, </w:t>
      </w:r>
      <w:hyperlink r:id="rId12">
        <w:r>
          <w:rPr>
            <w:color w:val="0000EE"/>
            <w:u w:val="single"/>
          </w:rPr>
          <w:t>[6]</w:t>
        </w:r>
      </w:hyperlink>
      <w:r>
        <w:t xml:space="preserve">- Paragraph 5: </w:t>
      </w:r>
      <w:hyperlink r:id="rId13">
        <w:r>
          <w:rPr>
            <w:color w:val="0000EE"/>
            <w:u w:val="single"/>
          </w:rPr>
          <w:t>[3]</w:t>
        </w:r>
      </w:hyperlink>
      <w:r>
        <w:t xml:space="preserve">- Paragraph 6: </w:t>
      </w:r>
      <w:hyperlink r:id="rId13">
        <w:r>
          <w:rPr>
            <w:color w:val="0000EE"/>
            <w:u w:val="single"/>
          </w:rPr>
          <w:t>[3]</w:t>
        </w:r>
      </w:hyperlink>
      <w:r>
        <w:t xml:space="preserve">, </w:t>
      </w:r>
      <w:hyperlink r:id="rId12">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[7]</w:t>
        </w:r>
      </w:hyperlink>
      <w:r>
        <w:t xml:space="preserve">- Paragraph 8: </w:t>
      </w:r>
      <w:hyperlink r:id="rId9">
        <w:r>
          <w:rPr>
            <w:color w:val="0000EE"/>
            <w:u w:val="single"/>
          </w:rPr>
          <w:t>[2]</w:t>
        </w:r>
      </w:hyperlink>
      <w:r>
        <w:t xml:space="preserve">, </w:t>
      </w:r>
      <w:hyperlink r:id="rId13">
        <w:r>
          <w:rPr>
            <w:color w:val="0000EE"/>
            <w:u w:val="single"/>
          </w:rPr>
          <w:t>[3]</w:t>
        </w:r>
      </w:hyperlink>
      <w:r>
        <w:t xml:space="preserve">, </w:t>
      </w:r>
      <w:hyperlink r:id="rId10">
        <w:r>
          <w:rPr>
            <w:color w:val="0000EE"/>
            <w:u w:val="single"/>
          </w:rPr>
          <w:t>[7]</w:t>
        </w:r>
      </w:hyperlink>
      <w:r>
        <w:t xml:space="preserve">- Paragraph 9: </w:t>
      </w:r>
      <w:hyperlink r:id="rId13">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https://www.queerty.com/super-graphic-merch-club-kid-scorpio-szn-10-things-were-obsessed-with-this-week-20261107/</w:t>
        </w:r>
      </w:hyperlink>
      <w:r>
        <w:t xml:space="preserve"> - Please view link - unable to able to access data</w:t>
      </w:r>
      <w:r/>
    </w:p>
    <w:p>
      <w:pPr>
        <w:pStyle w:val="ListNumber"/>
        <w:spacing w:line="240" w:lineRule="auto"/>
        <w:ind w:left="720"/>
      </w:pPr>
      <w:r/>
      <w:hyperlink r:id="rId9">
        <w:r>
          <w:rPr>
            <w:color w:val="0000EE"/>
            <w:u w:val="single"/>
          </w:rPr>
          <w:t>https://www.thedailybeast.com/obsessed/club-kid-is-so-much-more-than-a-gay-big-daddy</w:t>
        </w:r>
      </w:hyperlink>
      <w:r>
        <w:t xml:space="preserve"> - The Daily Beast discusses Club Kid, Jordan Firstman’s feature film about queer nightlife, growing up and chosen family. Firstman wrote, directed and stars in the film, which the article says has been reduced too casually to a “gay Big Daddy” comparison. The piece situates the film within Firstman’s career as a comedian and actor, including his work in I Love LA and English Teacher, and his outspoken online persona. It describes a story that combines the excesses of club culture with more emotionally serious questions about adulthood, care and family. Rather than treating its characters simply as party-going caricatures, the film uses their relationships and experiences to explore what it means to build a community and take responsibility for others. This supports the supplied article’s description of Club Kid as a queer film about growing up, chosen family and party culture, while also corroborating that Firstman is its writer, director and star. The Daily Beast article is a film feature and commentary, not a source for the supplied article’s merchandise prices, product availability or other weekly entertainment items. Its value here is specifically its reporting and interpretation of Club Kid and Firstman’s creative role.</w:t>
      </w:r>
      <w:r/>
    </w:p>
    <w:p>
      <w:pPr>
        <w:pStyle w:val="ListNumber"/>
        <w:spacing w:line="240" w:lineRule="auto"/>
        <w:ind w:left="720"/>
      </w:pPr>
      <w:r/>
      <w:hyperlink r:id="rId13">
        <w:r>
          <w:rPr>
            <w:color w:val="0000EE"/>
            <w:u w:val="single"/>
          </w:rPr>
          <w:t>https://www.marieclaire.com/culture/movies/club-kid-alaska-riley-miss-benny-saturn-risin9-interview/</w:t>
        </w:r>
      </w:hyperlink>
      <w:r>
        <w:t xml:space="preserve"> - Marie Claire interviews Alaska Riley, Miss Benny and Saturn Risin9 about their participation in Club Kid, Jordan Firstman’s LGBTQ+ feature. The article follows the project from its development and production through its Cannes appearance and anticipated theatrical release. It presents the performers’ perspectives on the film and on what it means to contribute to a queer project whose characters and community have broader emotional resonance. The coverage gives context for the ensemble’s nightlife connections and the importance of representing LGBTQ+ lives with both specificity and warmth. It also establishes that the film’s cast and production were already drawing attention before its release, rather than the project being merely a passing reference in a weekly entertainment roundup. This source supports the supplied article’s mention of Club Kid and several of its named performers, including Alaska, Miss Benny and Saturn Risin9. It also helps substantiate the film’s LGBTQ+ cultural context. The interview does not verify the roundup’s subjective review language, merchandise or other separate claims, so its support should be understood as applying to the film, its participants and their discussion of the project.</w:t>
      </w:r>
      <w:r/>
    </w:p>
    <w:p>
      <w:pPr>
        <w:pStyle w:val="ListNumber"/>
        <w:spacing w:line="240" w:lineRule="auto"/>
        <w:ind w:left="720"/>
      </w:pPr>
      <w:r/>
      <w:hyperlink r:id="rId11">
        <w:r>
          <w:rPr>
            <w:color w:val="0000EE"/>
            <w:u w:val="single"/>
          </w:rPr>
          <w:t>https://www.latimes.com/entertainment-arts/movies/story/2026-08-31/jordan-firstman-club-kid-i-love-la-a24-fall-preview-2026</w:t>
        </w:r>
      </w:hyperlink>
      <w:r>
        <w:t xml:space="preserve"> - The Los Angeles Times profiles Jordan Firstman as he moves from viral comic and performer into feature filmmaking with Club Kid. The film follows a queer New York party promoter whose nightlife-centred routine is disrupted by unexpected fatherhood. The article describes the project as Firstman’s feature debut and notes that its creation called for a change in approach towards a more emotionally open story. It also identifies the film’s cast, including Cara Delevingne and Diego Calva, and notes that it was shot on 35mm. The profile frames Club Kid as a portrait of two people who find an unexpected connection, giving useful background to the supplied article’s comparison of the film with a coming-of-age story about queer party culture, responsibility and family. The Times coverage is particularly useful for checking Firstman’s writing, directing and starring role, as well as the film’s premise and principal cast. It does not establish the supplied article’s personal opinions about the film or verify all of its listed supporting performers. Nor does it support unrelated claims about products, music charts or events; those would need separate sources.</w:t>
      </w:r>
      <w:r/>
    </w:p>
    <w:p>
      <w:pPr>
        <w:pStyle w:val="ListNumber"/>
        <w:spacing w:line="240" w:lineRule="auto"/>
        <w:ind w:left="720"/>
      </w:pPr>
      <w:r/>
      <w:hyperlink r:id="rId15">
        <w:r>
          <w:rPr>
            <w:color w:val="0000EE"/>
            <w:u w:val="single"/>
          </w:rPr>
          <w:t>https://ca.billboard.com/music/chart-beat/ella-langleys-choosin-texas-breaks-all-time-u-s-hot-100-record-with-23rd-week-at-no-1?%23038%3Bmc_cid=fac9cdc993&amp;%23038%3Bmc_eid=e93eb860cc&amp;bil=554&amp;debugld=stickybtest&amp;g=&amp;q=Fay+Olson-Vickery</w:t>
        </w:r>
      </w:hyperlink>
      <w:r>
        <w:t xml:space="preserve"> - Billboard Canada reports on Ella Langley’s “Choosin’ Texas” and its record-setting run at No. 1 on the Billboard Hot 100. The report says the track reached 23 weeks at the top, surpassing Mariah Carey’s “All I Want for Christmas Is You”, which had held the record with 22 weeks. It places Langley’s achievement in the context of the chart’s history, listing other long-running No. 1 hits and their weeks at the summit. It also notes that “Choosin’ Texas” debuted on the Hot 100 in November 2025, became Langley’s first top ten hit in January, and reached No. 1 in February. These details directly support the supplied article’s claim that the song broke Carey’s record and was an unusually successful chart hit. Billboard’s account supplies concrete chart facts rather than the roundup’s personal judgement that the song is a “bop”. The source concerns the song’s chart performance and does not substantiate the other nine items in the supplied article, such as the candle, film, apparel, photoshoot, soap, music collaboration or cushion. It is therefore a focused source for the Ella Langley claim.</w:t>
      </w:r>
      <w:r/>
    </w:p>
    <w:p>
      <w:pPr>
        <w:pStyle w:val="ListNumber"/>
        <w:spacing w:line="240" w:lineRule="auto"/>
        <w:ind w:left="720"/>
      </w:pPr>
      <w:r/>
      <w:hyperlink r:id="rId12">
        <w:r>
          <w:rPr>
            <w:color w:val="0000EE"/>
            <w:u w:val="single"/>
          </w:rPr>
          <w:t>https://www.filmlinc.org/nyff2026/daily/jordan-firstman-reggie-absolom-diego-calva-cara-delevingne-more-on-club-kid/</w:t>
        </w:r>
      </w:hyperlink>
      <w:r>
        <w:t xml:space="preserve"> - Film at Lincoln Center reports on a New York Film Festival discussion of Club Kid, featuring Jordan Firstman, Reggie Absolom, Diego Calva, Cara Delevingne and other members of the cast. The festival describes the film as Firstman’s feature debut and characterises its central figure as a thirtysomething New York scenester whose life changes when he discovers he has a young son. The synopsis captures the film’s movement between irreverent humour and emotional seriousness. The report names additional performers, including Colleen Camp, Eldar Isgandarov, Alaska Riley, Saturn Risin9 and Miss Benny, corroborating the supplied article’s description of an ensemble cast and its inclusion of several queer nightlife names. Because Film at Lincoln Center hosted the discussion, this is a direct festival source for the film’s participation and cast conversation. It supports factual details about the project and its performers, but not the roundup’s comparison to other films or its subjective praise. It also does not verify commercial claims about the featured merchandise or unrelated music and culture stories. Its relevance is confined to the Club Kid entry and its surrounding discussion of queer life, family and the New York scene.</w:t>
      </w:r>
      <w:r/>
    </w:p>
    <w:p>
      <w:pPr>
        <w:pStyle w:val="ListNumber"/>
        <w:spacing w:line="240" w:lineRule="auto"/>
        <w:ind w:left="720"/>
      </w:pPr>
      <w:r/>
      <w:hyperlink r:id="rId10">
        <w:r>
          <w:rPr>
            <w:color w:val="0000EE"/>
            <w:u w:val="single"/>
          </w:rPr>
          <w:t>https://www.theguardian.com/film/2026/oct/05/club-kid-review-jordan-firstmans-movie-review</w:t>
        </w:r>
      </w:hyperlink>
      <w:r>
        <w:t xml:space="preserve"> - The Guardian reviews Club Kid, Jordan Firstman’s film about a hard-partying New York club promoter and the people around him. It describes the story as a lively journey through the city’s club scene and emphasises the importance of both biological and chosen family. The review identifies Cara Delevingne as Sophie, the promoter’s business partner, and says that his chaotic lifestyle creates conflict when he fails to meet professional responsibilities. It also notes the presence of real nightlife personalities Alaska Riley and Miss Benny, alongside Diego Calva and Reggie Absolom. The Guardian’s account therefore supports several details in the supplied article: Firstman’s role in the film, its queer party-culture setting, the themes of family and adulthood, and the inclusion of performers associated with nightlife. The review is an independent critical assessment, not an official synopsis, and its praise is the paper’s opinion. It does not substantiate the roundup’s own colourful comparison to Big Daddy or its claim that the film resonates with being gay and online in 2026. Its scope is Club Kid only, not the roundup’s other products, performers, music releases or news items.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dailybeast.com/obsessed/club-kid-is-so-much-more-than-a-gay-big-daddy" TargetMode="External"/><Relationship Id="rId10" Type="http://schemas.openxmlformats.org/officeDocument/2006/relationships/hyperlink" Target="https://www.theguardian.com/film/2026/oct/05/club-kid-review-jordan-firstmans-movie-review" TargetMode="External"/><Relationship Id="rId11" Type="http://schemas.openxmlformats.org/officeDocument/2006/relationships/hyperlink" Target="https://www.latimes.com/entertainment-arts/movies/story/2026-08-31/jordan-firstman-club-kid-i-love-la-a24-fall-preview-2026" TargetMode="External"/><Relationship Id="rId12" Type="http://schemas.openxmlformats.org/officeDocument/2006/relationships/hyperlink" Target="https://www.filmlinc.org/nyff2026/daily/jordan-firstman-reggie-absolom-diego-calva-cara-delevingne-more-on-club-kid/" TargetMode="External"/><Relationship Id="rId13" Type="http://schemas.openxmlformats.org/officeDocument/2006/relationships/hyperlink" Target="https://www.marieclaire.com/culture/movies/club-kid-alaska-riley-miss-benny-saturn-risin9-interview/" TargetMode="External"/><Relationship Id="rId14" Type="http://schemas.openxmlformats.org/officeDocument/2006/relationships/hyperlink" Target="https://www.queerty.com/super-graphic-merch-club-kid-scorpio-szn-10-things-were-obsessed-with-this-week-20261107/" TargetMode="External"/><Relationship Id="rId15" Type="http://schemas.openxmlformats.org/officeDocument/2006/relationships/hyperlink" Target="https://ca.billboard.com/music/chart-beat/ella-langleys-choosin-texas-breaks-all-time-u-s-hot-100-record-with-23rd-week-at-no-1?%23038%3Bmc_cid=fac9cdc993&amp;%23038%3Bmc_eid=e93eb860cc&amp;bil=554&amp;debugld=stickybtest&amp;g=&amp;q=Fay+Olson-Vicke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