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Gay Halloween Costume Ideas: 10 Pop-Culture Looks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and partygoers have turned gay Halloween into a joyful pop-culture treasure hunt, with costumes that reward a very specific kind of recognition. From a fan-fiction website outage to a reality TV contestant’s two-fish metaphor, these looks mix queer in-jokes, beloved screen moments and just enough theatrical flair to get the group chat talking.</w:t>
      </w:r>
      <w:r/>
    </w:p>
    <w:p>
      <w:pPr>
        <w:pStyle w:val="Heading2"/>
      </w:pPr>
      <w:r>
        <w:t>Essential Takeaways</w:t>
      </w:r>
      <w:r/>
      <w:r/>
    </w:p>
    <w:p>
      <w:pPr>
        <w:pStyle w:val="ListBullet"/>
        <w:spacing w:line="240" w:lineRule="auto"/>
        <w:ind w:left="720"/>
      </w:pPr>
      <w:r/>
      <w:r>
        <w:rPr>
          <w:b/>
        </w:rPr>
        <w:t>Niche is the point:</w:t>
      </w:r>
      <w:r>
        <w:t xml:space="preserve"> The funniest outfits riff on recognisable scenes, celebrity looks and online culture.</w:t>
      </w:r>
      <w:r/>
    </w:p>
    <w:p>
      <w:pPr>
        <w:pStyle w:val="ListBullet"/>
        <w:spacing w:line="240" w:lineRule="auto"/>
        <w:ind w:left="720"/>
      </w:pPr>
      <w:r/>
      <w:r>
        <w:rPr>
          <w:b/>
        </w:rPr>
        <w:t>Couples costumes can tell a story:</w:t>
      </w:r>
      <w:r>
        <w:t xml:space="preserve"> The peach from </w:t>
      </w:r>
      <w:r>
        <w:rPr>
          <w:i/>
        </w:rPr>
        <w:t>Call Me by Your Name</w:t>
      </w:r>
      <w:r>
        <w:t xml:space="preserve"> and the wedding aisle from </w:t>
      </w:r>
      <w:r>
        <w:rPr>
          <w:i/>
        </w:rPr>
        <w:t>Crazy Rich Asians</w:t>
      </w:r>
      <w:r>
        <w:t xml:space="preserve"> turn memorable film moments into costume concepts.</w:t>
      </w:r>
      <w:r/>
    </w:p>
    <w:p>
      <w:pPr>
        <w:pStyle w:val="ListBullet"/>
        <w:spacing w:line="240" w:lineRule="auto"/>
        <w:ind w:left="720"/>
      </w:pPr>
      <w:r/>
      <w:r>
        <w:rPr>
          <w:b/>
        </w:rPr>
        <w:t>Reality TV supplied a standout joke:</w:t>
      </w:r>
      <w:r>
        <w:t xml:space="preserve"> Sincere’s two-fish metaphor from </w:t>
      </w:r>
      <w:r>
        <w:rPr>
          <w:i/>
        </w:rPr>
        <w:t>Love Island USA</w:t>
      </w:r>
      <w:r>
        <w:t xml:space="preserve"> became a group-costume idea.</w:t>
      </w:r>
      <w:r/>
    </w:p>
    <w:p>
      <w:pPr>
        <w:pStyle w:val="ListBullet"/>
        <w:spacing w:line="240" w:lineRule="auto"/>
        <w:ind w:left="720"/>
      </w:pPr>
      <w:r/>
      <w:r>
        <w:rPr>
          <w:b/>
        </w:rPr>
        <w:t>A simple prop can do the work:</w:t>
      </w:r>
      <w:r>
        <w:t xml:space="preserve"> A phone charger references a pivotal moment in </w:t>
      </w:r>
      <w:r>
        <w:rPr>
          <w:i/>
        </w:rPr>
        <w:t>Heated Rivalry</w:t>
      </w:r>
      <w:r>
        <w:t>.</w:t>
      </w:r>
      <w:r/>
    </w:p>
    <w:p>
      <w:pPr>
        <w:pStyle w:val="ListBullet"/>
        <w:spacing w:line="240" w:lineRule="auto"/>
        <w:ind w:left="720"/>
      </w:pPr>
      <w:r/>
      <w:r>
        <w:rPr>
          <w:b/>
        </w:rPr>
        <w:t>Timing adds extra fun:</w:t>
      </w:r>
      <w:r>
        <w:t xml:space="preserve"> Seasonal references, new episodes and reboot chatter can give a costume an added wink.</w:t>
      </w:r>
      <w:r/>
      <w:r/>
    </w:p>
    <w:p>
      <w:pPr>
        <w:pStyle w:val="Heading2"/>
      </w:pPr>
      <w:r>
        <w:t>Gay Halloween turns internet in-jokes into costumes</w:t>
      </w:r>
      <w:r/>
    </w:p>
    <w:p>
      <w:r/>
      <w:r>
        <w:t>The best gay Halloween looks aren't always the most elaborate. Often, they're the ones that make someone across the room laugh because they recognise the reference straight away. A costume inspired by AO3, the fan-fiction site, landed with particularly sharp timing when the website was down.</w:t>
      </w:r>
      <w:r/>
    </w:p>
    <w:p>
      <w:r/>
      <w:r>
        <w:t>That same knowing humour runs through the trend's wider appeal. Rather than settling for a standard spooky outfit, people build costumes around shared fandoms, memorable scenes and online jokes. The result feels less like dressing up for its own sake and more like joining a very specific, very funny conversation.</w:t>
      </w:r>
      <w:r/>
    </w:p>
    <w:p>
      <w:pPr>
        <w:pStyle w:val="Heading2"/>
      </w:pPr>
      <w:r>
        <w:t>Film references make memorable group costumes</w:t>
      </w:r>
      <w:r/>
    </w:p>
    <w:p>
      <w:r/>
      <w:r>
        <w:t xml:space="preserve">Some ideas work because the original scene is already so distinctive. The wedding aisle from </w:t>
      </w:r>
      <w:r>
        <w:rPr>
          <w:i/>
        </w:rPr>
        <w:t>Crazy Rich Asians</w:t>
      </w:r>
      <w:r>
        <w:t xml:space="preserve"> turns a cinematic moment into an unexpected group costume, while a peach paired with Elio gives </w:t>
      </w:r>
      <w:r>
        <w:rPr>
          <w:i/>
        </w:rPr>
        <w:t>Call Me by Your Name</w:t>
      </w:r>
      <w:r>
        <w:t xml:space="preserve"> fans a reference that's difficult to mistake. Inside Weddings has also explored the behind-the-scenes story of the film's wedding scene, adding another layer for fans who love the details.</w:t>
      </w:r>
      <w:r/>
    </w:p>
    <w:p>
      <w:r/>
      <w:r>
        <w:t>These looks are a good reminder that a costume doesn't need a complicated build. A recognisable silhouette, a small prop or a well-chosen companion can do more than a head-to-toe outfit, especially when the joke depends on people catching the reference.</w:t>
      </w:r>
      <w:r/>
    </w:p>
    <w:p>
      <w:pPr>
        <w:pStyle w:val="Heading2"/>
      </w:pPr>
      <w:r>
        <w:t>TV fandom brings the sharpest costume jokes</w:t>
      </w:r>
      <w:r/>
    </w:p>
    <w:p>
      <w:r/>
      <w:r>
        <w:t xml:space="preserve">Television supplied some of the most specific ideas. A phone charger nods to a key moment in </w:t>
      </w:r>
      <w:r>
        <w:rPr>
          <w:i/>
        </w:rPr>
        <w:t>Heated Rivalry</w:t>
      </w:r>
      <w:r>
        <w:t>, while outfits recreating Hudson Williams' press appearances turn the actor's off-screen style into part of the fandom. The joke lands best when the detail is familiar enough to fans but still easy to explain to everyone else.</w:t>
      </w:r>
      <w:r/>
    </w:p>
    <w:p>
      <w:r/>
      <w:r>
        <w:t xml:space="preserve">Reality TV had its own memorable entry: a group costume inspired by </w:t>
      </w:r>
      <w:r>
        <w:rPr>
          <w:i/>
        </w:rPr>
        <w:t>Love Island USA</w:t>
      </w:r>
      <w:r>
        <w:t xml:space="preserve"> contestant Sincere and his two-fish metaphor. Coverage of the show and its cast gives the reference some context, but the two-fish idea is also refreshingly simple to stage. Two friends, matching fish props and a confident delivery can carry the whole thing.</w:t>
      </w:r>
      <w:r/>
    </w:p>
    <w:p>
      <w:pPr>
        <w:pStyle w:val="Heading2"/>
      </w:pPr>
      <w:r>
        <w:t>Choose a costume people can recognise quickly</w:t>
      </w:r>
      <w:r/>
    </w:p>
    <w:p>
      <w:r/>
      <w:r>
        <w:t>If you're planning a pop-culture Halloween outfit, start with the moment rather than the merchandise. Ask what one detail makes the reference unmistakable: a prop, a colour, a pose or a famous outfit. That's usually the easiest part to build around, and it keeps costs and last-minute stress in check.</w:t>
      </w:r>
      <w:r/>
    </w:p>
    <w:p>
      <w:r/>
      <w:r>
        <w:t>For a group costume, make sure each person has a clear role. A clever concept can fall flat if everyone looks like a different version of the same vague idea. And if the reference is especially niche, a short explanation or a printed cue can help bring the joke to life without taking over the outfit.</w:t>
      </w:r>
      <w:r/>
    </w:p>
    <w:p>
      <w:pPr>
        <w:pStyle w:val="Heading2"/>
      </w:pPr>
      <w:r>
        <w:t>The best looks leave room for a knowing laugh</w:t>
      </w:r>
      <w:r/>
    </w:p>
    <w:p>
      <w:r/>
      <w:r>
        <w:t>Gay Halloween works because it brings fandom and humour together, not because every costume has to be polished or expensive. From film scenes to reality-TV oddities, the strongest looks feel like affectionate tributes to the things people watched, quoted and shared.</w:t>
      </w:r>
      <w:r/>
    </w:p>
    <w:p>
      <w:r/>
      <w:r>
        <w:t>There's always another show, viral moment or celebrity outfit waiting to become next year's joke. The trick is spotting the detail that makes people grin before you've even explained it.</w:t>
      </w:r>
      <w:r/>
    </w:p>
    <w:p>
      <w:r/>
      <w:r>
        <w:t>It's hard to beat a costume that makes your friends laugh and ask for the reference.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12">
        <w:r>
          <w:rPr>
            <w:color w:val="0000EE"/>
            <w:u w:val="single"/>
          </w:rPr>
          <w:t>[5]</w:t>
        </w:r>
      </w:hyperlink>
      <w:r>
        <w:t xml:space="preserve">- Paragraph 3: </w:t>
      </w:r>
      <w:hyperlink r:id="rId10">
        <w:r>
          <w:rPr>
            <w:color w:val="0000EE"/>
            <w:u w:val="single"/>
          </w:rPr>
          <w:t>[3]</w:t>
        </w:r>
      </w:hyperlink>
      <w:r>
        <w:t xml:space="preserve">, </w:t>
      </w:r>
      <w:hyperlink r:id="rId13">
        <w:r>
          <w:rPr>
            <w:color w:val="0000EE"/>
            <w:u w:val="single"/>
          </w:rPr>
          <w:t>[6]</w:t>
        </w:r>
      </w:hyperlink>
      <w:r>
        <w:t xml:space="preserve">- Paragraph 4: </w:t>
      </w:r>
      <w:hyperlink r:id="rId11">
        <w:r>
          <w:rPr>
            <w:color w:val="0000EE"/>
            <w:u w:val="single"/>
          </w:rPr>
          <w:t>[4]</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https://www.hercampus.com/school/pace/the-top-10-looks-from-gay-halloween/</w:t>
        </w:r>
      </w:hyperlink>
      <w:r>
        <w:t xml:space="preserve"> - Please view link - unable to able to access data</w:t>
      </w:r>
      <w:r/>
    </w:p>
    <w:p>
      <w:pPr>
        <w:pStyle w:val="ListNumber"/>
        <w:spacing w:line="240" w:lineRule="auto"/>
        <w:ind w:left="720"/>
      </w:pPr>
      <w:r/>
      <w:hyperlink r:id="rId9">
        <w:r>
          <w:rPr>
            <w:color w:val="0000EE"/>
            <w:u w:val="single"/>
          </w:rPr>
          <w:t>https://www.hercampus.com/school/pace/the-top-10-looks-from-gay-halloween/</w:t>
        </w:r>
      </w:hyperlink>
      <w:r>
        <w:t xml:space="preserve"> - The Her Campus at Pace article presents a humorous retrospective of costumes associated with “gay Halloween”, an online trend built around playful, culturally specific costume ideas. It describes ten looks, including AO3, a peach and Elio from Call Me By Your Name, the wedding aisle from Crazy Rich Asians, Shane Hollander’s phone charger from Heated Rivalry, Love Island USA contestant Sincere and his two-fish metaphor, Issa and a raccoon from Adults, Mariah Carey before Christmas, Tucker Carlson and the Green M&amp;M from Saturday Night Live, Kurt and Mercedes from Glee, and Hudson Williams’s press outfits. Its central point is that the costumes turn recognisable scenes, jokes, celebrities and fan references into communal Halloween humour. The article also notes that it is student-written and does not represent the views of Her Campus. This is the principal source for the particular ten-costume list and the writer’s commentary; the other links provide supporting background for selected cultural references rather than independently confirming every costume’s appearance or popularity. The article’s framing is informal and celebratory, treating the trend as a source of camaraderie and comedy across social media. It does not provide a systematic survey, original data or evidence establishing how widespread each costume was.</w:t>
      </w:r>
      <w:r/>
    </w:p>
    <w:p>
      <w:pPr>
        <w:pStyle w:val="ListNumber"/>
        <w:spacing w:line="240" w:lineRule="auto"/>
        <w:ind w:left="720"/>
      </w:pPr>
      <w:r/>
      <w:hyperlink r:id="rId10">
        <w:r>
          <w:rPr>
            <w:color w:val="0000EE"/>
            <w:u w:val="single"/>
          </w:rPr>
          <w:t>https://www.eonline.com/news/1437704/connor-storrie-hudson-williams-wear-bugonia-inspired-halloween-costumes</w:t>
        </w:r>
      </w:hyperlink>
      <w:r>
        <w:t xml:space="preserve"> - E! News reports on Halloween 2026 costumes worn by Heated Rivalry actors Connor Storrie and Hudson Williams. Rather than dressing as their hockey-romance characters, the pair chose coordinated looks inspired by Bugonia, the film starring Emma Stone and Jesse Plemons. Williams dressed as Teddy Gatz, the conspiracy theorist played by Plemons, while Storrie portrayed Michelle Fuller, played by Stone. The article explains the characters’ connection in the film and notes the visual similarity between Storrie’s shaved-head look and a plot detail involving Michelle. It also places the pair’s costumes within broader Halloween coverage, mentioning that other people had dressed as Heated Rivalry’s Shane Hollander and Ilya Rozanov. The report therefore offers a timely example of how the show and its performers became part of Halloween costume culture in 2026. It provides corroboration for the article’s general discussion of Heated Rivalry-related Halloween interest and Hudson Williams as a recognisable figure for fans, but it does not verify the specific claim that people dressed as Williams’s various press outfits. Its focus is the actors’ own coordinated Bugonia costumes, not the ten costumes in the Her Campus list or the broader “gay Halloween” trend.</w:t>
      </w:r>
      <w:r/>
    </w:p>
    <w:p>
      <w:pPr>
        <w:pStyle w:val="ListNumber"/>
        <w:spacing w:line="240" w:lineRule="auto"/>
        <w:ind w:left="720"/>
      </w:pPr>
      <w:r/>
      <w:hyperlink r:id="rId11">
        <w:r>
          <w:rPr>
            <w:color w:val="0000EE"/>
            <w:u w:val="single"/>
          </w:rPr>
          <w:t>https://dknetwork.draftkings.com/2026/06/04/trouble-for-melanie-and-sincere-love-island-usa-thursday-recap/</w:t>
        </w:r>
      </w:hyperlink>
      <w:r>
        <w:t xml:space="preserve"> - DraftKings Network’s recap of a June 2026 Love Island USA episode follows the shifting relationships and conversations among contestants. It recounts Beatriz’s discussion with Sean, Kenzie’s refusal to speak with Zach, and an unexpected exchange between Sincere and Kayda. In that conversation, Sincere uses the image of having “two fishes” to suggest that having two appealing options does not necessarily mean one must be discarded. The recap then describes Melanie learning about the interaction and worrying that she may be damaging her connection with Sincere. This source is useful background for the Her Campus costume reference to Sincere and his two-fish metaphor: it documents the memorable line in the context of the programme and its relationship drama. It does not cover Halloween costumes or establish that groups dressed as Sincere and two fish. The article is an episode recap rather than a full transcript, so its account is selective and focuses on the principal developments the writer chose to highlight. Its value for the costume article is the underlying television reference: the fish comparison was a distinctive moment from the show that could be recognisable and adaptable as a group costume. It supplies context, not evidence about the costume trend’s reach.</w:t>
      </w:r>
      <w:r/>
    </w:p>
    <w:p>
      <w:pPr>
        <w:pStyle w:val="ListNumber"/>
        <w:spacing w:line="240" w:lineRule="auto"/>
        <w:ind w:left="720"/>
      </w:pPr>
      <w:r/>
      <w:hyperlink r:id="rId12">
        <w:r>
          <w:rPr>
            <w:color w:val="0000EE"/>
            <w:u w:val="single"/>
          </w:rPr>
          <w:t>https://www.insideweddings.com/news/celebrity-style/A%20Behind-the-Scenes%20Look%20at%20the%20Wedding%20in%20%27Crazy%20Rich%20Asians%27/42327</w:t>
        </w:r>
      </w:hyperlink>
      <w:r>
        <w:t xml:space="preserve"> - Inside Weddings interviews Nelson Coates, production designer of Crazy Rich Asians, about the film’s elaborate wedding sequence. The piece introduces the story’s wedding setting and asks how the design was conceived, including the sources of inspiration behind the scene. Coates discusses the process of translating the book and the director’s ideas into a distinctive cinematic environment, drawing on research and location scouting. The conversation explains the visual ambition behind the wedding and the decisions that shaped its unusual layout and atmosphere. This is relevant background for the Her Campus costume entry referring to the wedding aisle from Crazy Rich Asians: the interview confirms that the wedding is a deliberately designed, visually distinctive part of the film and gives insight into its production. It does not report on Halloween costumes or establish that people recreated the aisle in 2026. The article is a behind-the-scenes feature, not a review or a survey of audience responses. Its contribution is specific to the film’s design and the production team’s intentions, helping readers understand why the wedding setting can function as a recognisable visual reference. The source supports the film-related context, while the claim that the aisle appeared as a gay Halloween costume remains the Her Campus writer’s observation.</w:t>
      </w:r>
      <w:r/>
    </w:p>
    <w:p>
      <w:pPr>
        <w:pStyle w:val="ListNumber"/>
        <w:spacing w:line="240" w:lineRule="auto"/>
        <w:ind w:left="720"/>
      </w:pPr>
      <w:r/>
      <w:hyperlink r:id="rId13">
        <w:r>
          <w:rPr>
            <w:color w:val="0000EE"/>
            <w:u w:val="single"/>
          </w:rPr>
          <w:t>https://www.iheart.com/podcast/269-smutfairy-327433634/episode/smut-fairy-presents-heated-327433657/</w:t>
        </w:r>
      </w:hyperlink>
      <w:r>
        <w:t xml:space="preserve"> - This episode of the Smut Fairy podcast is a fan discussion of the Heated Rivalry television finale, particularly its cottage storyline. The hosts reflect on the anticipation surrounding the finale, the characters’ relationship, and the way the cottage setting became a memorable part of the show’s fandom. In the transcript, they discuss the moment when Shane’s father arrives at the cottage after leaving a charger there. They describe how the unexpected visit leads to the discovery of Shane and Ilya together, and they interpret the father’s reaction and the characters’ panic. This provides supporting context for the Her Campus costume reference to “the phone charger Shane Hollander’s dad left at the cottage”. It connects the charger to the plot event that makes the small everyday object a humorous, highly specific fan reference. The podcast is a conversational reaction, not an official episode guide or independent reporting, and its transcript is automatically generated; the page warns that transcription may not be fully accurate. It supports the general description of the scene but does not verify the costume’s appearance or popularity. The episode was published in January 2026 and is centred on fan interpretation and discussion of the finale, rather than Halloween or costume trends.</w:t>
      </w:r>
      <w:r/>
    </w:p>
    <w:p>
      <w:pPr>
        <w:pStyle w:val="ListNumber"/>
        <w:spacing w:line="240" w:lineRule="auto"/>
        <w:ind w:left="720"/>
      </w:pPr>
      <w:r/>
      <w:hyperlink r:id="rId14">
        <w:r>
          <w:rPr>
            <w:color w:val="0000EE"/>
            <w:u w:val="single"/>
          </w:rPr>
          <w:t>https://mendoi-apps.com/en/articles/two-fishes-love-island-sincere-not-corbin-origin-2026/</w:t>
        </w:r>
      </w:hyperlink>
      <w:r>
        <w:t xml:space="preserve"> - This article examines confusion around the origin and attribution of the “two fishes” phrase associated with Love Island USA and its later use in online reaction formats. It describes the phrase as a lip-sync and reaction trend based on a comparison about having two attractive fish and not needing to put one back. The article identifies Sincere as the speaker, while noting that another source later attributed the line to Corbin Mims, creating conflicting versions in search results. It points readers to official and other published material about the programme and its quotes. The page is relevant to the Her Campus reference to Sincere appearing with two fish as a group costume because it discusses the phrase and explains why it became a recognisable online reference. However, it does not document any Halloween costume featuring Sincere and fish, nor does it establish the scale of the trend. Its main value is clarification of the cultural reference behind the costume idea. Because it discusses conflicting attributions, it also cautions against treating every online repetition as definitive evidence of who first said the line. It is a secondary explainer, and readers seeking the original programme context should consult the official episode or network material it references.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hercampus.com/school/pace/the-top-10-looks-from-gay-halloween/" TargetMode="External"/><Relationship Id="rId10" Type="http://schemas.openxmlformats.org/officeDocument/2006/relationships/hyperlink" Target="https://www.eonline.com/news/1437704/connor-storrie-hudson-williams-wear-bugonia-inspired-halloween-costumes" TargetMode="External"/><Relationship Id="rId11" Type="http://schemas.openxmlformats.org/officeDocument/2006/relationships/hyperlink" Target="https://dknetwork.draftkings.com/2026/06/04/trouble-for-melanie-and-sincere-love-island-usa-thursday-recap/" TargetMode="External"/><Relationship Id="rId12" Type="http://schemas.openxmlformats.org/officeDocument/2006/relationships/hyperlink" Target="https://www.insideweddings.com/news/celebrity-style/A%20Behind-the-Scenes%20Look%20at%20the%20Wedding%20in%20%27Crazy%20Rich%20Asians%27/42327" TargetMode="External"/><Relationship Id="rId13" Type="http://schemas.openxmlformats.org/officeDocument/2006/relationships/hyperlink" Target="https://www.iheart.com/podcast/269-smutfairy-327433634/episode/smut-fairy-presents-heated-327433657/" TargetMode="External"/><Relationship Id="rId14" Type="http://schemas.openxmlformats.org/officeDocument/2006/relationships/hyperlink" Target="https://mendoi-apps.com/en/articles/two-fishes-love-island-sincere-not-corbin-origin-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