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Anime Frontier 2026: Queer Voice Actors and Ironmouse in Texas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Anime fans are heading to Fort Worth this December for three days of guests, panels and live entertainment at Anime Frontier 2026. The convention’s announced line-up includes queer performers and voice actors, from VTuber Ironmouse to members of Critical Role, giving fans another reason to look beyond the big-screen premieres and explore the people behind the stories.</w:t>
      </w:r>
      <w:r/>
    </w:p>
    <w:p>
      <w:pPr>
        <w:pStyle w:val="Heading2"/>
      </w:pPr>
      <w:r>
        <w:t>Essential Takeaways</w:t>
      </w:r>
      <w:r/>
      <w:r/>
    </w:p>
    <w:p>
      <w:pPr>
        <w:pStyle w:val="ListBullet"/>
        <w:spacing w:line="240" w:lineRule="auto"/>
        <w:ind w:left="720"/>
      </w:pPr>
      <w:r/>
      <w:r>
        <w:rPr>
          <w:b/>
        </w:rPr>
        <w:t>Three days in Fort Worth:</w:t>
      </w:r>
      <w:r>
        <w:t xml:space="preserve"> Anime Frontier is scheduled for December 4-6, 2026, at the Fort Worth Convention Center.</w:t>
      </w:r>
      <w:r/>
    </w:p>
    <w:p>
      <w:pPr>
        <w:pStyle w:val="ListBullet"/>
        <w:spacing w:line="240" w:lineRule="auto"/>
        <w:ind w:left="720"/>
      </w:pPr>
      <w:r/>
      <w:r>
        <w:rPr>
          <w:b/>
        </w:rPr>
        <w:t>Queer talent on the bill:</w:t>
      </w:r>
      <w:r>
        <w:t xml:space="preserve"> Announced guests include Ironmouse, Daman Mills, Taliesin Jaffe, Corey Wilder, Madeleine Morris and Erin Lundquist.</w:t>
      </w:r>
      <w:r/>
    </w:p>
    <w:p>
      <w:pPr>
        <w:pStyle w:val="ListBullet"/>
        <w:spacing w:line="240" w:lineRule="auto"/>
        <w:ind w:left="720"/>
      </w:pPr>
      <w:r/>
      <w:r>
        <w:rPr>
          <w:b/>
        </w:rPr>
        <w:t>A special concert:</w:t>
      </w:r>
      <w:r>
        <w:t xml:space="preserve"> Club Ironmouse is among the event's planned attractions.</w:t>
      </w:r>
      <w:r/>
    </w:p>
    <w:p>
      <w:pPr>
        <w:pStyle w:val="ListBullet"/>
        <w:spacing w:line="240" w:lineRule="auto"/>
        <w:ind w:left="720"/>
      </w:pPr>
      <w:r/>
      <w:r>
        <w:rPr>
          <w:b/>
        </w:rPr>
        <w:t>More than celebrity appearances:</w:t>
      </w:r>
      <w:r>
        <w:t xml:space="preserve"> The convention also highlights anime and manga programming for different ages, with Anime Frontier Jr. working alongside local cultural and library organisations.</w:t>
      </w:r>
      <w:r/>
      <w:r/>
    </w:p>
    <w:p>
      <w:pPr>
        <w:pStyle w:val="Heading2"/>
      </w:pPr>
      <w:r>
        <w:t>Anime Frontier brings a broad anime line-up to Fort Worth</w:t>
      </w:r>
      <w:r/>
    </w:p>
    <w:p>
      <w:r/>
      <w:r>
        <w:t xml:space="preserve">Anime Frontier is set to return to the Fort Worth Convention Center for a three-day run, with guests and programming spanning anime, manga and live entertainment. The official guest page is the place to check for current announcements as the event approaches. </w:t>
      </w:r>
      <w:hyperlink r:id="rId9">
        <w:r>
          <w:rPr>
            <w:color w:val="0000EE"/>
            <w:u w:val="single"/>
          </w:rPr>
          <w:t>[2]</w:t>
        </w:r>
      </w:hyperlink>
      <w:r/>
    </w:p>
    <w:p>
      <w:r/>
      <w:r>
        <w:t xml:space="preserve">The mix is part of the appeal: conventions can turn a favourite series into a full weekend of panels, performances and face-to-face fan community. For visitors, that means there may be as much to enjoy between headline appearances as there is on the main stage. </w:t>
      </w:r>
      <w:hyperlink r:id="rId10">
        <w:r>
          <w:rPr>
            <w:color w:val="0000EE"/>
            <w:u w:val="single"/>
          </w:rPr>
          <w:t>[4]</w:t>
        </w:r>
      </w:hyperlink>
      <w:r/>
    </w:p>
    <w:p>
      <w:pPr>
        <w:pStyle w:val="Heading2"/>
      </w:pPr>
      <w:r>
        <w:t>Queer talent adds another reason to tune in</w:t>
      </w:r>
      <w:r/>
    </w:p>
    <w:p>
      <w:r/>
      <w:r>
        <w:t xml:space="preserve">The announced line-up includes pansexual VTuber and performer Ironmouse, alongside gay voice actor Daman Mills, known for work in the Dragon Ball series. Actor Taliesin Jaffe, associated with Critical Role, is also listed among the queer talent highlighted for the event. </w:t>
      </w:r>
      <w:hyperlink r:id="rId9">
        <w:r>
          <w:rPr>
            <w:color w:val="0000EE"/>
            <w:u w:val="single"/>
          </w:rPr>
          <w:t>[2]</w:t>
        </w:r>
      </w:hyperlink>
      <w:hyperlink r:id="rId11">
        <w:r>
          <w:rPr>
            <w:color w:val="0000EE"/>
            <w:u w:val="single"/>
          </w:rPr>
          <w:t>[6]</w:t>
        </w:r>
      </w:hyperlink>
      <w:r/>
    </w:p>
    <w:p>
      <w:r/>
      <w:r>
        <w:t xml:space="preserve">The roster also features nonbinary, bisexual actor Corey Wilder, whose screen credits include Gachiakuta, and actors Madeleine Morris and Erin Lundquist, associated with Witch Hat Atelier. Wilder's own professional site provides more background on their work, while an interview with Anime Corner offers a closer look at the actor's career. </w:t>
      </w:r>
      <w:hyperlink r:id="rId9">
        <w:r>
          <w:rPr>
            <w:color w:val="0000EE"/>
            <w:u w:val="single"/>
          </w:rPr>
          <w:t>[2]</w:t>
        </w:r>
      </w:hyperlink>
      <w:hyperlink r:id="rId12">
        <w:r>
          <w:rPr>
            <w:color w:val="0000EE"/>
            <w:u w:val="single"/>
          </w:rPr>
          <w:t>[5]</w:t>
        </w:r>
      </w:hyperlink>
      <w:hyperlink r:id="rId13">
        <w:r>
          <w:rPr>
            <w:color w:val="0000EE"/>
            <w:u w:val="single"/>
          </w:rPr>
          <w:t>[7]</w:t>
        </w:r>
      </w:hyperlink>
      <w:r/>
    </w:p>
    <w:p>
      <w:pPr>
        <w:pStyle w:val="Heading2"/>
      </w:pPr>
      <w:r>
        <w:t>Club Ironmouse brings a live-show feel</w:t>
      </w:r>
      <w:r/>
    </w:p>
    <w:p>
      <w:r/>
      <w:r>
        <w:t xml:space="preserve">Club Ironmouse is one of the event's featured attractions, giving fans a chance to experience the virtual entertainer in a concert setting. Anime Frontier has a dedicated page for the show, so it's worth checking there for details as plans develop. </w:t>
      </w:r>
      <w:hyperlink r:id="rId14">
        <w:r>
          <w:rPr>
            <w:color w:val="0000EE"/>
            <w:u w:val="single"/>
          </w:rPr>
          <w:t>[3]</w:t>
        </w:r>
      </w:hyperlink>
      <w:r/>
    </w:p>
    <w:p>
      <w:r/>
      <w:r>
        <w:t xml:space="preserve">That live element broadens the convention beyond panels and signings. For fans who enjoy the shared buzz of a performance, a concert can be a memorable way to experience a favourite online personality with a crowd. </w:t>
      </w:r>
      <w:hyperlink r:id="rId14">
        <w:r>
          <w:rPr>
            <w:color w:val="0000EE"/>
            <w:u w:val="single"/>
          </w:rPr>
          <w:t>[3]</w:t>
        </w:r>
      </w:hyperlink>
      <w:r/>
    </w:p>
    <w:p>
      <w:pPr>
        <w:pStyle w:val="Heading2"/>
      </w:pPr>
      <w:r>
        <w:t>Plan ahead, then check the schedule again</w:t>
      </w:r>
      <w:r/>
    </w:p>
    <w:p>
      <w:r/>
      <w:r>
        <w:t xml:space="preserve">The convention is scheduled for December 4-6, 2026, in Fort Worth, and the event's official guest page is the best starting point for checking who is appearing. As with any large convention, guest and programme details can change, so check official updates before booking your day around a particular panel or performer. </w:t>
      </w:r>
      <w:hyperlink r:id="rId9">
        <w:r>
          <w:rPr>
            <w:color w:val="0000EE"/>
            <w:u w:val="single"/>
          </w:rPr>
          <w:t>[2]</w:t>
        </w:r>
      </w:hyperlink>
      <w:hyperlink r:id="rId10">
        <w:r>
          <w:rPr>
            <w:color w:val="0000EE"/>
            <w:u w:val="single"/>
          </w:rPr>
          <w:t>[4]</w:t>
        </w:r>
      </w:hyperlink>
      <w:r/>
    </w:p>
    <w:p>
      <w:r/>
      <w:r>
        <w:t xml:space="preserve">Anime Frontier Jr. is also part of the event's wider family-friendly offering, with the lead announcement describing partnerships with Fort Worth Public Library and the Japan Society of Dallas-Fort Worth. That gives the weekend a broader reach than a standard fan meet-up, with anime and manga activities intended for younger enthusiasts too. </w:t>
      </w:r>
      <w:hyperlink r:id="rId9">
        <w:r>
          <w:rPr>
            <w:color w:val="0000EE"/>
            <w:u w:val="single"/>
          </w:rPr>
          <w:t>[2]</w:t>
        </w:r>
      </w:hyperlink>
      <w:r/>
    </w:p>
    <w:p>
      <w:pPr>
        <w:pStyle w:val="Heading2"/>
      </w:pPr>
      <w:r>
        <w:t>A convention built around fandom in all its forms</w:t>
      </w:r>
      <w:r/>
    </w:p>
    <w:p>
      <w:r/>
      <w:r>
        <w:t xml:space="preserve">Anime Frontier's draw isn't just a list of names. Its blend of anime guests, manga culture and live programming reflects how fans often move between watching a series, following its performers and finding a community around it. </w:t>
      </w:r>
      <w:hyperlink r:id="rId9">
        <w:r>
          <w:rPr>
            <w:color w:val="0000EE"/>
            <w:u w:val="single"/>
          </w:rPr>
          <w:t>[2]</w:t>
        </w:r>
      </w:hyperlink>
      <w:hyperlink r:id="rId10">
        <w:r>
          <w:rPr>
            <w:color w:val="0000EE"/>
            <w:u w:val="single"/>
          </w:rPr>
          <w:t>[4]</w:t>
        </w:r>
      </w:hyperlink>
      <w:r/>
    </w:p>
    <w:p>
      <w:r/>
      <w:r>
        <w:t xml:space="preserve">For queer fans, seeing performers and creators from across the community included in the line-up may make the event feel a little more welcoming. And for everyone else, it offers a useful reminder: the stories people love are made richer by the range of voices bringing them to life. </w:t>
      </w:r>
      <w:hyperlink r:id="rId9">
        <w:r>
          <w:rPr>
            <w:color w:val="0000EE"/>
            <w:u w:val="single"/>
          </w:rPr>
          <w:t>[2]</w:t>
        </w:r>
      </w:hyperlink>
      <w:hyperlink r:id="rId12">
        <w:r>
          <w:rPr>
            <w:color w:val="0000EE"/>
            <w:u w:val="single"/>
          </w:rPr>
          <w:t>[5]</w:t>
        </w:r>
      </w:hyperlink>
      <w:hyperlink r:id="rId13">
        <w:r>
          <w:rPr>
            <w:color w:val="0000EE"/>
            <w:u w:val="single"/>
          </w:rPr>
          <w:t>[7]</w:t>
        </w:r>
      </w:hyperlink>
      <w:r/>
    </w:p>
    <w:p>
      <w:r/>
      <w:r>
        <w:t xml:space="preserve">Check the official guest and event pages for the latest announcements before you go. </w:t>
      </w:r>
      <w:hyperlink r:id="rId9">
        <w:r>
          <w:rPr>
            <w:color w:val="0000EE"/>
            <w:u w:val="single"/>
          </w:rPr>
          <w:t>[2]</w:t>
        </w:r>
      </w:hyperlink>
      <w:hyperlink r:id="rId14">
        <w:r>
          <w:rPr>
            <w:color w:val="0000EE"/>
            <w:u w:val="single"/>
          </w:rPr>
          <w:t>[3]</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Paragraph 6: </w:t>
      </w:r>
      <w:hyperlink r:id="rId14">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https://meaws.com/news/here-s-the-queer-talent-appearing-at-the/106066</w:t>
        </w:r>
      </w:hyperlink>
      <w:r>
        <w:t xml:space="preserve"> - Please view link - unable to able to access data</w:t>
      </w:r>
      <w:r/>
    </w:p>
    <w:p>
      <w:pPr>
        <w:pStyle w:val="ListNumber"/>
        <w:spacing w:line="240" w:lineRule="auto"/>
        <w:ind w:left="720"/>
      </w:pPr>
      <w:r/>
      <w:hyperlink r:id="rId9">
        <w:r>
          <w:rPr>
            <w:color w:val="0000EE"/>
            <w:u w:val="single"/>
          </w:rPr>
          <w:t>https://animefrontier.com/guests/</w:t>
        </w:r>
      </w:hyperlink>
      <w:r>
        <w:t xml:space="preserve"> - Anime Frontier’s official guest page lists invited talent for the 2026 convention in Fort Worth, Texas, scheduled for 4–6 December. It describes the event as a meeting place for fans and people from anime, manga and Japanese popular culture, and gives appearance days and professional biographies for many guests. The page supports key details in the article, including the convention dates and the presence of anime voice actors and other guests. Its featured guests include Japanese animation-industry figures, while the wider guest list covers voice actors, performers and creators. The profiles connect guests with roles in familiar series and games, helping readers understand why anime fans may want to see them. The guest roster is a changing event listing, so it is also a useful place to check whether a particular person remains announced and which days they are expected to attend. It does not independently establish every personal identity described in the article, nor does it confirm all of the article’s claims about queer representation. For those details, this page is best read as the primary source for the convention’s event information and announced guests, rather than as a comprehensive source on performers’ identities.</w:t>
      </w:r>
      <w:r/>
    </w:p>
    <w:p>
      <w:pPr>
        <w:pStyle w:val="ListNumber"/>
        <w:spacing w:line="240" w:lineRule="auto"/>
        <w:ind w:left="720"/>
      </w:pPr>
      <w:r/>
      <w:hyperlink r:id="rId14">
        <w:r>
          <w:rPr>
            <w:color w:val="0000EE"/>
            <w:u w:val="single"/>
          </w:rPr>
          <w:t>https://animefrontier.com/club-ironmouse/</w:t>
        </w:r>
      </w:hyperlink>
      <w:r>
        <w:t xml:space="preserve"> - Anime Frontier’s official Club Ironmouse page announces a concert featuring Ironmouse on Friday, 4 December, during the 2026 convention. It says the performance will take place on the event’s main stage at 7:45 p.m. and notes that the programme may include mature themes and language. The page explains the available ticket options, including general admission, early entry and a VIP experience. The VIP package includes access to a group question-and-answer session and group photograph before the concert, as well as several pieces of merchandise. These details support the article’s statement that Club Ironmouse and an Ironmouse performance will be part of the convention. They also provide practical information for readers interested in attending the show, while making clear that the concert has its own ticketing arrangements. The page is focused on this specific event rather than on the broader Anime Frontier programme or Ironmouse’s biography. It does not discuss the performer’s sexual orientation, so it should not be treated as evidence for that description. As an official event page, however, it is a direct source for the announced concert, its date, location within the convention and ticket information.</w:t>
      </w:r>
      <w:r/>
    </w:p>
    <w:p>
      <w:pPr>
        <w:pStyle w:val="ListNumber"/>
        <w:spacing w:line="240" w:lineRule="auto"/>
        <w:ind w:left="720"/>
      </w:pPr>
      <w:r/>
      <w:hyperlink r:id="rId10">
        <w:r>
          <w:rPr>
            <w:color w:val="0000EE"/>
            <w:u w:val="single"/>
          </w:rPr>
          <w:t>https://www.rostercon.com/en/event-convention/anime-frontier-2026</w:t>
        </w:r>
      </w:hyperlink>
      <w:r>
        <w:t xml:space="preserve"> - Roster Con’s Anime Frontier 2026 page presents a guest roster for the Fort Worth convention and names a number of performers included in the article, such as Corey Wilder, Daman Mills, Erin Nicole Lundquist, Madeleine Morris and Taliesin Jaffe. It also lists other announced guests, including members of the Critical Role cast and actor Mackenyu. This makes the page a useful cross-check for the article’s central point that a diverse group of anime and entertainment talent is expected at the event. The page warns visitors that guest lists can change and advises checking the convention’s official website to confirm attendance and appearance days. That qualification matters: a third-party convention listing can help readers identify the announced names, but it is not a guarantee that every guest will ultimately appear. The listing is primarily a roster, not a detailed account of the convention’s schedule, activities or guests’ personal lives. It therefore supports the names and event association, but not all contextual claims made in the article, including identities or the descriptions of individual performances. For definitive event details, the official Anime Frontier guest page should be checked alongside this listing.</w:t>
      </w:r>
      <w:r/>
    </w:p>
    <w:p>
      <w:pPr>
        <w:pStyle w:val="ListNumber"/>
        <w:spacing w:line="240" w:lineRule="auto"/>
        <w:ind w:left="720"/>
      </w:pPr>
      <w:r/>
      <w:hyperlink r:id="rId12">
        <w:r>
          <w:rPr>
            <w:color w:val="0000EE"/>
            <w:u w:val="single"/>
          </w:rPr>
          <w:t>https://www.coreywilder.com/</w:t>
        </w:r>
      </w:hyperlink>
      <w:r>
        <w:t xml:space="preserve"> - Corey Wilder’s official website introduces the actor and provides a place to explore professional materials, including voice-over reels and a résumé. The site highlights work connected with anime and animation, including Gachiakuta, which is the series cited in the article. Visitors can use the professional materials to learn more about Wilder’s voice acting and other creative work, rather than relying only on a short convention announcement. Because it is the performer’s own website, it is a relevant primary source for their career and published portfolio. The site is not an Anime Frontier event page, so it does not independently confirm the convention dates or attendance; those details are better checked against Anime Frontier’s guest listing. Nor should the website be used to infer personal identity information unless the site explicitly states it. The article describes Wilder as nonbinary and bisexual, but this portfolio page’s main purpose is professional promotion. Its strongest support is for Wilder’s identity as a working performer and for the connection to screen and voice acting work, including Gachiakuta. Readers seeking a fuller account of the actor’s work can consult the résumé and reels available through the site.</w:t>
      </w:r>
      <w:r/>
    </w:p>
    <w:p>
      <w:pPr>
        <w:pStyle w:val="ListNumber"/>
        <w:spacing w:line="240" w:lineRule="auto"/>
        <w:ind w:left="720"/>
      </w:pPr>
      <w:r/>
      <w:hyperlink r:id="rId11">
        <w:r>
          <w:rPr>
            <w:color w:val="0000EE"/>
            <w:u w:val="single"/>
          </w:rPr>
          <w:t>https://resumes.actorsaccess.com/damanmills</w:t>
        </w:r>
      </w:hyperlink>
      <w:r>
        <w:t xml:space="preserve"> - This Actors Access résumé lists Daman Mills’s acting and voice-over credits, including work in anime, animation and video games. Among the credits are Dragon Ball titles, providing support for the article’s description of Mills as a voice actor associated with the Dragon Ball series. The résumé also names other anime and game projects, illustrating the range of productions in which Mills has worked. It is a professional credits page rather than a convention announcement, so it does not verify whether Mills will attend Anime Frontier; that should be checked on the event’s official guest page. The résumé is useful because it presents production and character information in a structured format, allowing readers to distinguish credited work from informal descriptions. It also contains skills and representation details relevant to professional casting. It does not provide a biography of Mills or establish the personal identity label used in the article. Consequently, it supports the career-related claim about voice acting and Dragon Ball credits, but not the article’s LGBTQ+ identification or the convention schedule. For those points, consult sources specifically addressing the performer’s own statements and Anime Frontier’s current guest announcements.</w:t>
      </w:r>
      <w:r/>
    </w:p>
    <w:p>
      <w:pPr>
        <w:pStyle w:val="ListNumber"/>
        <w:spacing w:line="240" w:lineRule="auto"/>
        <w:ind w:left="720"/>
      </w:pPr>
      <w:r/>
      <w:hyperlink r:id="rId13">
        <w:r>
          <w:rPr>
            <w:color w:val="0000EE"/>
            <w:u w:val="single"/>
          </w:rPr>
          <w:t>https://animecorner.me/interview-corey-wilder-at-anime-central/</w:t>
        </w:r>
      </w:hyperlink>
      <w:r>
        <w:t xml:space="preserve"> - Anime Corner’s interview with Corey Wilder discusses the voice actor’s recent anime work and their approach to performing different kinds of characters. The introduction names roles including Zanka in Gachiakuta, Land in Frieren: Beyond Journey’s End and Will Serfort in Wistoria: Wand and Sword, alongside additional voice credits. The interview focuses on the craft and opportunities of voice acting, including how performers respond to distinct characters and production styles. This provides independent editorial context for Wilder’s professional career and supports the article’s connection between the actor and Gachiakuta. It is not a report about Anime Frontier and should not be used as confirmation of the Fort Worth event, its dates or its guest list. The interview also does not, in the material presented, serve as evidence for every identity description in the article. Readers interested in Wilder’s work can use it for first-hand discussion of performance and the projects that have shaped the actor’s career. For event attendance, the official Anime Frontier guest roster is the appropriate source; for personal identity, rely on statements or biographies that explicitly address the subject rather than drawing conclusions from an interview about acting.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imefrontier.com/guests/" TargetMode="External"/><Relationship Id="rId10" Type="http://schemas.openxmlformats.org/officeDocument/2006/relationships/hyperlink" Target="https://www.rostercon.com/en/event-convention/anime-frontier-2026" TargetMode="External"/><Relationship Id="rId11" Type="http://schemas.openxmlformats.org/officeDocument/2006/relationships/hyperlink" Target="https://resumes.actorsaccess.com/damanmills" TargetMode="External"/><Relationship Id="rId12" Type="http://schemas.openxmlformats.org/officeDocument/2006/relationships/hyperlink" Target="https://www.coreywilder.com/" TargetMode="External"/><Relationship Id="rId13" Type="http://schemas.openxmlformats.org/officeDocument/2006/relationships/hyperlink" Target="https://animecorner.me/interview-corey-wilder-at-anime-central/" TargetMode="External"/><Relationship Id="rId14" Type="http://schemas.openxmlformats.org/officeDocument/2006/relationships/hyperlink" Target="https://animefrontier.com/club-ironmouse/" TargetMode="External"/><Relationship Id="rId15" Type="http://schemas.openxmlformats.org/officeDocument/2006/relationships/hyperlink" Target="https://meaws.com/news/here-s-the-queer-talent-appearing-at-the/1060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