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Alex Ukkelberg Comes Out: A Beach Volleyball Pro’s Story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Beach volleyball player Alex Ukkelberg has spoken publicly about being gay, sharing how long it took to feel ready to discuss his sexuality. The American, who won silver at the Rarotonga Futures in the Cook Islands, says opening up feels like a natural next step as he shares more of his life online.</w:t>
      </w:r>
      <w:r/>
    </w:p>
    <w:p>
      <w:pPr>
        <w:pStyle w:val="Heading2"/>
      </w:pPr>
      <w:r>
        <w:t>A public moment after years of being out privately</w:t>
      </w:r>
      <w:r/>
    </w:p>
    <w:p>
      <w:r/>
      <w:r>
        <w:t>Ukkelberg had already told family and friends he was gay, but speaking about it publicly was different. In a video, he reflected on the years it took to feel comfortable sharing this part of himself with a wider audience. (Outsports; PinkNews)</w:t>
      </w:r>
      <w:r/>
    </w:p>
    <w:p>
      <w:r/>
      <w:r>
        <w:t>As his online presence began to show more of his life, he told Outsports, it felt right to be more open about his sexuality too. There’s a quiet confidence in that choice: not a sudden revelation, but a decision made when the moment felt his own. (Outsports; Out)</w:t>
      </w:r>
      <w:r/>
    </w:p>
    <w:p>
      <w:pPr>
        <w:pStyle w:val="Heading2"/>
      </w:pPr>
      <w:r>
        <w:t>Growing up with sport and sexuality at odds</w:t>
      </w:r>
      <w:r/>
    </w:p>
    <w:p>
      <w:r/>
      <w:r>
        <w:t>Ukkelberg described growing up with the idea that being gay and being an athlete couldn’t go together. He said he struggled to reconcile those parts of himself, before reaching a place where he could say he was thankful to be gay. (Outsports; PinkNews)</w:t>
      </w:r>
      <w:r/>
    </w:p>
    <w:p>
      <w:r/>
      <w:r>
        <w:t>That message will sound familiar to many people who’ve felt pressure to fit a narrow idea of what an athlete should be. His story doesn’t erase that struggle, but it does show how much can change when someone gets to define their own identity. (Outsports; B-Gay)</w:t>
      </w:r>
      <w:r/>
    </w:p>
    <w:p>
      <w:pPr>
        <w:pStyle w:val="Heading2"/>
      </w:pPr>
      <w:r>
        <w:t>From the Cook Islands to a first Beach Pro Tour medal</w:t>
      </w:r>
      <w:r/>
    </w:p>
    <w:p>
      <w:r/>
      <w:r>
        <w:t>Earlier in 2026, Ukkelberg and fellow American Charles Siragusa won silver at the Rarotonga Futures, their first Beach Pro Tour event together. It was also Ukkelberg’s first medal on the tour. (Volleyball World; USA Volleyball)</w:t>
      </w:r>
      <w:r/>
    </w:p>
    <w:p>
      <w:r/>
      <w:r>
        <w:t>The pair fought back from a set down to beat Canada’s Steven Abrams and Cameron Chadwick in the semi-final. They then lost the final to Hungary’s Domonkos Doczi and Akos Veress. A podium finish in a first outing together is a solid sporting milestone, quite apart from the attention now on Ukkelberg’s personal news. (Volleyball World; USA Volleyball)</w:t>
      </w:r>
      <w:r/>
    </w:p>
    <w:p>
      <w:pPr>
        <w:pStyle w:val="Heading2"/>
      </w:pPr>
      <w:r>
        <w:t>Why visibility in sport matters</w:t>
      </w:r>
      <w:r/>
    </w:p>
    <w:p>
      <w:r/>
      <w:r>
        <w:t>Coming out is personal, and there’s no single right time or way to do it. Ukkelberg’s account is a reminder that being out to loved ones and speaking publicly are separate choices, and people should be able to make each on their own terms. (Outsports; Out)</w:t>
      </w:r>
      <w:r/>
    </w:p>
    <w:p>
      <w:r/>
      <w:r>
        <w:t>For younger athletes watching, seeing an established competitor speak honestly may help make the imagined divide between sport and sexuality feel less fixed. Representation can’t do all the work, but it can make the path ahead look a little less lonely. (PinkNews; B-Gay)</w:t>
      </w:r>
      <w:r/>
    </w:p>
    <w:p>
      <w:pPr>
        <w:pStyle w:val="Heading2"/>
      </w:pPr>
      <w:r>
        <w:t>A milestone beyond the medal table</w:t>
      </w:r>
      <w:r/>
    </w:p>
    <w:p>
      <w:r/>
      <w:r>
        <w:t>Ukkelberg’s silver in Rarotonga marked a first Beach Pro Tour medal; his public video marks a different kind of milestone. Both are part of a year in which his profile has grown, but the decision to speak about being gay remains his to frame. (Volleyball World; Outsports)</w:t>
      </w:r>
      <w:r/>
    </w:p>
    <w:p>
      <w:r/>
      <w:r>
        <w:t>It’s a reminder that sporting achievement and personal identity don’t need to compete for space. For Ukkelberg, sharing more openly seems to have made room for both. (Outsports; PinkNews)</w:t>
      </w:r>
      <w:r/>
    </w:p>
    <w:p>
      <w:r/>
      <w:r>
        <w:t>It's a meaningful step, taken in his own time and in his own words.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3">
        <w:r>
          <w:rPr>
            <w:color w:val="0000EE"/>
            <w:u w:val="single"/>
          </w:rPr>
          <w:t>[7]</w:t>
        </w:r>
      </w:hyperlink>
      <w:r>
        <w:t xml:space="preserve">- Paragraph 5: </w:t>
      </w:r>
      <w:hyperlink r:id="rId14">
        <w:r>
          <w:rPr>
            <w:color w:val="0000EE"/>
            <w:u w:val="single"/>
          </w:rPr>
          <w:t>[3]</w:t>
        </w:r>
      </w:hyperlink>
      <w:r>
        <w:t xml:space="preserve">, </w:t>
      </w:r>
      <w:hyperlink r:id="rId15">
        <w:r>
          <w:rPr>
            <w:color w:val="0000EE"/>
            <w:u w:val="single"/>
          </w:rPr>
          <w:t>[4]</w:t>
        </w:r>
      </w:hyperlink>
      <w:r>
        <w:t xml:space="preserve">- Paragraph 6: </w:t>
      </w:r>
      <w:hyperlink r:id="rId14">
        <w:r>
          <w:rPr>
            <w:color w:val="0000EE"/>
            <w:u w:val="single"/>
          </w:rPr>
          <w:t>[3]</w:t>
        </w:r>
      </w:hyperlink>
      <w:r>
        <w:t xml:space="preserve">, </w:t>
      </w:r>
      <w:hyperlink r:id="rId15">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1">
        <w:r>
          <w:rPr>
            <w:color w:val="0000EE"/>
            <w:u w:val="single"/>
          </w:rPr>
          <w:t>[5]</w:t>
        </w:r>
      </w:hyperlink>
      <w:r>
        <w:t xml:space="preserve">, </w:t>
      </w:r>
      <w:hyperlink r:id="rId13">
        <w:r>
          <w:rPr>
            <w:color w:val="0000EE"/>
            <w:u w:val="single"/>
          </w:rPr>
          <w:t>[7]</w:t>
        </w:r>
      </w:hyperlink>
      <w:r>
        <w:t xml:space="preserve">- Paragraph 9: </w:t>
      </w:r>
      <w:hyperlink r:id="rId14">
        <w:r>
          <w:rPr>
            <w:color w:val="0000EE"/>
            <w:u w:val="single"/>
          </w:rPr>
          <w:t>[3]</w:t>
        </w:r>
      </w:hyperlink>
      <w:r>
        <w:t xml:space="preserve">, </w:t>
      </w:r>
      <w:hyperlink r:id="rId10">
        <w:r>
          <w:rPr>
            <w:color w:val="0000EE"/>
            <w:u w:val="single"/>
          </w:rPr>
          <w:t>[2]</w:t>
        </w:r>
      </w:hyperlink>
      <w:r>
        <w:t xml:space="preserve">- Paragraph 10: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https://gayexpress.co.nz/2026/11/beach-volleyball-pro-alex-ukkelberg-comes-out-publicly-as-gay/</w:t>
        </w:r>
      </w:hyperlink>
      <w:r>
        <w:t xml:space="preserve"> - Please view link - unable to able to access data</w:t>
      </w:r>
      <w:r/>
    </w:p>
    <w:p>
      <w:pPr>
        <w:pStyle w:val="ListNumber"/>
        <w:spacing w:line="240" w:lineRule="auto"/>
        <w:ind w:left="720"/>
      </w:pPr>
      <w:r/>
      <w:hyperlink r:id="rId10">
        <w:r>
          <w:rPr>
            <w:color w:val="0000EE"/>
            <w:u w:val="single"/>
          </w:rPr>
          <w:t>https://www.outsports.com/2026/11/5/24146812/alex-ukkelberg-gay-coming-out-beach-volleyball/</w:t>
        </w:r>
      </w:hyperlink>
      <w:r>
        <w:t xml:space="preserve"> - Outsports reports that professional beach volleyball player Alex Ukkelberg publicly came out as gay in an Instagram video. Although he had been out to family, friends and people in volleyball for years, this was his first public discussion of his sexuality. He told the publication that sharing more of his life on social media made it feel right to speak about this part of himself, adding that visibility matters. In the video, Ukkelberg describes growing up playing several sports and believing that being an athlete meant he could not be gay. He says it took a long time to accept his sexuality and that he considered remaining in the closet. After years of poor mental health, he decided he did not have to give up either his identity as an athlete or his identity as a gay man. He says he is thankful to be gay and believes it has made him more empathetic. The story also includes comments from fellow professional Charlie Siragusa, who praises Ukkelberg’s ability to live authentically and notes their friendship and shared group chat with other gay players. The article gives background on Ukkelberg’s education and career, including his 2025 AVP Laguna Beach Open victory with Logan Webber.</w:t>
      </w:r>
      <w:r/>
    </w:p>
    <w:p>
      <w:pPr>
        <w:pStyle w:val="ListNumber"/>
        <w:spacing w:line="240" w:lineRule="auto"/>
        <w:ind w:left="720"/>
      </w:pPr>
      <w:r/>
      <w:hyperlink r:id="rId14">
        <w:r>
          <w:rPr>
            <w:color w:val="0000EE"/>
            <w:u w:val="single"/>
          </w:rPr>
          <w:t>https://en.volleyballworld.com/beachvolleyball/competitions/beach-pro-tour/2026/futures/rarotonga-cok-m/</w:t>
        </w:r>
      </w:hyperlink>
      <w:r>
        <w:t xml:space="preserve"> - Volleyball World’s official event page records the men’s competition at the 2026 Beach Pro Tour Futures in Rarotonga, Cook Islands. It provides the tournament schedule and match results, including the progress of the United States team Charles Siragusa and Alex Ukkelberg. The page shows the pair competing in the main draw and advancing through the knockout matches. In the semi-final, Siragusa and Ukkelberg defeated Canada’s Steven Abrams and Cameron Chadwick, winning two sets to one. The event results then list the American pair in the men’s final against Hungary’s Domonkos Dóczi and Akos Veress. Hungary won the final in straight sets, leaving Siragusa and Ukkelberg with the silver medal. The match listings also provide the tournament dates, venues and competing teams, making the page a primary source for verifying the Rarotonga results described in the article. It supports the report that the Americans reached the final and lost to the Hungarian team, as well as the account of their semi-final victory over Canada. As an official Beach Pro Tour competition page, it is useful for checking the event’s fixtures and results directly rather than relying solely on later news coverage or summaries.</w:t>
      </w:r>
      <w:r/>
    </w:p>
    <w:p>
      <w:pPr>
        <w:pStyle w:val="ListNumber"/>
        <w:spacing w:line="240" w:lineRule="auto"/>
        <w:ind w:left="720"/>
      </w:pPr>
      <w:r/>
      <w:hyperlink r:id="rId15">
        <w:r>
          <w:rPr>
            <w:color w:val="0000EE"/>
            <w:u w:val="single"/>
          </w:rPr>
          <w:t>https://usavolleyball.org/event/2026-beach-pro-tour-futures-rarotonga-men-only/</w:t>
        </w:r>
      </w:hyperlink>
      <w:r>
        <w:t xml:space="preserve"> - USA Volleyball’s event listing covers the 2026 Beach Pro Tour Futures competition in Rarotonga, a men-only international tournament held in the Cook Islands. The page identifies the event and names American beach volleyball players Charlie Siragusa and Alex Ukkelberg among the competitors. It provides a national federation source connecting the two athletes to the Rarotonga tournament, corroborating their participation as a pairing. The listing places their appearance within the broader Beach Pro Tour calendar and describes the event as a Futures-level competition. This is helpful context for the article’s account of Ukkelberg’s Pacific competition and the team’s first Beach Pro Tour event together. The page is an event reference rather than a personal profile or an interview: its primary value is documenting the tournament and the American athletes entered. Read alongside the official Volleyball World results, it helps establish that the Rarotonga event was part of the international tour and that Siragusa and Ukkelberg represented the United States there. Readers seeking the match-by-match outcome can consult Volleyball World’s event results; this USA Volleyball page independently verifies the event’s national-team context and the players’ involvement.</w:t>
      </w:r>
      <w:r/>
    </w:p>
    <w:p>
      <w:pPr>
        <w:pStyle w:val="ListNumber"/>
        <w:spacing w:line="240" w:lineRule="auto"/>
        <w:ind w:left="720"/>
      </w:pPr>
      <w:r/>
      <w:hyperlink r:id="rId11">
        <w:r>
          <w:rPr>
            <w:color w:val="0000EE"/>
            <w:u w:val="single"/>
          </w:rPr>
          <w:t>https://www.thepinknews.com/2026/11/06/alex-ukkelberg-coming-out-2026/</w:t>
        </w:r>
      </w:hyperlink>
      <w:r>
        <w:t xml:space="preserve"> - PinkNews reports on Alex Ukkelberg’s public coming-out video and explains why the professional beach volleyball player chose to share it. The article says the Los Angeles-based athlete had been out to family and people in volleyball for years but had not previously spoken publicly about being gay. It relays his explanation to Outsports that increased sharing on social media made the moment feel right and that visibility matters. PinkNews summarises the video’s account of Ukkelberg’s childhood belief that being an athlete and being gay were incompatible. He reflects on the difficulty of saying the words aloud, his past mental-health struggles and his eventual decision to embrace both identities. He describes being thankful that he is gay and says it has made him more empathetic. The report also notes that he had kept this part of his story off social media for more than a decade and that he still felt apprehensive after posting. It includes support from fellow professional Charlie Siragusa, describing their friendship and the GayVP group chat. The article adds biographical information about Ukkelberg’s university education and his 2025 AVP Laguna Beach Open win with Logan Webber, placing the announcement within his sporting career.</w:t>
      </w:r>
      <w:r/>
    </w:p>
    <w:p>
      <w:pPr>
        <w:pStyle w:val="ListNumber"/>
        <w:spacing w:line="240" w:lineRule="auto"/>
        <w:ind w:left="720"/>
      </w:pPr>
      <w:r/>
      <w:hyperlink r:id="rId12">
        <w:r>
          <w:rPr>
            <w:color w:val="0000EE"/>
            <w:u w:val="single"/>
          </w:rPr>
          <w:t>https://www.out.com/gay-athletes/beach-volleyball-pro-alex-ukkelberg-comes-out</w:t>
        </w:r>
      </w:hyperlink>
      <w:r>
        <w:t xml:space="preserve"> - Out covers professional beach volleyball player Alex Ukkelberg’s decision to come out publicly as gay, focusing on the personal significance of his announcement. The article describes him as a Los Angeles-based athlete who had already been open with family, friends and people in the professional beach volleyball community. His social-media video was the first time he had discussed his sexuality publicly. The report presents the announcement as a considered step rather than a sudden revelation: Ukkelberg had spent years deciding how to speak about this part of his life and whether to share it online at all. It recounts his experience of growing up with the impression that athletic identity and gay identity could not coexist, and his eventual realisation that he should not have to abandon either. The story highlights the message of visibility for younger athletes who may feel isolated or uncertain about their sexuality. It also situates his announcement within his sporting life and the support available among fellow players. The piece offers a further news account of the coming-out video, complementing Outsports’ interview and PinkNews’ report. Together, these details help readers understand both the public nature of the announcement and the years of private reflection that preceded it.</w:t>
      </w:r>
      <w:r/>
    </w:p>
    <w:p>
      <w:pPr>
        <w:pStyle w:val="ListNumber"/>
        <w:spacing w:line="240" w:lineRule="auto"/>
        <w:ind w:left="720"/>
      </w:pPr>
      <w:r/>
      <w:hyperlink r:id="rId13">
        <w:r>
          <w:rPr>
            <w:color w:val="0000EE"/>
            <w:u w:val="single"/>
          </w:rPr>
          <w:t>https://b-gay.com/beach-volleyball-pro-alex-ukkelberg-comes-out-im-thankful-that-im-gay/</w:t>
        </w:r>
      </w:hyperlink>
      <w:r>
        <w:t xml:space="preserve"> - B-Gay recounts Alex Ukkelberg’s coming-out story, beginning with the conflict he experienced between his ambition to be an athlete and the belief that he could not also be gay. The article says Ukkelberg, now a professional beach volleyball player based in Los Angeles, shared his experience in an Instagram video. It explains that he had been out to family and friends for years but still found it difficult to discuss his sexuality on social media. Even after recording the video, he reportedly felt tempted to remove it. He chose to publish it because he remembered how much a visible gay athlete might have helped him when he was younger. The report highlights his conclusion that being gay has made him a better and more empathetic person. It also describes his sporting connections, particularly his friendship and playing history with fellow out professional Charlie Siragusa and their group chat with other gay volleyball players, known as GayVP. In addition, the article refers to Ukkelberg’s route into professional beach volleyball and his 2025 AVP Laguna Beach Open victory with Logan Webber. Its emphasis is on personal acceptance, the value of representation and the supportive relationships within the sport.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11/beach-volleyball-pro-alex-ukkelberg-comes-out-publicly-as-gay/" TargetMode="External"/><Relationship Id="rId10" Type="http://schemas.openxmlformats.org/officeDocument/2006/relationships/hyperlink" Target="https://www.outsports.com/2026/11/5/24146812/alex-ukkelberg-gay-coming-out-beach-volleyball/" TargetMode="External"/><Relationship Id="rId11" Type="http://schemas.openxmlformats.org/officeDocument/2006/relationships/hyperlink" Target="https://www.thepinknews.com/2026/11/06/alex-ukkelberg-coming-out-2026/" TargetMode="External"/><Relationship Id="rId12" Type="http://schemas.openxmlformats.org/officeDocument/2006/relationships/hyperlink" Target="https://www.out.com/gay-athletes/beach-volleyball-pro-alex-ukkelberg-comes-out" TargetMode="External"/><Relationship Id="rId13" Type="http://schemas.openxmlformats.org/officeDocument/2006/relationships/hyperlink" Target="https://b-gay.com/beach-volleyball-pro-alex-ukkelberg-comes-out-im-thankful-that-im-gay/" TargetMode="External"/><Relationship Id="rId14" Type="http://schemas.openxmlformats.org/officeDocument/2006/relationships/hyperlink" Target="https://en.volleyballworld.com/beachvolleyball/competitions/beach-pro-tour/2026/futures/rarotonga-cok-m/" TargetMode="External"/><Relationship Id="rId15" Type="http://schemas.openxmlformats.org/officeDocument/2006/relationships/hyperlink" Target="https://usavolleyball.org/event/2026-beach-pro-tour-futures-rarotonga-men-onl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