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Look at The Closet Professor’s “Moment of Zen” Couples Post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Closet Professor’s “Moment of Zen: Couples” post sits within a blog devoted to LGBTQ+ history, art, literature, politics and culture. Its brief description offers little detail about the featured images, but the surrounding context is clear: this is a personal, varied publication where visual art sometimes includes nudity, and readers are invited to use their judgement.</w:t>
      </w:r>
      <w:r/>
    </w:p>
    <w:p>
      <w:pPr>
        <w:pStyle w:val="Heading2"/>
      </w:pPr>
      <w:r>
        <w:t>A quiet pause, framed by art</w:t>
      </w:r>
      <w:r/>
    </w:p>
    <w:p>
      <w:r/>
      <w:r>
        <w:t>“Moment of Zen: Couples” is listed on The Closet Professor’s site as a post dated 7 November 2026. The title suggests a reflective look at couples, though the available listing doesn’t describe the images or identify the people shown. That leaves the post’s appeal in its premise: a small visual pause amid a blog with a much broader cultural remit. (Closet Professor, 7 November 2026)</w:t>
      </w:r>
      <w:r/>
    </w:p>
    <w:p>
      <w:r/>
      <w:r>
        <w:t>The site’s author says the blog covers LGBTQ+ history, art, literature, politics and culture, with subjects chosen according to what catches his interest. It’s an open-ended mix, rather than a narrowly defined art archive, and that personal quality shapes how readers might approach a post like this one. (The Closet Professor, blog description)</w:t>
      </w:r>
      <w:r/>
    </w:p>
    <w:p>
      <w:pPr>
        <w:pStyle w:val="Heading2"/>
      </w:pPr>
      <w:r>
        <w:t>What readers should know about nudity</w:t>
      </w:r>
      <w:r/>
    </w:p>
    <w:p>
      <w:r/>
      <w:r>
        <w:t>The blog’s content note is direct: some posts include nudity, but the author says these images do not depict sexual acts. He presents them as illustrations that can sometimes support writing about history, gay culture and art, while advising under-18s who aren’t comfortable with nude photographs or art to go elsewhere. (The Closet Professor, content notice)</w:t>
      </w:r>
      <w:r/>
    </w:p>
    <w:p>
      <w:r/>
      <w:r>
        <w:t>That guidance is useful context for anyone browsing. The note doesn’t specify whether this particular couples post contains nudity, so readers shouldn’t assume either way; it’s sensible to treat the warning as applying to the wider site. (The Closet Professor, content notice; “Moment of Zen: Couples” listing)</w:t>
      </w:r>
      <w:r/>
    </w:p>
    <w:p>
      <w:pPr>
        <w:pStyle w:val="Heading2"/>
      </w:pPr>
      <w:r>
        <w:t>A recurring series, not a standalone art guide</w:t>
      </w:r>
      <w:r/>
    </w:p>
    <w:p>
      <w:r/>
      <w:r>
        <w:t>The couples entry belongs to a recurring “Moment of Zen” format. Other posts use the same label for themes including a weekend feature and a kiss, suggesting a loose series built around brief, image-led moments rather than long-form commentary. (The Closet Professor, “Moment of Zen: Weekend”; The Closet Professor, “Moment of Zen: A Kiss”)</w:t>
      </w:r>
      <w:r/>
    </w:p>
    <w:p>
      <w:r/>
      <w:r>
        <w:t>The format offers a gentle contrast to the weightier subjects that can appear on a blog about politics, history and culture. A short visual interlude can be a welcome breather, even when the precise images and their context aren’t described in the available listing. (The Closet Professor, blog description; “Moment of Zen: Couples” listing)</w:t>
      </w:r>
      <w:r/>
    </w:p>
    <w:p>
      <w:pPr>
        <w:pStyle w:val="Heading2"/>
      </w:pPr>
      <w:r>
        <w:t>A personal blog with a clear point of view</w:t>
      </w:r>
      <w:r/>
    </w:p>
    <w:p>
      <w:r/>
      <w:r>
        <w:t>The author also explains that images come from a variety of places, mostly other blogs, and invites rights holders to request removal if they own an image. It’s a practical acknowledgement of how online image sharing works, though it also means readers may want to check the individual post for image credits or further context. (The Closet Professor, image disclaimer)</w:t>
      </w:r>
      <w:r/>
    </w:p>
    <w:p>
      <w:r/>
      <w:r>
        <w:t>The site has been publishing for years: a 2025 post marked 15 years of the blog. That longevity gives the “Moment of Zen” pieces a place within an ongoing personal project, rather than making them feel like isolated social posts. (The Closet Professor, “Moment of Zen: 15 Years”)</w:t>
      </w:r>
      <w:r/>
    </w:p>
    <w:p>
      <w:pPr>
        <w:pStyle w:val="Heading2"/>
      </w:pPr>
      <w:r>
        <w:t>How to browse with care</w:t>
      </w:r>
      <w:r/>
    </w:p>
    <w:p>
      <w:r/>
      <w:r>
        <w:t>If you’re visiting for the couples feature, start with the post itself and its surrounding notes. Because the listing doesn’t provide image descriptions, readers looking for details about the artwork or its subjects will need to consult the original page rather than rely on the title alone. (“Moment of Zen: Couples” listing)</w:t>
      </w:r>
      <w:r/>
    </w:p>
    <w:p>
      <w:r/>
      <w:r>
        <w:t>And if you’re browsing with younger readers nearby, take the site’s content warning seriously. The author’s advice is simple: decide whether nude art is appropriate for you, and move on if it isn’t. (The Closet Professor, content notice)</w:t>
      </w:r>
      <w:r/>
    </w:p>
    <w:p>
      <w:r/>
      <w:r>
        <w:t>A brief couples-themed pause may be all you need, but the blog’s wider mix is there for readers who want to explore further.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[3]</w:t>
        </w:r>
      </w:hyperlink>
      <w:r>
        <w:t xml:space="preserve">- Paragraph 3: </w:t>
      </w:r>
      <w:hyperlink r:id="rId11">
        <w:r>
          <w:rPr>
            <w:color w:val="0000EE"/>
            <w:u w:val="single"/>
          </w:rPr>
          <w:t>[3]</w:t>
        </w:r>
      </w:hyperlink>
      <w:r>
        <w:t xml:space="preserve">- Paragraph 4: </w:t>
      </w:r>
      <w:hyperlink r:id="rId10">
        <w:r>
          <w:rPr>
            <w:color w:val="0000EE"/>
            <w:u w:val="single"/>
          </w:rPr>
          <w:t>[2]</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Paragraph 8: </w:t>
      </w:r>
      <w:hyperlink r:id="rId14">
        <w:r>
          <w:rPr>
            <w:color w:val="0000EE"/>
            <w:u w:val="single"/>
          </w:rPr>
          <w:t>[6]</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https://closetprofessor.blogspot.com/2026/11/moment-of-zen-couples.html</w:t>
        </w:r>
      </w:hyperlink>
      <w:r>
        <w:t xml:space="preserve"> - Please view link - unable to able to access data</w:t>
      </w:r>
      <w:r/>
    </w:p>
    <w:p>
      <w:pPr>
        <w:pStyle w:val="ListNumber"/>
        <w:spacing w:line="240" w:lineRule="auto"/>
        <w:ind w:left="720"/>
      </w:pPr>
      <w:r/>
      <w:hyperlink r:id="rId10">
        <w:r>
          <w:rPr>
            <w:color w:val="0000EE"/>
            <w:u w:val="single"/>
          </w:rPr>
          <w:t>https://closetprofessor.com/2026/11/07/moment-of-zen-couples/</w:t>
        </w:r>
      </w:hyperlink>
      <w:r>
        <w:t xml:space="preserve"> - Published on 7 November 2026, this short personal reflection is the article itself and the clearest source for its central information. The author, Joe, says that it has been years since he was part of a couple, but that he misses the particular closeness of a relationship. He describes a partner as both companion and lover: someone to turn to in difficult moments, tell exciting news first, have meaningful conversations with, or simply spend time beside without needing a special occasion. The post does not present research or make broad factual claims about all couples. Instead, it shares the author’s feelings and his continuing hope that he may find such a connection again, perhaps unexpectedly. A sequence of images accompanies the reflection, but the written text is brief. The article therefore supports the personal statements about Joe’s past experience, sense of missing companionship, and optimism about finding love again; it should not be treated as evidence for general claims about relationships or LGBTQ+ people. The page identifies the post as part of The Closet Professor’s “Moment of Zen” series. Its content is intimate and reflective rather than instructional, political, or academic.</w:t>
      </w:r>
      <w:r/>
    </w:p>
    <w:p>
      <w:pPr>
        <w:pStyle w:val="ListNumber"/>
        <w:spacing w:line="240" w:lineRule="auto"/>
        <w:ind w:left="720"/>
      </w:pPr>
      <w:r/>
      <w:hyperlink r:id="rId11">
        <w:r>
          <w:rPr>
            <w:color w:val="0000EE"/>
            <w:u w:val="single"/>
          </w:rPr>
          <w:t>https://closetprofessor.com/</w:t>
        </w:r>
      </w:hyperlink>
      <w:r>
        <w:t xml:space="preserve"> - The homepage describes The Closet Professor as a blog covering LGBTQ+ history, art, literature, politics, culture, and other topics. It presents posts by Joe in a mixture of personal, reflective, humorous, historical, cultural, and religious modes. The homepage is a changing feed rather than a fixed article, so its contents and featured posts vary over time. It provides context for the “Moment of Zen: Couples” post by showing that the relationship reflection sits within a broader personal and LGBTQ+-focused blog, rather than within a relationship research publication. The page also links to information about the author and other sections of the site. It does not independently verify the author’s personal account or establish general findings about romantic relationships; those are not the purpose of the homepage. Its value is descriptive: it confirms the publication’s stated subject areas and the personal-blog setting in which Joe’s reflections appear. Readers looking for support for claims about the author’s experience should consult the specific post, while readers seeking wider evidence about relationships would need independent research. This page offers the publication-level context, not a separate argument about couples.</w:t>
      </w:r>
      <w:r/>
    </w:p>
    <w:p>
      <w:pPr>
        <w:pStyle w:val="ListNumber"/>
        <w:spacing w:line="240" w:lineRule="auto"/>
        <w:ind w:left="720"/>
      </w:pPr>
      <w:r/>
      <w:hyperlink r:id="rId12">
        <w:r>
          <w:rPr>
            <w:color w:val="0000EE"/>
            <w:u w:val="single"/>
          </w:rPr>
          <w:t>https://closetprofessor.blogspot.com/2026/09/moment-of-zen-weekend.html</w:t>
        </w:r>
      </w:hyperlink>
      <w:r>
        <w:t xml:space="preserve"> - This entry, published on 19 September 2026, is another post in The Closet Professor’s “Moment of Zen” series. The accessible page shows the date, title, author attribution and series label, but its written content is extremely limited; the main post appears to rely on an image. It does not make substantive claims about romantic partnerships, intimacy or the experience of being in a couple. Its relevance to “Moment of Zen: Couples” is therefore contextual rather than evidential: it demonstrates that “Moment of Zen” is a recurring format on the blog, often built around an image and a brief accompanying reflection. The surrounding site describes itself as addressing LGBTQ+ history, art, literature, politics and culture, while mixing serious and lighter material. This post should not be used to support broad conclusions about relationships, nor does it independently corroborate Joe’s personal feelings in the couples post. It can support only the limited description of the recurring series and its presentation style. Anyone seeking evidence about relationship wellbeing or the value of companionship would need sources that directly investigate those subjects, rather than an image-led blog entry.</w:t>
      </w:r>
      <w:r/>
    </w:p>
    <w:p>
      <w:pPr>
        <w:pStyle w:val="ListNumber"/>
        <w:spacing w:line="240" w:lineRule="auto"/>
        <w:ind w:left="720"/>
      </w:pPr>
      <w:r/>
      <w:hyperlink r:id="rId13">
        <w:r>
          <w:rPr>
            <w:color w:val="0000EE"/>
            <w:u w:val="single"/>
          </w:rPr>
          <w:t>https://closetprofessor.blogspot.com/2022/11/moment-of-zen-a-kiss.html</w:t>
        </w:r>
      </w:hyperlink>
      <w:r>
        <w:t xml:space="preserve"> - This page is listed in search results as a 2022 “Moment of Zen” entry titled “A Kiss”. The accessible search listing indicates that the post consists mainly of images and carries the series label, but the page could not be retrieved for a full inspection during link testing. Consequently, its contents cannot be summarised reliably beyond the title and the limited information visible in the listing. The title suggests a romantic or affectionate subject, but that is not enough to establish the images’ context, the people depicted, or any message the author intended. It is therefore only a related example of the blog’s image-led “Moment of Zen” format, not an independent source supporting the factual or personal claims in “Moment of Zen: Couples”. In particular, it cannot verify the author’s relationship history, feelings of missing companionship, or hope of finding a partner. Because the link could not be confirmed as working in the testing tool, it does not meet the request for tested, working URLs and should not be relied upon as a verified source.</w:t>
      </w:r>
      <w:r/>
    </w:p>
    <w:p>
      <w:pPr>
        <w:pStyle w:val="ListNumber"/>
        <w:spacing w:line="240" w:lineRule="auto"/>
        <w:ind w:left="720"/>
      </w:pPr>
      <w:r/>
      <w:hyperlink r:id="rId14">
        <w:r>
          <w:rPr>
            <w:color w:val="0000EE"/>
            <w:u w:val="single"/>
          </w:rPr>
          <w:t>https://closetprofessor.blogspot.com/2025/07/moment-of-zen-15-years.html</w:t>
        </w:r>
      </w:hyperlink>
      <w:r>
        <w:t xml:space="preserve"> - Search results identify this as a July 2025 “Moment of Zen” post marking fifteen years of The Closet Professor. The indexed excerpt says that Joe began the blog on 12 July 2010 and mentions a popular earlier entry, “Brazilian Men”, published in February 2022. This gives some historical context for the blog and its recurring “Moment of Zen” feature. It does not appear to discuss the author’s current relationship status or make claims about couples generally. It can therefore support only background information about the publication’s history and series, not the personal account in the November 2026 couples reflection. The page could not be retrieved in the link test, so the summary is limited to the indexed search excerpt and the URL’s title. It should not be considered a verified, working link, and the visible excerpt should not be mistaken for a full reading of the article. The post may be of interest to readers tracing the blog’s development, but it is not relevant evidence for relationship research or for the author’s present hopes about companionship.</w:t>
      </w:r>
      <w:r/>
    </w:p>
    <w:p>
      <w:pPr>
        <w:pStyle w:val="ListNumber"/>
        <w:spacing w:line="240" w:lineRule="auto"/>
        <w:ind w:left="720"/>
      </w:pPr>
      <w:r/>
      <w:hyperlink r:id="rId10">
        <w:r>
          <w:rPr>
            <w:color w:val="0000EE"/>
            <w:u w:val="single"/>
          </w:rPr>
          <w:t>https://closetprofessor.com/2026/11/07/moment-of-zen-couples/</w:t>
        </w:r>
      </w:hyperlink>
      <w:r>
        <w:t xml:space="preserve"> - This is the same article as the first URL, served from The Closet Professor’s separate mirror site rather than from the original Blogger address. It was successfully opened and displays the post dated 7 November 2026. Joe writes that he has not been part of a couple for years and misses the connection of having a companion and lover. He describes the comfort of turning to someone during hard times, sharing good news with them first, having meaningful conversations, and enjoying one another’s company without needing a particular reason. He then expresses belief that this connection may return, perhaps when he least expects it. The article is a brief personal reflection accompanied by images, not a study or general guide to relationships. It directly supports the author’s own stated experience, emotions and outlook, but does not establish that all people experience partnership in the same way. The page also introduces Joe as someone who writes about LGBTQ+ subjects and personal experiences. Since this is a mirror copy of the original article, it is not an independent corroborating source; it is included as an accessible version of the publication supplied in the prompt.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1/moment-of-zen-couples.html" TargetMode="External"/><Relationship Id="rId10" Type="http://schemas.openxmlformats.org/officeDocument/2006/relationships/hyperlink" Target="https://closetprofessor.com/2026/11/07/moment-of-zen-couples/" TargetMode="External"/><Relationship Id="rId11" Type="http://schemas.openxmlformats.org/officeDocument/2006/relationships/hyperlink" Target="https://closetprofessor.com/" TargetMode="External"/><Relationship Id="rId12" Type="http://schemas.openxmlformats.org/officeDocument/2006/relationships/hyperlink" Target="https://closetprofessor.blogspot.com/2026/09/moment-of-zen-weekend.html" TargetMode="External"/><Relationship Id="rId13" Type="http://schemas.openxmlformats.org/officeDocument/2006/relationships/hyperlink" Target="https://closetprofessor.blogspot.com/2022/11/moment-of-zen-a-kiss.html" TargetMode="External"/><Relationship Id="rId14" Type="http://schemas.openxmlformats.org/officeDocument/2006/relationships/hyperlink" Target="https://closetprofessor.blogspot.com/2025/07/moment-of-zen-15-year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