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Warriors Pride Night Anthem Sparks Debate Over NBA Traditions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Golden State Warriors Pride Night performance has turned the national anthem into a talking point, after a singer waved a rainbow flag during the song. The moment, reported at a November game, drew sharply divided reactions online and raises a broader question: how can teams mark community events while keeping a shared pre-game ritual respectful to fans?</w:t>
      </w:r>
      <w:r/>
    </w:p>
    <w:p>
      <w:pPr>
        <w:pStyle w:val="Heading2"/>
      </w:pPr>
      <w:r>
        <w:t>A flag in the spotlight</w:t>
      </w:r>
      <w:r/>
    </w:p>
    <w:p>
      <w:r/>
      <w:r>
        <w:t>The singer’s gesture was brief, but hard to miss: during the anthem, he brought out a rainbow flag and waved it as he sang. The unusual image quickly travelled beyond the arena, with online reactions ranging from praise for LGBTQ+ visibility to accusations that the performance crossed a line. (Fox News; Yahoo Sports)</w:t>
      </w:r>
      <w:r/>
    </w:p>
    <w:p>
      <w:r/>
      <w:r>
        <w:t>That contrast is what gave the clip its charge. The anthem is a familiar, emotionally loaded part of many US sporting events; Pride Night, meanwhile, is a themed occasion intended to recognise LGBTQ+ fans and communities. Put the two together and even a small gesture can feel much bigger. (Fox News; Golden State Warriors)</w:t>
      </w:r>
      <w:r/>
    </w:p>
    <w:p>
      <w:pPr>
        <w:pStyle w:val="Heading2"/>
      </w:pPr>
      <w:r>
        <w:t>What Pride Night means to the Warriors</w:t>
      </w:r>
      <w:r/>
    </w:p>
    <w:p>
      <w:r/>
      <w:r>
        <w:t>The Warriors list Pride among their group theme nights, alongside other events designed to bring particular communities and fan groups into the arena. Such nights are part of the league’s wider approach to audience engagement, not simply a change to the game itself. (Golden State Warriors)</w:t>
      </w:r>
      <w:r/>
    </w:p>
    <w:p>
      <w:r/>
      <w:r>
        <w:t>But a themed night doesn’t mean every moment will land the same way with every spectator. The club can frame Pride Night as an invitation to feel welcome, while some fans may see the anthem as a separate tradition best left untouched. That tension is real, even when people agree that everyone should be able to attend a game without feeling unwelcome. (Golden State Warriors; Fox News)</w:t>
      </w:r>
      <w:r/>
    </w:p>
    <w:p>
      <w:pPr>
        <w:pStyle w:val="Heading2"/>
      </w:pPr>
      <w:r>
        <w:t>Why the performance split opinion</w:t>
      </w:r>
      <w:r/>
    </w:p>
    <w:p>
      <w:r/>
      <w:r>
        <w:t>Fox News’ OutKick coverage described the flag-waving as disrespectful, while Yahoo Sports also reported on the unexpected turn during the anthem. Those accounts show how the performance became a debate about the boundaries between personal expression, civic ritual and team-sponsored events. (Fox News; Yahoo Sports)</w:t>
      </w:r>
      <w:r/>
    </w:p>
    <w:p>
      <w:r/>
      <w:r>
        <w:t>The online response quoted in the lead story included hostile language. That sort of reaction can make a complicated disagreement harder to discuss, especially when criticism of a performance spills over into attacks on a whole community. A more useful question is whether teams should set clearer expectations for ceremonies that carry both civic and personal meaning. (Fox News; Yahoo Sports)</w:t>
      </w:r>
      <w:r/>
    </w:p>
    <w:p>
      <w:pPr>
        <w:pStyle w:val="Heading2"/>
      </w:pPr>
      <w:r>
        <w:t>A wider debate about sport and identity</w:t>
      </w:r>
      <w:r/>
    </w:p>
    <w:p>
      <w:r/>
      <w:r>
        <w:t>The argument also sits within a broader conversation about LGBTQ+ inclusion in professional sport. Coverage of Jaden Ivey’s departure from the Chicago Bulls has examined tensions around players’ public comments and the league environment, although that is a separate story from the Warriors’ anthem performance. (The Atlantic)</w:t>
      </w:r>
      <w:r/>
    </w:p>
    <w:p>
      <w:r/>
      <w:r>
        <w:t>Meanwhile, the Warriors’ own listings make clear that Pride is one of several themed events in the team calendar. For clubs, these nights can signal welcome and build connections with fans; for audiences, they can prompt different ideas about what belongs at a sporting event. Neither reaction is surprising, but the conversation works better when it stays focused on the action rather than turning people into targets. (Golden State Warriors)</w:t>
      </w:r>
      <w:r/>
    </w:p>
    <w:p>
      <w:pPr>
        <w:pStyle w:val="Heading2"/>
      </w:pPr>
      <w:r>
        <w:t>What fans can take from the moment</w:t>
      </w:r>
      <w:r/>
    </w:p>
    <w:p>
      <w:r/>
      <w:r>
        <w:t>If you’re heading to a Pride Night game, check the team’s event information beforehand so you know what’s planned. Theme-night activities vary, and the Warriors publish their group events and fan details online. For anyone attending with family or friends, it’s also worth having a quick chat about what the evening means to you. (Golden State Warriors)</w:t>
      </w:r>
      <w:r/>
    </w:p>
    <w:p>
      <w:r/>
      <w:r>
        <w:t>There’s no rule that every fan has to respond to a ceremony in the same way. But teams and performers can help by being clear about the purpose of an event and thoughtful about how it intersects with shared rituals. In a packed arena, that little bit of care can make room for both spirited expression and a more welcoming night out. (Golden State Warriors; Fox News)</w:t>
      </w:r>
      <w:r/>
    </w:p>
    <w:p>
      <w:r/>
      <w:r>
        <w:t>A single performance can spark a much bigger conversation about who feels at home in sport, and how teams show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[2]</w:t>
        </w:r>
      </w:hyperlink>
      <w:r>
        <w:t xml:space="preserve">, </w:t>
      </w:r>
      <w:hyperlink r:id="rId13">
        <w:r>
          <w:rPr>
            <w:color w:val="0000EE"/>
            <w:u w:val="single"/>
          </w:rPr>
          <w:t>[7]</w:t>
        </w:r>
      </w:hyperlink>
      <w:r>
        <w:t xml:space="preserve">- Paragraph 4: </w:t>
      </w:r>
      <w:hyperlink r:id="rId12">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Paragraph 8: </w:t>
      </w:r>
      <w:hyperlink r:id="rId12">
        <w:r>
          <w:rPr>
            <w:color w:val="0000EE"/>
            <w:u w:val="single"/>
          </w:rPr>
          <w:t>[2]</w:t>
        </w:r>
      </w:hyperlink>
      <w:r>
        <w:t xml:space="preserve">, </w:t>
      </w:r>
      <w:hyperlink r:id="rId13">
        <w:r>
          <w:rPr>
            <w:color w:val="0000EE"/>
            <w:u w:val="single"/>
          </w:rPr>
          <w:t>[7]</w:t>
        </w:r>
      </w:hyperlink>
      <w:r>
        <w:t xml:space="preserve">- Paragraph 9: </w:t>
      </w:r>
      <w:hyperlink r:id="rId12">
        <w:r>
          <w:rPr>
            <w:color w:val="0000EE"/>
            <w:u w:val="single"/>
          </w:rPr>
          <w:t>[2]</w:t>
        </w:r>
      </w:hyperlink>
      <w:r>
        <w:t xml:space="preserve">, </w:t>
      </w:r>
      <w:hyperlink r:id="rId13">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https://www.wnd.com/2026/11/retarded-nba-sponsors-activist-who-twists-national-anthem/</w:t>
        </w:r>
      </w:hyperlink>
      <w:r>
        <w:t xml:space="preserve"> - Please view link - unable to able to access data</w:t>
      </w:r>
      <w:r/>
    </w:p>
    <w:p>
      <w:pPr>
        <w:pStyle w:val="ListNumber"/>
        <w:spacing w:line="240" w:lineRule="auto"/>
        <w:ind w:left="720"/>
      </w:pPr>
      <w:r/>
      <w:hyperlink r:id="rId12">
        <w:r>
          <w:rPr>
            <w:color w:val="0000EE"/>
            <w:u w:val="single"/>
          </w:rPr>
          <w:t>https://www.nba.com/warriors/news/warriors-fan-guide-november-2026</w:t>
        </w:r>
      </w:hyperlink>
      <w:r>
        <w:t xml:space="preserve"> - The Golden State Warriors’ official November 2026 fan guide lists the team’s home fixtures, selected player information, and themed event nights. It confirms that Golden State hosted Miami at Chase Center on 5 November and designated that game as Pride Night. The guide also says attendees would receive a Pride-themed giveaway presented by Accenture. Other listed theme nights include Native American Heritage Night against Orlando and Hoops for Troops Night against New Orleans. This source supports the article’s claim that the Warriors scheduled a Pride event around the Miami game, and identifies the corporate sponsor associated with the giveaway. It does not mention the national anthem performance, the singer, the flag-waving, or audience reactions, so it cannot independently verify those parts of the account. The page is a team-produced event guide rather than independent reporting; it is useful for confirming the game’s date and official event branding, but not for assessing criticism of the performance or broader claims about league priorities. Its publication date is 30 October 2026, before the game. The page presents the Pride event alongside several other promotional and heritage nights in the November schedule.</w:t>
      </w:r>
      <w:r/>
    </w:p>
    <w:p>
      <w:pPr>
        <w:pStyle w:val="ListNumber"/>
        <w:spacing w:line="240" w:lineRule="auto"/>
        <w:ind w:left="720"/>
      </w:pPr>
      <w:r/>
      <w:hyperlink r:id="rId10">
        <w:r>
          <w:rPr>
            <w:color w:val="0000EE"/>
            <w:u w:val="single"/>
          </w:rPr>
          <w:t>https://www.foxnews.com/outkick-sports/woke-3-0-hot-start-singer-waves-pride-flag-performing-national-anthem-nba-game</w:t>
        </w:r>
      </w:hyperlink>
      <w:r>
        <w:t xml:space="preserve"> - This OutKick report, published by Fox News on 6 November 2026, describes a singer waving a small Pride flag while performing the United States national anthem at the Golden State Warriors’ Pride Night game. It says the game took place at Oracle Arena, although the Warriors’ official guide identifies Chase Center as the venue, so readers should treat that venue reference cautiously. The report frames the incident as a culture-war controversy and says the gesture prompted substantial negative responses online. Its headline calls the moment the start of “Woke 3.0”, while the article’s commentary criticises the decision to wave a Pride flag during the anthem. The piece also connects the incident to wider disputes over political and social expression in professional basketball, including players’ behaviour during anthems. This is an opinionated sports commentary source, not a neutral account: its language and framing reflect a critical viewpoint. It is relevant to the article’s account of the performance and the ensuing backlash, but it should not be treated as proof that every social-media response was representative or that the incident establishes a broader change in the NBA’s priorities.</w:t>
      </w:r>
      <w:r/>
    </w:p>
    <w:p>
      <w:pPr>
        <w:pStyle w:val="ListNumber"/>
        <w:spacing w:line="240" w:lineRule="auto"/>
        <w:ind w:left="720"/>
      </w:pPr>
      <w:r/>
      <w:hyperlink r:id="rId11">
        <w:r>
          <w:rPr>
            <w:color w:val="0000EE"/>
            <w:u w:val="single"/>
          </w:rPr>
          <w:t>https://sports.yahoo.com/articles/national-anthem-takes-unexpected-turn-054643727.html</w:t>
        </w:r>
      </w:hyperlink>
      <w:r>
        <w:t xml:space="preserve"> - This Yahoo Sports article, credited to Basketball Network and published on 6 November 2026, reports that a singer performed the national anthem before the Warriors’ Pride Night game against the Miami Heat. It says that, during the lyric “what so proudly we hailed”, the singer took out a rainbow Pride flag and waved it. The story notes that some players appeared to laugh, while cautioning that their reason for laughing was unclear: it could have been the flag or aspects of the performance. It also describes critical reactions from fans online, including claims that the gesture disrespected the American flag. The report therefore supports the core account of a Pride flag being displayed during the anthem and the existence of negative commentary, while explicitly acknowledging uncertainty about the players’ reaction. It does not establish that the league sponsored the singer personally, nor does it substantiate claims about the NBA’s overall political direction. As coverage republished through Yahoo, it provides a separate account of the episode from the original opinion piece. The article is brief and focuses on the performance and immediate response rather than the wider historical or political comparisons made in the supplied article.</w:t>
      </w:r>
      <w:r/>
    </w:p>
    <w:p>
      <w:pPr>
        <w:pStyle w:val="ListNumber"/>
        <w:spacing w:line="240" w:lineRule="auto"/>
        <w:ind w:left="720"/>
      </w:pPr>
      <w:r/>
      <w:hyperlink r:id="rId14">
        <w:r>
          <w:rPr>
            <w:color w:val="0000EE"/>
            <w:u w:val="single"/>
          </w:rPr>
          <w:t>https://www.theatlantic.com/culture/2026/04/jaden-ivey-cut-bulls/686713/</w:t>
        </w:r>
      </w:hyperlink>
      <w:r>
        <w:t xml:space="preserve"> - In this April 2026 essay, Jemele Hill examines Jaden Ivey’s departure from the Chicago Bulls after public comments about the NBA’s Pride events and LGBTQ people. Hill recounts that Ivey criticised Pride nights and framed them as celebrating what he called “unrighteousness”. The Bulls subsequently placed him on waivers, citing conduct detrimental to the team. The essay also supplies context that complicates a simple claim that he was dismissed solely for opposing Pride: Ivey had been ruled out for the remainder of the season because of a knee issue, had a limited NBA record, and had made other controversial religious statements, including criticism of Catholicism and comments about another player’s faith. Hill compares Ivey’s situation with players who received different consequences for offensive language, arguing that performance, status, and organisational circumstances can affect how athletes are treated. The article supports the factual connection between Ivey’s remarks about Pride and the timing of the Bulls’ waiver decision, but it does not establish that the NBA itself released him; the decision was made by the Bulls. It is an analysis and opinion essay, and it presents a more qualified account than the supplied article’s assertion that he lost his job simply for speaking against Pride.</w:t>
      </w:r>
      <w:r/>
    </w:p>
    <w:p>
      <w:pPr>
        <w:pStyle w:val="ListNumber"/>
        <w:spacing w:line="240" w:lineRule="auto"/>
        <w:ind w:left="720"/>
      </w:pPr>
      <w:r/>
      <w:hyperlink r:id="rId15">
        <w:r>
          <w:rPr>
            <w:color w:val="0000EE"/>
            <w:u w:val="single"/>
          </w:rPr>
          <w:t>https://veterans.house.gov/uploadedfiles/2023_06_06_letter_to_secva_on_pride_flag.pdf</w:t>
        </w:r>
      </w:hyperlink>
      <w:r>
        <w:t xml:space="preserve"> - This 6 June 2023 letter from members of the United States House of Representatives to the Secretary of Veterans Affairs concerns the display of Pride flags at VA facilities. The signatories refer to President Joe Biden’s May 2023 Pride Month proclamation and say VA facilities had been authorised to display Pride flags during June. They express concern that Pride flags might be displayed at the expense of traditional flags, including the American flag, and argue that the Pride flag should not replace flags associated with the United States, the armed services, the VA, or prisoners of war and those missing in action. The letter asks the department to explain how it would ensure compliance with its policies and to confirm that any displaced traditional flags had been restored. This primary document supports the narrower point that the Biden administration issued a Pride Month proclamation and that federal flag displays became a subject of political debate. It does not show that Biden personally arranged for a Pride flag to fly over the White House, as the supplied article claims. The document concerns VA facilities and records the signatories’ position; it is not an independent finding that a flag was in fact replaced at every facility. Its value is chiefly as an official record of the dispute and the concerns raised by lawmakers.</w:t>
      </w:r>
      <w:r/>
    </w:p>
    <w:p>
      <w:pPr>
        <w:pStyle w:val="ListNumber"/>
        <w:spacing w:line="240" w:lineRule="auto"/>
        <w:ind w:left="720"/>
      </w:pPr>
      <w:r/>
      <w:hyperlink r:id="rId13">
        <w:r>
          <w:rPr>
            <w:color w:val="0000EE"/>
            <w:u w:val="single"/>
          </w:rPr>
          <w:t>https://www.nba.com/warriors/tickets/group-theme-nights-and-giveaways</w:t>
        </w:r>
      </w:hyperlink>
      <w:r>
        <w:t xml:space="preserve"> - The Golden State Warriors’ official tickets page describes group theme nights and giveaways for the 2026–27 season. It invites fans to attend special event nights and explains that certain tickets purchased through the relevant event link include a themed item. The page is useful as a source for the Warriors’ formal promotion of Pride Night as part of its broader schedule of special events. That context helps establish that Pride Night was an organised team event rather than an unofficial gathering, and complements the November fan guide, which identifies the 5 November game against Miami as Pride Night and mentions a Pride giveaway presented by Accenture. The page does not discuss the anthem singer, the flag, the reaction of players or spectators, or any NBA policy about performances. It therefore corroborates only the event-promotion aspect of the supplied article. As an official team sales page, its purpose is to inform prospective attendees, not to report on controversy or evaluate the social significance of the event. Readers should distinguish this confirmation of event scheduling from the article’s broader interpretations about league priorities and political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nd.com/2026/11/retarded-nba-sponsors-activist-who-twists-national-anthem/" TargetMode="External"/><Relationship Id="rId10" Type="http://schemas.openxmlformats.org/officeDocument/2006/relationships/hyperlink" Target="https://www.foxnews.com/outkick-sports/woke-3-0-hot-start-singer-waves-pride-flag-performing-national-anthem-nba-game" TargetMode="External"/><Relationship Id="rId11" Type="http://schemas.openxmlformats.org/officeDocument/2006/relationships/hyperlink" Target="https://sports.yahoo.com/articles/national-anthem-takes-unexpected-turn-054643727.html" TargetMode="External"/><Relationship Id="rId12" Type="http://schemas.openxmlformats.org/officeDocument/2006/relationships/hyperlink" Target="https://www.nba.com/warriors/news/warriors-fan-guide-november-2026" TargetMode="External"/><Relationship Id="rId13" Type="http://schemas.openxmlformats.org/officeDocument/2006/relationships/hyperlink" Target="https://www.nba.com/warriors/tickets/group-theme-nights-and-giveaways" TargetMode="External"/><Relationship Id="rId14" Type="http://schemas.openxmlformats.org/officeDocument/2006/relationships/hyperlink" Target="https://www.theatlantic.com/culture/2026/04/jaden-ivey-cut-bulls/686713/" TargetMode="External"/><Relationship Id="rId15" Type="http://schemas.openxmlformats.org/officeDocument/2006/relationships/hyperlink" Target="https://veterans.house.gov/uploadedfiles/2023_06_06_letter_to_secva_on_pride_fla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