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Temecula Church Pride Flag Thefts Meet a Message of Hope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swastika was painted on Temecula United Methodist Church after its Pride gathering, while its Pride flags were repeatedly stolen. The incidents have prompted a sheriff's investigation, but the congregation's response is strikingly hopeful: its pastor says the church wants to transform the damaged wall into a mural of peace.</w:t>
      </w:r>
      <w:r/>
    </w:p>
    <w:p>
      <w:pPr>
        <w:pStyle w:val="Heading2"/>
      </w:pPr>
      <w:r>
        <w:t>Repeated flag thefts followed a Pride gathering</w:t>
      </w:r>
      <w:r/>
    </w:p>
    <w:p>
      <w:r/>
      <w:r>
        <w:t>The first flags disappeared the evening after a gathering with the Temecula Valley Pride Center. The church's Pride and American flags were taken from the flagpole, whose lock had been forced, CBS News Los Angeles reported. The bright flags were soon replaced, but those replacements went missing too.</w:t>
      </w:r>
      <w:r/>
    </w:p>
    <w:p>
      <w:r/>
      <w:r>
        <w:t>Pastor Drew Davis kept putting up new Pride flags, only for them to be stolen within days. The repeated losses turned a single theft into a troubling pattern, though available reports don't establish who was responsible or whether one person carried out every incident.</w:t>
      </w:r>
      <w:r/>
    </w:p>
    <w:p>
      <w:pPr>
        <w:pStyle w:val="Heading2"/>
      </w:pPr>
      <w:r>
        <w:t>A swastika was found on the church wall</w:t>
      </w:r>
      <w:r/>
    </w:p>
    <w:p>
      <w:r/>
      <w:r>
        <w:t>On Oct. 26, the church learned that a swastika had been spray-painted on the back of its building. By the time of subsequent reporting, the mark had been painted over, but the congregation was considering a more lasting response.</w:t>
      </w:r>
      <w:r/>
    </w:p>
    <w:p>
      <w:r/>
      <w:r>
        <w:t>Davis told CBS News Los Angeles that the church wanted to build a painting around the imagery, letting it dissolve into a mural of peace. It's a thoughtful way to reclaim a wall without pretending the harm didn't happen.</w:t>
      </w:r>
      <w:r/>
    </w:p>
    <w:p>
      <w:pPr>
        <w:pStyle w:val="Heading2"/>
      </w:pPr>
      <w:r>
        <w:t>The sheriff's investigation is ongoing</w:t>
      </w:r>
      <w:r/>
    </w:p>
    <w:p>
      <w:r/>
      <w:r>
        <w:t>The Riverside County Sheriff's Office is investigating the reported flag thefts and vandalism. No arrests had been reported in coverage published on Nov. 4, and officials had not established who was behind the incidents.</w:t>
      </w:r>
      <w:r/>
    </w:p>
    <w:p>
      <w:r/>
      <w:r>
        <w:t>The sheriff's office said the case was not being treated as a hate crime. That classification doesn't answer every question about motive, and the available reporting doesn't establish a link between the flag thefts and the swastika.</w:t>
      </w:r>
      <w:r/>
    </w:p>
    <w:p>
      <w:pPr>
        <w:pStyle w:val="Heading2"/>
      </w:pPr>
      <w:r>
        <w:t>The church is continuing its LGBTQ-affirming work</w:t>
      </w:r>
      <w:r/>
    </w:p>
    <w:p>
      <w:r/>
      <w:r>
        <w:t>The congregation also planned a Nov. 19 observance for Transgender Remembrance Day, including a reading of names, CBS News Los Angeles reported. Continuing with the event after the vandalism makes the church's response more than a statement on a wall.</w:t>
      </w:r>
      <w:r/>
    </w:p>
    <w:p>
      <w:r/>
      <w:r>
        <w:t>There's a wider California context, too. Fresno's First Congregational Church faced vandalism targeting a rainbow-coloured door installation, with local reporting describing a second incident this summer. The cases aren't identical, but both show how visible symbols of welcome can become targets.</w:t>
      </w:r>
      <w:r/>
    </w:p>
    <w:p>
      <w:pPr>
        <w:pStyle w:val="Heading2"/>
      </w:pPr>
      <w:r>
        <w:t>What the response says about community resilience</w:t>
      </w:r>
      <w:r/>
    </w:p>
    <w:p>
      <w:r/>
      <w:r>
        <w:t>The mural plan offers a practical, public-minded response: repair the wall, but turn it into something that reflects the congregation's values. Meanwhile, the repeated replacement of the flags shows how a simple gesture of inclusion can require persistence when it is repeatedly challenged.</w:t>
      </w:r>
      <w:r/>
    </w:p>
    <w:p>
      <w:r/>
      <w:r>
        <w:t>For local residents, the investigation may clarify what happened. For the congregation, the next chapter is already taking shape: remembrance, community and a wall intended to speak of peace.</w:t>
      </w:r>
      <w:r/>
    </w:p>
    <w:p>
      <w:r/>
      <w:r>
        <w:t>It's a small but powerful choice to answer vandalism with a visible message of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https://hoodline.com/2026/11/temecula-church-hit-with-swastika-repeated-pride-flag-thefts-after-lgbtq-event/</w:t>
        </w:r>
      </w:hyperlink>
      <w:r>
        <w:t xml:space="preserve"> - Please view link - unable to able to access data</w:t>
      </w:r>
      <w:r/>
    </w:p>
    <w:p>
      <w:pPr>
        <w:pStyle w:val="ListNumber"/>
        <w:spacing w:line="240" w:lineRule="auto"/>
        <w:ind w:left="720"/>
      </w:pPr>
      <w:r/>
      <w:hyperlink r:id="rId10">
        <w:r>
          <w:rPr>
            <w:color w:val="0000EE"/>
            <w:u w:val="single"/>
          </w:rPr>
          <w:t>https://www.cbsnews.com/losangeles/news/temecula-church-pride-flags-stolen-swastika-united-methodist-church/?intcid=CNR-02-0623</w:t>
        </w:r>
      </w:hyperlink>
      <w:r>
        <w:t xml:space="preserve"> - CBS Los Angeles reports that the Riverside County Sheriff’s Office is investigating thefts and vandalism at Temecula United Methodist Church after the congregation hosted a Pride event. Pastor Drew Davis says someone prised open the flagpole box and took the inclusive Pride flag and the American flag. He replaced the stolen flags, but the replacements were also taken within days. About a week later, a swastika was spray-painted on the back of the church. Davis describes the symbol as hateful, but says he wants the congregation to answer it with hope. The church intends to create a mural of peace around the imagery rather than let the vandalism define the site. Davis also explains that supporting LGBTQ+ people is important to him, including because members of his family identify with the community. He says the church aims to remain a welcoming place for vulnerable people and those seeking affirmation. The report adds that church officials have planned a name-reading ceremony for 19 November in observance of Transgender Remembrance Day. This account supports the article’s central claims about the flag thefts, the swastika, the sheriff’s investigation, the pastor’s response and the planned ceremony. It reports the church’s stated plans and investigation status as of its publication on 4 November 2026.</w:t>
      </w:r>
      <w:r/>
    </w:p>
    <w:p>
      <w:pPr>
        <w:pStyle w:val="ListNumber"/>
        <w:spacing w:line="240" w:lineRule="auto"/>
        <w:ind w:left="720"/>
      </w:pPr>
      <w:r/>
      <w:hyperlink r:id="rId11">
        <w:r>
          <w:rPr>
            <w:color w:val="0000EE"/>
            <w:u w:val="single"/>
          </w:rPr>
          <w:t>https://patch.com/california/temecula/amp/35136995/swastika-pride-flag-thefts-target-temecula-church-pastor-responds-with-hope</w:t>
        </w:r>
      </w:hyperlink>
      <w:r>
        <w:t xml:space="preserve"> - Patch’s Temecula report describes a series of incidents at Temecula United Methodist Church and focuses on Pastor Drew Davis’s response. Following the theft of Pride flags and the spray-painting of a swastika, Davis opened the church on Election Day for prayer and meditation, inviting local residents to use it as a quiet place for reflection. The report presents this gesture as part of the congregation’s effort to respond with hope rather than abandon its welcoming message. It identifies the church as the target of repeated flag thefts and hateful graffiti, and describes Davis as undeterred by the vandalism. The article is a useful local account alongside the more detailed reporting on the chronology and investigation: it confirms that the events were publicly discussed in Temecula and documents the church’s immediate community response. Patch published the story on 3 November 2026 and updated it later that day. It therefore provides a dated account of how the church was responding at that point, rather than evidence identifying who committed the acts. The report does not establish that the thefts and graffiti were carried out by the same person, nor does it independently prove a motive. Its strongest support is for the occurrence of the reported vandalism and Davis’s decision to make the church available for reflection.</w:t>
      </w:r>
      <w:r/>
    </w:p>
    <w:p>
      <w:pPr>
        <w:pStyle w:val="ListNumber"/>
        <w:spacing w:line="240" w:lineRule="auto"/>
        <w:ind w:left="720"/>
      </w:pPr>
      <w:r/>
      <w:hyperlink r:id="rId9">
        <w:r>
          <w:rPr>
            <w:color w:val="0000EE"/>
            <w:u w:val="single"/>
          </w:rPr>
          <w:t>https://hoodline.com/2026/11/temecula-church-hit-with-swastika-repeated-pride-flag-thefts-after-lgbtq-event/</w:t>
        </w:r>
      </w:hyperlink>
      <w:r>
        <w:t xml:space="preserve"> - Hoodline’s report gathers accounts of repeated thefts and vandalism at Temecula United Methodist Church after an LGBTQ+ gathering hosted with the Temecula Valley Pride Center. It says the church’s Pride and American flags were taken, the flagpole lock was forced, replacement Pride flags disappeared, and a swastika was later painted on the rear of the building. The article attributes the sequence and dates to local reporting and statements from Pastor Drew Davis. It also covers the planned response to the hate symbol: church leaders want to develop a painting around the image so it becomes part of a mural of peace. The congregation intends to proceed with a ceremony reading names in observance of Transgender Remembrance Day. Hoodline reports that the Riverside County Sheriff’s Office is investigating, while the available reporting says no arrests had been made at the time. It also compares the Temecula case with vandalism of a rainbow-coloured door display at a Fresno church. The article distinguishes between reported events and unanswered questions: the evidence described does not establish who stole the flags, who painted the swastika, or whether a single person was responsible for every incident.</w:t>
      </w:r>
      <w:r/>
    </w:p>
    <w:p>
      <w:pPr>
        <w:pStyle w:val="ListNumber"/>
        <w:spacing w:line="240" w:lineRule="auto"/>
        <w:ind w:left="720"/>
      </w:pPr>
      <w:r/>
      <w:hyperlink r:id="rId12">
        <w:r>
          <w:rPr>
            <w:color w:val="0000EE"/>
            <w:u w:val="single"/>
          </w:rPr>
          <w:t>https://www.lgbtqnation.com/2026/08/vandals-knocked-down-a-churchs-pro-lgbtq-display-the-church-responded-in-a-powerful-way/</w:t>
        </w:r>
      </w:hyperlink>
      <w:r>
        <w:t xml:space="preserve"> - LGBTQ Nation reports on repeated vandalism of the rainbow-coloured door display outside First Congregational Church of Fresno, also known as the Big Red Church. The doors carry the words “God’s doors are open to all” and were painted in Pride colours. The article says that on 9 August 2026 the Rev. Simon Biasell-Moshrefi was told that some of the six doors had been knocked down and crushed. Neighbours restored the display before the Sunday service ended. The report notes that this was not the first attack on the installation that summer and describes the congregation’s continued commitment to welcoming LGBTQ+ people. The church was seeking support for a new art installation, while local police were looking for the vandal. The Fresno Police Department told KMPH that the incident was not being investigated as a hate crime. The article offers context for Hoodline’s comparison with incidents elsewhere in California: it documents a separate congregation experiencing damage to an LGBTQ+-affirming display and distinguishes the police classification in that case from the Temecula investigation. It does not suggest that the Fresno and Temecula incidents are connected. Rather, it records the Fresno church’s account, neighbours’ swift repair efforts and the congregation’s stated intention to maintain an inclusive welcome.</w:t>
      </w:r>
      <w:r/>
    </w:p>
    <w:p>
      <w:pPr>
        <w:pStyle w:val="ListNumber"/>
        <w:spacing w:line="240" w:lineRule="auto"/>
        <w:ind w:left="720"/>
      </w:pPr>
      <w:r/>
      <w:hyperlink r:id="rId13">
        <w:r>
          <w:rPr>
            <w:color w:val="0000EE"/>
            <w:u w:val="single"/>
          </w:rPr>
          <w:t>https://www.aol.com/articles/tower-district-church-rebuilds-pride-162812000.html</w:t>
        </w:r>
      </w:hyperlink>
      <w:r>
        <w:t xml:space="preserve"> - This report, republished by AOL, covers the damage to a rainbow-coloured door installation at First Congregational Church of Fresno and the community’s response. The doors, displayed outside the church known as the Big Red Church, express the message that God’s doors are open to all. The Rev. Simon Biasell-Moshrefi said the doors appeared to have been trampled and deliberately damaged. Neighbours put them back in place before the church service ended, and the congregation later joined a community healing gathering with Fresnans United. The event brought together church members and community supporters, and helped raise funds for a new art installation with local artists. The article describes the doors as a long-running symbol of welcome and inclusion, while noting that this was the second act of vandalism directed at them during the summer. It records participants’ views that rebuilding the display was a way to affirm the community’s values and stand together. This source supports the broader comparison in the provided article about a California congregation facing repeated damage to an LGBTQ+-affirming display. It concerns Fresno rather than Temecula, so it does not provide evidence about the Temecula incidents, their investigation or their suspects. It adds local detail about the Fresno church’s response and the community gathering.</w:t>
      </w:r>
      <w:r/>
    </w:p>
    <w:p>
      <w:pPr>
        <w:pStyle w:val="ListNumber"/>
        <w:spacing w:line="240" w:lineRule="auto"/>
        <w:ind w:left="720"/>
      </w:pPr>
      <w:r/>
      <w:hyperlink r:id="rId14">
        <w:r>
          <w:rPr>
            <w:color w:val="0000EE"/>
            <w:u w:val="single"/>
          </w:rPr>
          <w:t>https://new.patch.com/california/temecula/swastika-pride-flag-thefts-target-temecula-church-pastor-responds-hope</w:t>
        </w:r>
      </w:hyperlink>
      <w:r>
        <w:t xml:space="preserve"> - Patch reports that Temecula United Methodist Church faced repeated Pride-flag thefts and swastika graffiti, and that Pastor Drew Davis responded by inviting people into the church for prayer and reflection. The story says the church opened its doors on Election Day, 3 November 2026, for residents seeking a quiet place before voting. It presents Davis’s response as an effort to offer hope and calm after acts that had unsettled the congregation. The report identifies the church and its pastor, and provides a local account of how the congregation chose to meet the incidents publicly. It supports the provided article’s description of a church responding to vandalism without withdrawing its welcome. Its emphasis is on community response rather than a detailed chronology of every flag theft or the sheriff’s investigative findings. The report does not identify a suspect or establish who painted the swastika, who removed the flags, or whether the same person carried out both kinds of act. Nor does it independently demonstrate motive. Read alongside the CBS report, it supplies a separate local account of Davis’s response and the church’s stance. The article was posted on 3 November and updated that day, so its details reflect the situation as reported at that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odline.com/2026/11/temecula-church-hit-with-swastika-repeated-pride-flag-thefts-after-lgbtq-event/" TargetMode="External"/><Relationship Id="rId10" Type="http://schemas.openxmlformats.org/officeDocument/2006/relationships/hyperlink" Target="https://www.cbsnews.com/losangeles/news/temecula-church-pride-flags-stolen-swastika-united-methodist-church/?intcid=CNR-02-0623" TargetMode="External"/><Relationship Id="rId11" Type="http://schemas.openxmlformats.org/officeDocument/2006/relationships/hyperlink" Target="https://patch.com/california/temecula/amp/35136995/swastika-pride-flag-thefts-target-temecula-church-pastor-responds-with-hope" TargetMode="External"/><Relationship Id="rId12" Type="http://schemas.openxmlformats.org/officeDocument/2006/relationships/hyperlink" Target="https://www.lgbtqnation.com/2026/08/vandals-knocked-down-a-churchs-pro-lgbtq-display-the-church-responded-in-a-powerful-way/" TargetMode="External"/><Relationship Id="rId13" Type="http://schemas.openxmlformats.org/officeDocument/2006/relationships/hyperlink" Target="https://www.aol.com/articles/tower-district-church-rebuilds-pride-162812000.html" TargetMode="External"/><Relationship Id="rId14" Type="http://schemas.openxmlformats.org/officeDocument/2006/relationships/hyperlink" Target="https://new.patch.com/california/temecula/swastika-pride-flag-thefts-target-temecula-church-pastor-responds-h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