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Sydney Mardi Gras Party 2027: A New Underground Home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Sydney Mardi Gras is bringing its official afterparty back on 6 March 2027, with three stages set beneath Allianz Stadium. After the 2026 event was cancelled amid financial strain, the new underground venue offers a fresh setting for a long-running queer celebration. Here’s what’s confirmed so far, and what visitors should know before planning a night in Sydney.</w:t>
      </w:r>
      <w:r/>
    </w:p>
    <w:p>
      <w:pPr>
        <w:pStyle w:val="Heading2"/>
      </w:pPr>
      <w:r>
        <w:t>Essential Takeaways</w:t>
      </w:r>
      <w:r/>
      <w:r/>
    </w:p>
    <w:p>
      <w:pPr>
        <w:pStyle w:val="ListBullet"/>
        <w:spacing w:line="240" w:lineRule="auto"/>
        <w:ind w:left="720"/>
      </w:pPr>
      <w:r/>
      <w:r>
        <w:rPr>
          <w:b/>
        </w:rPr>
        <w:t>The party is back:</w:t>
      </w:r>
      <w:r>
        <w:t xml:space="preserve"> The official Sydney Mardi Gras Party is scheduled for Saturday 6 March 2027.</w:t>
      </w:r>
      <w:r/>
    </w:p>
    <w:p>
      <w:pPr>
        <w:pStyle w:val="ListBullet"/>
        <w:spacing w:line="240" w:lineRule="auto"/>
        <w:ind w:left="720"/>
      </w:pPr>
      <w:r/>
      <w:r>
        <w:rPr>
          <w:b/>
        </w:rPr>
        <w:t>A new setting:</w:t>
      </w:r>
      <w:r>
        <w:t xml:space="preserve"> It’ll take place in the tunnels beneath Allianz Stadium at Moore Park.</w:t>
      </w:r>
      <w:r/>
    </w:p>
    <w:p>
      <w:pPr>
        <w:pStyle w:val="ListBullet"/>
        <w:spacing w:line="240" w:lineRule="auto"/>
        <w:ind w:left="720"/>
      </w:pPr>
      <w:r/>
      <w:r>
        <w:rPr>
          <w:b/>
        </w:rPr>
        <w:t>Three stages:</w:t>
      </w:r>
      <w:r>
        <w:t xml:space="preserve"> Organisers have announced three stages, with the full line-up still to come.</w:t>
      </w:r>
      <w:r/>
    </w:p>
    <w:p>
      <w:pPr>
        <w:pStyle w:val="ListBullet"/>
        <w:spacing w:line="240" w:lineRule="auto"/>
        <w:ind w:left="720"/>
      </w:pPr>
      <w:r/>
      <w:r>
        <w:rPr>
          <w:b/>
        </w:rPr>
        <w:t>Late-night hours:</w:t>
      </w:r>
      <w:r>
        <w:t xml:space="preserve"> The event is listed to run from 10pm Saturday to 6am Sunday, Sydney time.</w:t>
      </w:r>
      <w:r/>
    </w:p>
    <w:p>
      <w:pPr>
        <w:pStyle w:val="ListBullet"/>
        <w:spacing w:line="240" w:lineRule="auto"/>
        <w:ind w:left="720"/>
      </w:pPr>
      <w:r/>
      <w:r>
        <w:rPr>
          <w:b/>
        </w:rPr>
        <w:t>Plan ahead:</w:t>
      </w:r>
      <w:r>
        <w:t xml:space="preserve"> It’s an 18+ event, and valid photo ID is required.</w:t>
      </w:r>
      <w:r/>
      <w:r/>
    </w:p>
    <w:p>
      <w:pPr>
        <w:pStyle w:val="Heading2"/>
      </w:pPr>
      <w:r>
        <w:t>Mardi Gras party returns beneath Allianz Stadium</w:t>
      </w:r>
      <w:r/>
    </w:p>
    <w:p>
      <w:r/>
      <w:r>
        <w:t xml:space="preserve">The Mardi Gras afterparty is heading underground, with organisers choosing the tunnels beneath Allianz Stadium for its 2027 return. The venue sits at the end of the parade route, creating a neat handover from the spectacle outdoors to a night of music and dancing below ground. Destination NSW says the party will feature three stages and immersive production. </w:t>
      </w:r>
      <w:hyperlink r:id="rId9">
        <w:r>
          <w:rPr>
            <w:color w:val="0000EE"/>
            <w:u w:val="single"/>
          </w:rPr>
          <w:t>[2]</w:t>
        </w:r>
      </w:hyperlink>
      <w:r>
        <w:t xml:space="preserve">, </w:t>
      </w:r>
      <w:hyperlink r:id="rId10">
        <w:r>
          <w:rPr>
            <w:color w:val="0000EE"/>
            <w:u w:val="single"/>
          </w:rPr>
          <w:t>[7]</w:t>
        </w:r>
      </w:hyperlink>
      <w:r/>
    </w:p>
    <w:p>
      <w:r/>
      <w:r>
        <w:t xml:space="preserve">That change of scene follows a difficult year for the event. The official party was cancelled in 2026 after organisers faced significant financial pressure, with ABC reporting that the event had been operating at a loss. Its return is welcome news for fans, but the new format also signals a rethink rather than a simple return to business as usual. </w:t>
      </w:r>
      <w:hyperlink r:id="rId11">
        <w:r>
          <w:rPr>
            <w:color w:val="0000EE"/>
            <w:u w:val="single"/>
          </w:rPr>
          <w:t>[4]</w:t>
        </w:r>
      </w:hyperlink>
      <w:r>
        <w:t xml:space="preserve">, </w:t>
      </w:r>
      <w:hyperlink r:id="rId12">
        <w:r>
          <w:rPr>
            <w:color w:val="0000EE"/>
            <w:u w:val="single"/>
          </w:rPr>
          <w:t>[5]</w:t>
        </w:r>
      </w:hyperlink>
      <w:r/>
    </w:p>
    <w:p>
      <w:pPr>
        <w:pStyle w:val="Heading2"/>
      </w:pPr>
      <w:r>
        <w:t>What to expect from the 2027 party</w:t>
      </w:r>
      <w:r/>
    </w:p>
    <w:p>
      <w:r/>
      <w:r>
        <w:t xml:space="preserve">The party is scheduled for 10pm on Saturday 6 March until 6am on Sunday 7 March, Sydney time. Organisers have confirmed three stages, while further entertainment details are still to come. Ticketmaster lists the event at Allianz Stadium, Moore Park, and advises that it is restricted to people aged 18 and over. </w:t>
      </w:r>
      <w:hyperlink r:id="rId9">
        <w:r>
          <w:rPr>
            <w:color w:val="0000EE"/>
            <w:u w:val="single"/>
          </w:rPr>
          <w:t>[2]</w:t>
        </w:r>
      </w:hyperlink>
      <w:r>
        <w:t xml:space="preserve">, </w:t>
      </w:r>
      <w:hyperlink r:id="rId13">
        <w:r>
          <w:rPr>
            <w:color w:val="0000EE"/>
            <w:u w:val="single"/>
          </w:rPr>
          <w:t>[3]</w:t>
        </w:r>
      </w:hyperlink>
      <w:r/>
    </w:p>
    <w:p>
      <w:r/>
      <w:r>
        <w:t xml:space="preserve">The underground setting should give the night a different feel from a conventional club venue, with space to move between stages and discover different corners of the event. That’s the promise, at least; the precise production and musical line-up will help shape how the experience comes together. The full programme is expected to be announced closer to the festival. </w:t>
      </w:r>
      <w:hyperlink r:id="rId9">
        <w:r>
          <w:rPr>
            <w:color w:val="0000EE"/>
            <w:u w:val="single"/>
          </w:rPr>
          <w:t>[2]</w:t>
        </w:r>
      </w:hyperlink>
      <w:r>
        <w:t xml:space="preserve">, </w:t>
      </w:r>
      <w:hyperlink r:id="rId10">
        <w:r>
          <w:rPr>
            <w:color w:val="0000EE"/>
            <w:u w:val="single"/>
          </w:rPr>
          <w:t>[7]</w:t>
        </w:r>
      </w:hyperlink>
      <w:r/>
    </w:p>
    <w:p>
      <w:pPr>
        <w:pStyle w:val="Heading2"/>
      </w:pPr>
      <w:r>
        <w:t>A comeback after financial pressure</w:t>
      </w:r>
      <w:r/>
    </w:p>
    <w:p>
      <w:r/>
      <w:r>
        <w:t xml:space="preserve">The cancellation in 2026 came just weeks before the planned party, after organisers cited financial pressures. ABC reported that staging the event had become increasingly challenging, with costs and other operational concerns weighing on the decision. The pause gave the organisation room to consider how the party could return in a more sustainable form. </w:t>
      </w:r>
      <w:hyperlink r:id="rId11">
        <w:r>
          <w:rPr>
            <w:color w:val="0000EE"/>
            <w:u w:val="single"/>
          </w:rPr>
          <w:t>[4]</w:t>
        </w:r>
      </w:hyperlink>
      <w:r>
        <w:t xml:space="preserve">, </w:t>
      </w:r>
      <w:hyperlink r:id="rId12">
        <w:r>
          <w:rPr>
            <w:color w:val="0000EE"/>
            <w:u w:val="single"/>
          </w:rPr>
          <w:t>[5]</w:t>
        </w:r>
      </w:hyperlink>
      <w:r/>
    </w:p>
    <w:p>
      <w:r/>
      <w:r>
        <w:t xml:space="preserve">Mardi Gras has described the event as an important part of the community’s history and a place where people have found connection across generations. That sense of belonging is a big part of what makes an afterparty more than just another late night out. A new venue may bring a different atmosphere, but the community thread remains central to the celebration. </w:t>
      </w:r>
      <w:hyperlink r:id="rId14">
        <w:r>
          <w:rPr>
            <w:color w:val="0000EE"/>
            <w:u w:val="single"/>
          </w:rPr>
          <w:t>[6]</w:t>
        </w:r>
      </w:hyperlink>
      <w:r>
        <w:t xml:space="preserve">, </w:t>
      </w:r>
      <w:hyperlink r:id="rId10">
        <w:r>
          <w:rPr>
            <w:color w:val="0000EE"/>
            <w:u w:val="single"/>
          </w:rPr>
          <w:t>[7]</w:t>
        </w:r>
      </w:hyperlink>
      <w:r/>
    </w:p>
    <w:p>
      <w:pPr>
        <w:pStyle w:val="Heading2"/>
      </w:pPr>
      <w:r>
        <w:t>Planning for Sydney Mardi Gras in 2027</w:t>
      </w:r>
      <w:r/>
    </w:p>
    <w:p>
      <w:r/>
      <w:r>
        <w:t xml:space="preserve">The afterparty is part of the 2027 Sydney Gay and Lesbian Mardi Gras Festival, which runs from 12 February to 7 March under the theme HYPERBLOOM. The festival programme includes the parade and a wider mix of arts, culture and community events, so visitors can build a longer trip around the headline night. </w:t>
      </w:r>
      <w:hyperlink r:id="rId9">
        <w:r>
          <w:rPr>
            <w:color w:val="0000EE"/>
            <w:u w:val="single"/>
          </w:rPr>
          <w:t>[2]</w:t>
        </w:r>
      </w:hyperlink>
      <w:r>
        <w:t xml:space="preserve">, </w:t>
      </w:r>
      <w:hyperlink r:id="rId14">
        <w:r>
          <w:rPr>
            <w:color w:val="0000EE"/>
            <w:u w:val="single"/>
          </w:rPr>
          <w:t>[6]</w:t>
        </w:r>
      </w:hyperlink>
      <w:r/>
    </w:p>
    <w:p>
      <w:r/>
      <w:r>
        <w:t xml:space="preserve">For travellers from New Zealand, remember that Sydney is two hours behind during March. The event’s 10pm Saturday start in Sydney is midnight in New Zealand, and its 6am Sunday finish is 8am NZDT. Check the official event and ticket listings before travelling, as times, ticket availability and other details can change. </w:t>
      </w:r>
      <w:hyperlink r:id="rId13">
        <w:r>
          <w:rPr>
            <w:color w:val="0000EE"/>
            <w:u w:val="single"/>
          </w:rPr>
          <w:t>[3]</w:t>
        </w:r>
      </w:hyperlink>
      <w:r>
        <w:t xml:space="preserve">, </w:t>
      </w:r>
      <w:hyperlink r:id="rId14">
        <w:r>
          <w:rPr>
            <w:color w:val="0000EE"/>
            <w:u w:val="single"/>
          </w:rPr>
          <w:t>[6]</w:t>
        </w:r>
      </w:hyperlink>
      <w:r/>
    </w:p>
    <w:p>
      <w:pPr>
        <w:pStyle w:val="Heading2"/>
      </w:pPr>
      <w:r>
        <w:t>Tickets, age limits and what’s still to come</w:t>
      </w:r>
      <w:r/>
    </w:p>
    <w:p>
      <w:r/>
      <w:r>
        <w:t xml:space="preserve">Ticketmaster’s listing confirms the event date and venue, while organisers have yet to reveal the full line-up. Check the official Mardi Gras website and ticket page for updates before making firm plans, particularly if you’re travelling from overseas. And don’t forget valid photo ID: this is an 18+ event. </w:t>
      </w:r>
      <w:hyperlink r:id="rId13">
        <w:r>
          <w:rPr>
            <w:color w:val="0000EE"/>
            <w:u w:val="single"/>
          </w:rPr>
          <w:t>[3]</w:t>
        </w:r>
      </w:hyperlink>
      <w:r>
        <w:t xml:space="preserve">, </w:t>
      </w:r>
      <w:hyperlink r:id="rId14">
        <w:r>
          <w:rPr>
            <w:color w:val="0000EE"/>
            <w:u w:val="single"/>
          </w:rPr>
          <w:t>[6]</w:t>
        </w:r>
      </w:hyperlink>
      <w:r>
        <w:t xml:space="preserve">, </w:t>
      </w:r>
      <w:hyperlink r:id="rId10">
        <w:r>
          <w:rPr>
            <w:color w:val="0000EE"/>
            <w:u w:val="single"/>
          </w:rPr>
          <w:t>[7]</w:t>
        </w:r>
      </w:hyperlink>
      <w:r/>
    </w:p>
    <w:p>
      <w:r/>
      <w:r>
        <w:t xml:space="preserve">The return is a hopeful sign after a setback, though the party’s new home will need to deliver both the atmosphere and the practical details revellers expect. For now, the headline is simple: the Mardi Gras afterparty is back, with a new underground address and a whole night to fill. </w:t>
      </w:r>
      <w:hyperlink r:id="rId9">
        <w:r>
          <w:rPr>
            <w:color w:val="0000EE"/>
            <w:u w:val="single"/>
          </w:rPr>
          <w:t>[2]</w:t>
        </w:r>
      </w:hyperlink>
      <w:r>
        <w:t xml:space="preserve">, </w:t>
      </w:r>
      <w:hyperlink r:id="rId10">
        <w:r>
          <w:rPr>
            <w:color w:val="0000EE"/>
            <w:u w:val="single"/>
          </w:rPr>
          <w:t>[7]</w:t>
        </w:r>
      </w:hyperlink>
      <w:r/>
    </w:p>
    <w:p>
      <w:r/>
      <w:r>
        <w:t>Explore the official listings as plans take shape, and make room for a very late night.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[7]</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4">
        <w:r>
          <w:rPr>
            <w:color w:val="0000EE"/>
            <w:u w:val="single"/>
          </w:rPr>
          <w:t>[6]</w:t>
        </w:r>
      </w:hyperlink>
      <w:r>
        <w:t xml:space="preserve">, </w:t>
      </w:r>
      <w:hyperlink r:id="rId10">
        <w:r>
          <w:rPr>
            <w:color w:val="0000EE"/>
            <w:u w:val="single"/>
          </w:rPr>
          <w:t>[7]</w:t>
        </w:r>
      </w:hyperlink>
      <w:r>
        <w:t xml:space="preserve">- Paragraph 7: </w:t>
      </w:r>
      <w:hyperlink r:id="rId9">
        <w:r>
          <w:rPr>
            <w:color w:val="0000EE"/>
            <w:u w:val="single"/>
          </w:rPr>
          <w:t>[2]</w:t>
        </w:r>
      </w:hyperlink>
      <w:r>
        <w:t xml:space="preserve">, </w:t>
      </w:r>
      <w:hyperlink r:id="rId14">
        <w:r>
          <w:rPr>
            <w:color w:val="0000EE"/>
            <w:u w:val="single"/>
          </w:rPr>
          <w:t>[6]</w:t>
        </w:r>
      </w:hyperlink>
      <w:r>
        <w:t xml:space="preserve">- Paragraph 8: </w:t>
      </w:r>
      <w:hyperlink r:id="rId13">
        <w:r>
          <w:rPr>
            <w:color w:val="0000EE"/>
            <w:u w:val="single"/>
          </w:rPr>
          <w:t>[3]</w:t>
        </w:r>
      </w:hyperlink>
      <w:r>
        <w:t xml:space="preserve">, </w:t>
      </w:r>
      <w:hyperlink r:id="rId14">
        <w:r>
          <w:rPr>
            <w:color w:val="0000EE"/>
            <w:u w:val="single"/>
          </w:rPr>
          <w:t>[6]</w:t>
        </w:r>
      </w:hyperlink>
      <w:r>
        <w:t xml:space="preserve">- Paragraph 9: </w:t>
      </w:r>
      <w:hyperlink r:id="rId13">
        <w:r>
          <w:rPr>
            <w:color w:val="0000EE"/>
            <w:u w:val="single"/>
          </w:rPr>
          <w:t>[3]</w:t>
        </w:r>
      </w:hyperlink>
      <w:r>
        <w:t xml:space="preserve">, </w:t>
      </w:r>
      <w:hyperlink r:id="rId14">
        <w:r>
          <w:rPr>
            <w:color w:val="0000EE"/>
            <w:u w:val="single"/>
          </w:rPr>
          <w:t>[6]</w:t>
        </w:r>
      </w:hyperlink>
      <w:r>
        <w:t xml:space="preserve">, </w:t>
      </w:r>
      <w:hyperlink r:id="rId10">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https://gayexpress.co.nz/2026/11/sydney-mardi-gras-is-taking-the-party-underground-for-a-massive-2027-comeback/</w:t>
        </w:r>
      </w:hyperlink>
      <w:r>
        <w:t xml:space="preserve"> - Please view link - unable to able to access data</w:t>
      </w:r>
      <w:r/>
    </w:p>
    <w:p>
      <w:pPr>
        <w:pStyle w:val="ListNumber"/>
        <w:spacing w:line="240" w:lineRule="auto"/>
        <w:ind w:left="720"/>
      </w:pPr>
      <w:r/>
      <w:hyperlink r:id="rId9">
        <w:r>
          <w:rPr>
            <w:color w:val="0000EE"/>
            <w:u w:val="single"/>
          </w:rPr>
          <w:t>https://www.destinationnsw.com.au/newsroom/sydney-gay-and-lesbian-mardi-gras-unveils-its-2027-festival-program-and-a-new-home-for-the-mardi-gras-party</w:t>
        </w:r>
      </w:hyperlink>
      <w:r>
        <w:t xml:space="preserve"> - Destination NSW reports on the announcement of HYPERBLOOM, the 49th Sydney Gay and Lesbian Mardi Gras Festival, scheduled to run from 12 February to 7 March 2027. The festival programme spans 24 days and combines returning favourites, new events and cultural collaborations across Sydney. Its headline announcement is the return of the Mardi Gras Party on Saturday 6 March, in a new venue: the Tunnels beneath Allianz Stadium, near the end of the parade route. The party is scheduled to run from 10pm until 6am, with a music-led format inspired by underground dance culture and queer club history. Destination NSW says the event is presented in partnership with Kicks Entertainment and Bizarro, alongside local producers. The announcement describes the venue as a new setting for dancing, DJs and queer celebration, with the underground stadium spaces being turned into a large-scale party environment. It also notes that the parade and party fall on the festival’s closing weekend. The full party line-up and ticket details were due to be announced on 10 November 2026. The article additionally presents HYPERBLOOM as a celebration of queer joy and community, and identifies Fair Day and the parade as key festival events. This government tourism source supports the article’s central information about the 2027 festival dates, theme, party location, hours and event partners.</w:t>
      </w:r>
      <w:r/>
    </w:p>
    <w:p>
      <w:pPr>
        <w:pStyle w:val="ListNumber"/>
        <w:spacing w:line="240" w:lineRule="auto"/>
        <w:ind w:left="720"/>
      </w:pPr>
      <w:r/>
      <w:hyperlink r:id="rId13">
        <w:r>
          <w:rPr>
            <w:color w:val="0000EE"/>
            <w:u w:val="single"/>
          </w:rPr>
          <w:t>https://www.ticketmaster.com.au/mardi-gras-party-sydney-06-03-2027/event/25006564A94C5658</w:t>
        </w:r>
      </w:hyperlink>
      <w:r>
        <w:t xml:space="preserve"> - Ticketmaster Australia’s event page lists Mardi Gras PARTY at Allianz Stadium, Sydney, on Saturday 6 March 2027, with doors opening at 10pm and the event finishing at 6am. The listing identifies the location as the Tunnels beneath Allianz Stadium and describes the party as a return of the iconic post-parade celebration. It says the event will draw on underground dance culture and queer club culture, with a music-led atmosphere and collaborations involving Kicks Entertainment, Bizarro and local producers. Ticketmaster notes that the venue is licensed and that admission is restricted to people aged 18 or over who present valid photo identification. The listing also gives ticket-sale timings, including presales and the general sale, and warns that availability and prices may change. Its event description says the stadium’s underground spaces will become a setting for sound, light and performance, and anticipates thousands of revellers. The page is particularly useful for checking practical event details: date, time, venue, age limit and ticket-sale arrangements. These specifics support the supplied article’s event summary, although ticket schedules and availability can change after publication. The event page also confirms that the announced party takes place overnight, crossing into Sunday 7 March. Visitors should check Ticketmaster directly for current sale status and any updates before making travel arrangements or relying on previously published ticket information.</w:t>
      </w:r>
      <w:r/>
    </w:p>
    <w:p>
      <w:pPr>
        <w:pStyle w:val="ListNumber"/>
        <w:spacing w:line="240" w:lineRule="auto"/>
        <w:ind w:left="720"/>
      </w:pPr>
      <w:r/>
      <w:hyperlink r:id="rId11">
        <w:r>
          <w:rPr>
            <w:color w:val="0000EE"/>
            <w:u w:val="single"/>
          </w:rPr>
          <w:t>https://www.abc.net.au/news/2026-02-03/nsw-sydney-mardis-gras-party-axed-financial-loss/106301046</w:t>
        </w:r>
      </w:hyperlink>
      <w:r>
        <w:t xml:space="preserve"> - ABC News reports that Sydney Gay and Lesbian Mardi Gras cancelled its official 2026 party shortly before the planned event. The organisation’s chief executive, Jesse Matheson, attributed the decision to significant financial losses over the preceding two years and described the party as a major contributor to the organisation’s financial difficulties. The article says the party had been scheduled for 28 February and that staging it cost approximately A$2 million. It also explains that uncertain sponsorship made proceeding particularly risky, with Matheson describing the organisation’s future as facing an existential threat. The report gives context on the party’s history and popularity, noting that it is a post-parade celebration and has hosted internationally known performers in previous years. It also discusses the disappointment felt by attendees and community members at the cancellation. ABC’s reporting supports the supplied article’s account that the 2026 party did not proceed and that financial pressures were a central reason. It provides additional context about the scale of production costs and sponsorship challenges, while distinguishing these from speculation about other possible causes. The report is a useful source for understanding why organisers paused the event and the financial circumstances behind that decision. It does not, however, verify details of the 2027 event; those are covered by later announcements and the official ticket listing.</w:t>
      </w:r>
      <w:r/>
    </w:p>
    <w:p>
      <w:pPr>
        <w:pStyle w:val="ListNumber"/>
        <w:spacing w:line="240" w:lineRule="auto"/>
        <w:ind w:left="720"/>
      </w:pPr>
      <w:r/>
      <w:hyperlink r:id="rId12">
        <w:r>
          <w:rPr>
            <w:color w:val="0000EE"/>
            <w:u w:val="single"/>
          </w:rPr>
          <w:t>https://www.abc.net.au/news/2026-02-08/nsw-sydney-mardi-gras-official-party-cancelled-explainer/106304712</w:t>
        </w:r>
      </w:hyperlink>
      <w:r>
        <w:t xml:space="preserve"> - This ABC News explainer examines the circumstances surrounding the cancellation of Sydney’s official Mardi Gras party in 2026. It reports that ticket sales had not opened and a headliner had not been announced before the event was cancelled. Chief executive Jesse Matheson said the organisation had experienced significant financial losses over two years, with the party contributing substantially to the problem. The report discusses rising production and delivery costs, venue capacity constraints, and uncertainty about sponsorship. It notes that the party had been expected to cost around A$2 million and that ticket revenue for the party and another event had previously fallen below budget expectations. The article also describes difficulties securing performers: the original headliner reportedly fell through, and a replacement could not be secured. It includes perspectives from industry figures about the importance of headline acts and from a Sydney politician on rising venue, staffing and security costs. ABC’s account offers more detailed context than a brief cancellation notice, showing that the decision followed a combination of financial, logistical and programming pressures. It supports the supplied article’s explanation of why the 2026 party was cancelled, while making clear that several contributing factors were involved. It also explains why the organisation needed to reconsider the event’s format and financial sustainability before planning a future party.</w:t>
      </w:r>
      <w:r/>
    </w:p>
    <w:p>
      <w:pPr>
        <w:pStyle w:val="ListNumber"/>
        <w:spacing w:line="240" w:lineRule="auto"/>
        <w:ind w:left="720"/>
      </w:pPr>
      <w:r/>
      <w:hyperlink r:id="rId14">
        <w:r>
          <w:rPr>
            <w:color w:val="0000EE"/>
            <w:u w:val="single"/>
          </w:rPr>
          <w:t>https://www.mardigras.org.au/</w:t>
        </w:r>
      </w:hyperlink>
      <w:r>
        <w:t xml:space="preserve"> - The official Sydney Gay and Lesbian Mardi Gras website presents HYPERBLOOM as the theme for the 49th festival, with dates running from 12 February to 7 March 2027. As the event organiser’s own site, it is a primary source for festival-wide information and is the best place to check current programme announcements. The site frames the festival as a celebration of LGBTQIA+SB communities and allies, with events taking place across Sydney. It supports the supplied article’s basic statements about the festival’s theme, duration and season. The website also directs visitors towards official event listings, tickets and ways to participate, helping distinguish confirmed organiser information from third-party reporting. Festival details can develop as further programme information is released, so the site should be consulted for the latest official updates. The site’s landing page is broader than a specific party announcement; readers seeking details such as the after-party’s venue, hours or age restriction should consult the dedicated event or ticketing pages as well. In combination with those listings, the official festival site helps confirm that the party sits within the wider 2027 Mardi Gras programme. Its information is especially useful for verifying dates and theme, rather than the financial background to the 2026 cancellation or independent commentary about the party’s cultural history.</w:t>
      </w:r>
      <w:r/>
    </w:p>
    <w:p>
      <w:pPr>
        <w:pStyle w:val="ListNumber"/>
        <w:spacing w:line="240" w:lineRule="auto"/>
        <w:ind w:left="720"/>
      </w:pPr>
      <w:r/>
      <w:hyperlink r:id="rId10">
        <w:r>
          <w:rPr>
            <w:color w:val="0000EE"/>
            <w:u w:val="single"/>
          </w:rPr>
          <w:t>https://www.abc.net.au/news/2026-11-05/nsw-sydney-mardi-gras-party-2027-announcement/107346014</w:t>
        </w:r>
      </w:hyperlink>
      <w:r>
        <w:t xml:space="preserve"> - ABC News reports on the announcement that Sydney’s Mardi Gras after-party will return in 2027 following its cancellation in 2026. The report says the celebration is planned for 6 March 2027 in the tunnels beneath Sydney Football Stadium, also known as Allianz Stadium. It describes the event as a post-parade party and notes that Mardi Gras chief executive Jesse Matheson announced the return. The full performer line-up was expected to be released the following Tuesday. The article provides independent news coverage of the comeback, rather than relying solely on promotional language from organisers. Its key details support the supplied article’s claims about the return date, underground location and forthcoming line-up announcement. ABC’s report is also useful as a contemporaneous account of the announcement, linking it to the prior year’s cancellation and the festival’s plans for a new format. It does not supply every practical detail found on the ticketing page, such as entry requirements or ticket-sale periods, so those should be checked with the official seller. Together with the organiser’s festival announcement and Ticketmaster listing, this report helps corroborate that the 2027 party is a confirmed event and identifies the venue as the stadium’s underground tunnels. The article also places the party within the broader context of the festival’s return.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stinationnsw.com.au/newsroom/sydney-gay-and-lesbian-mardi-gras-unveils-its-2027-festival-program-and-a-new-home-for-the-mardi-gras-party" TargetMode="External"/><Relationship Id="rId10" Type="http://schemas.openxmlformats.org/officeDocument/2006/relationships/hyperlink" Target="https://www.abc.net.au/news/2026-11-05/nsw-sydney-mardi-gras-party-2027-announcement/107346014" TargetMode="External"/><Relationship Id="rId11" Type="http://schemas.openxmlformats.org/officeDocument/2006/relationships/hyperlink" Target="https://www.abc.net.au/news/2026-02-03/nsw-sydney-mardis-gras-party-axed-financial-loss/106301046" TargetMode="External"/><Relationship Id="rId12" Type="http://schemas.openxmlformats.org/officeDocument/2006/relationships/hyperlink" Target="https://www.abc.net.au/news/2026-02-08/nsw-sydney-mardi-gras-official-party-cancelled-explainer/106304712" TargetMode="External"/><Relationship Id="rId13" Type="http://schemas.openxmlformats.org/officeDocument/2006/relationships/hyperlink" Target="https://www.ticketmaster.com.au/mardi-gras-party-sydney-06-03-2027/event/25006564A94C5658" TargetMode="External"/><Relationship Id="rId14" Type="http://schemas.openxmlformats.org/officeDocument/2006/relationships/hyperlink" Target="https://www.mardigras.org.au/" TargetMode="External"/><Relationship Id="rId15" Type="http://schemas.openxmlformats.org/officeDocument/2006/relationships/hyperlink" Target="https://gayexpress.co.nz/2026/11/sydney-mardi-gras-is-taking-the-party-underground-for-a-massive-2027-comebac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