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Six: The Queersical Brings Drag Royalty to Dallas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Dallas audiences can catch a one-night-only drag take on </w:t>
      </w:r>
      <w:r>
        <w:rPr>
          <w:b/>
          <w:i/>
        </w:rPr>
        <w:t>Six: The Musical</w:t>
      </w:r>
      <w:r>
        <w:rPr>
          <w:b/>
        </w:rPr>
        <w:t xml:space="preserve"> when </w:t>
      </w:r>
      <w:r>
        <w:rPr>
          <w:b/>
          <w:i/>
        </w:rPr>
        <w:t>Six: The Queersical</w:t>
      </w:r>
      <w:r>
        <w:rPr>
          <w:b/>
        </w:rPr>
        <w:t xml:space="preserve"> arrives at the Rose Room on Friday, 4 December. With a cast led by local performers and special guest Sapphira Cristál, the show promises big costumes, choreography and pop-theatre energy, with tickets starting at $20.</w:t>
      </w:r>
      <w:r/>
    </w:p>
    <w:p>
      <w:pPr>
        <w:pStyle w:val="Heading2"/>
      </w:pPr>
      <w:r>
        <w:t>A one-night royal remix is coming to Dallas</w:t>
      </w:r>
      <w:r/>
    </w:p>
    <w:p>
      <w:r/>
      <w:r>
        <w:t xml:space="preserve">The queens of </w:t>
      </w:r>
      <w:r>
        <w:rPr>
          <w:i/>
        </w:rPr>
        <w:t>Six</w:t>
      </w:r>
      <w:r>
        <w:t xml:space="preserve"> are getting a drag makeover in Dallas, where </w:t>
      </w:r>
      <w:r>
        <w:rPr>
          <w:i/>
        </w:rPr>
        <w:t>Six: The Queersical</w:t>
      </w:r>
      <w:r>
        <w:t xml:space="preserve"> is set for Friday, 4 December at 7pm. The Rose Room and The Queer Off are teaming up for a single performance, bringing the musical's bright pop sound and theatrical flair to an all-drag production.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w:t>
      </w:r>
      <w:r/>
    </w:p>
    <w:p>
      <w:r/>
      <w:r>
        <w:t>The cast includes Jada Pinkett Fox, Jenna Skyy, Kylee O'Hara, Logan Liqueur, LesBone, Dia Monte and Eliza Rocks, with Sapphira Cristál appearing as a special guest. It's a line-up built for a lively night out, whether you're a longtime fan of the show or simply in the mood for a little theatrical sparkle.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w:t>
      </w:r>
      <w:r/>
    </w:p>
    <w:p>
      <w:pPr>
        <w:pStyle w:val="Heading2"/>
      </w:pPr>
      <w:r>
        <w:t xml:space="preserve">What makes </w:t>
      </w:r>
      <w:r>
        <w:rPr>
          <w:i/>
        </w:rPr>
        <w:t>Six</w:t>
      </w:r>
      <w:r>
        <w:t xml:space="preserve"> such a natural fit for drag?</w:t>
      </w:r>
      <w:r/>
    </w:p>
    <w:p>
      <w:r/>
      <w:r>
        <w:t>The original musical reimagines the six wives of Henry VIII as pop stars, giving each a bold musical identity and a chance to tell her own story. That mix of history, concert-style performance and larger-than-life presentation leaves plenty of room for a drag production to turn up the glamour. (</w:t>
      </w:r>
      <w:hyperlink r:id="rId12">
        <w:r>
          <w:rPr>
            <w:color w:val="0000EE"/>
            <w:u w:val="single"/>
          </w:rPr>
          <w:t>[6]</w:t>
        </w:r>
      </w:hyperlink>
      <w:r>
        <w:t xml:space="preserve">, </w:t>
      </w:r>
      <w:hyperlink r:id="rId14">
        <w:r>
          <w:rPr>
            <w:color w:val="0000EE"/>
            <w:u w:val="single"/>
          </w:rPr>
          <w:t>[7]</w:t>
        </w:r>
      </w:hyperlink>
      <w:r>
        <w:t>)</w:t>
      </w:r>
      <w:r/>
    </w:p>
    <w:p>
      <w:r/>
      <w:r>
        <w:t>And the premise practically invites a bit of playful reinvention. The source story promises costumes, choreography and music, while the drag format offers a fresh way to revisit the queens' competing tales and crowd-pleasing attitude.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w:t>
      </w:r>
      <w:r/>
    </w:p>
    <w:p>
      <w:pPr>
        <w:pStyle w:val="Heading2"/>
      </w:pPr>
      <w:r>
        <w:t>Tickets start at $20, with a VIP option</w:t>
      </w:r>
      <w:r/>
    </w:p>
    <w:p>
      <w:r/>
      <w:r>
        <w:t>General admission starts at $20, while an $89 VIP ticket includes front-of-house seating and a meet-and-greet. If getting closer to the performance matters to you, the upgrade may be worth considering; otherwise, the standard ticket keeps the night more accessible. (</w:t>
      </w:r>
      <w:hyperlink r:id="rId9">
        <w:r>
          <w:rPr>
            <w:color w:val="0000EE"/>
            <w:u w:val="single"/>
          </w:rPr>
          <w:t>[2]</w:t>
        </w:r>
      </w:hyperlink>
      <w:r>
        <w:t xml:space="preserve">, </w:t>
      </w:r>
      <w:hyperlink r:id="rId10">
        <w:r>
          <w:rPr>
            <w:color w:val="0000EE"/>
            <w:u w:val="single"/>
          </w:rPr>
          <w:t>[3]</w:t>
        </w:r>
      </w:hyperlink>
      <w:r>
        <w:t>)</w:t>
      </w:r>
      <w:r/>
    </w:p>
    <w:p>
      <w:r/>
      <w:r>
        <w:t>The event is listed as a one-night-only performance at the Rose Room. As with any limited-run show, check the ticket listing for current availability and details before making plans.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pPr>
        <w:pStyle w:val="Heading2"/>
      </w:pPr>
      <w:r>
        <w:t>A fresh night out for musical-theatre fans</w:t>
      </w:r>
      <w:r/>
    </w:p>
    <w:p>
      <w:r/>
      <w:r>
        <w:t xml:space="preserve">If you already know every beat of </w:t>
      </w:r>
      <w:r>
        <w:rPr>
          <w:i/>
        </w:rPr>
        <w:t>Six</w:t>
      </w:r>
      <w:r>
        <w:t>, this production offers a chance to see its familiar pop-theatre format through a drag lens. If you don't, the colourful staging and clear, character-led concept could make it an inviting introduction.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w:t>
      </w:r>
      <w:r/>
    </w:p>
    <w:p>
      <w:r/>
      <w:r>
        <w:t xml:space="preserve">Sapphira Cristál is also a notable guest for fans of </w:t>
      </w:r>
      <w:r>
        <w:rPr>
          <w:i/>
        </w:rPr>
        <w:t>RuPaul's Drag Race</w:t>
      </w:r>
      <w:r>
        <w:t>, adding extra star appeal to the bill. It's the sort of evening where history gets a high-glamour retelling, and the audience is part of the fun. (</w:t>
      </w:r>
      <w:hyperlink r:id="rId9">
        <w:r>
          <w:rPr>
            <w:color w:val="0000EE"/>
            <w:u w:val="single"/>
          </w:rPr>
          <w:t>[2]</w:t>
        </w:r>
      </w:hyperlink>
      <w:r>
        <w:t xml:space="preserve">, </w:t>
      </w:r>
      <w:hyperlink r:id="rId13">
        <w:r>
          <w:rPr>
            <w:color w:val="0000EE"/>
            <w:u w:val="single"/>
          </w:rPr>
          <w:t>[5]</w:t>
        </w:r>
      </w:hyperlink>
      <w:r>
        <w:t>)</w:t>
      </w:r>
      <w:r/>
    </w:p>
    <w:p>
      <w:pPr>
        <w:pStyle w:val="Heading2"/>
      </w:pPr>
      <w:r>
        <w:t>Make a night of the December performance</w:t>
      </w:r>
      <w:r/>
    </w:p>
    <w:p>
      <w:r/>
      <w:r>
        <w:t>The show begins at 7pm on Friday, 4 December. Before heading out, confirm the venue information and ticket terms on the event listing, particularly if you're choosing the VIP meet-and-greet option.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w:t>
      </w:r>
      <w:r/>
    </w:p>
    <w:p>
      <w:r/>
      <w:r>
        <w:t>For a group outing, decide whether you want the standard ticket or the closer-up VIP experience first. Either way, expect a dose of pop, pageantry and a very different take on royal history. (</w:t>
      </w:r>
      <w:hyperlink r:id="rId9">
        <w:r>
          <w:rPr>
            <w:color w:val="0000EE"/>
            <w:u w:val="single"/>
          </w:rPr>
          <w:t>[2]</w:t>
        </w:r>
      </w:hyperlink>
      <w:r>
        <w:t xml:space="preserve">, </w:t>
      </w:r>
      <w:hyperlink r:id="rId10">
        <w:r>
          <w:rPr>
            <w:color w:val="0000EE"/>
            <w:u w:val="single"/>
          </w:rPr>
          <w:t>[3]</w:t>
        </w:r>
      </w:hyperlink>
      <w:r>
        <w:t>)</w:t>
      </w:r>
      <w:r/>
    </w:p>
    <w:p>
      <w:r/>
      <w:r>
        <w:t>It's one night, seven performers and plenty of room for a dramatic entrance.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[6]</w:t>
        </w:r>
      </w:hyperlink>
      <w:r>
        <w:t xml:space="preserve">- Paragraph 2: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[5]</w:t>
        </w:r>
      </w:hyperlink>
      <w:r>
        <w:t xml:space="preserve">- Paragraph 3: </w:t>
      </w:r>
      <w:hyperlink r:id="rId12">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[2]</w:t>
        </w:r>
      </w:hyperlink>
      <w:r>
        <w:t xml:space="preserve">, </w:t>
      </w:r>
      <w:hyperlink r:id="rId10">
        <w:r>
          <w:rPr>
            <w:color w:val="0000EE"/>
            <w:u w:val="single"/>
          </w:rPr>
          <w:t>[3]</w:t>
        </w:r>
      </w:hyperlink>
      <w:r>
        <w:t xml:space="preserve">, </w:t>
      </w:r>
      <w:hyperlink r:id="rId12">
        <w:r>
          <w:rPr>
            <w:color w:val="0000EE"/>
            <w:u w:val="single"/>
          </w:rPr>
          <w:t>[6]</w:t>
        </w:r>
      </w:hyperlink>
      <w:r>
        <w:t xml:space="preserve">- Paragraph 8: </w:t>
      </w:r>
      <w:hyperlink r:id="rId9">
        <w:r>
          <w:rPr>
            <w:color w:val="0000EE"/>
            <w:u w:val="single"/>
          </w:rPr>
          <w:t>[2]</w:t>
        </w:r>
      </w:hyperlink>
      <w:r>
        <w:t xml:space="preserve">, </w:t>
      </w:r>
      <w:hyperlink r:id="rId13">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https://hesaiddallas.com/2026/11/06/so-much-six-appeal-so-little-time/</w:t>
        </w:r>
      </w:hyperlink>
      <w:r>
        <w:t xml:space="preserve"> - Please view link - unable to able to access data</w:t>
      </w:r>
      <w:r/>
    </w:p>
    <w:p>
      <w:pPr>
        <w:pStyle w:val="ListNumber"/>
        <w:spacing w:line="240" w:lineRule="auto"/>
        <w:ind w:left="720"/>
      </w:pPr>
      <w:r/>
      <w:hyperlink r:id="rId9">
        <w:r>
          <w:rPr>
            <w:color w:val="0000EE"/>
            <w:u w:val="single"/>
          </w:rPr>
          <w:t>https://hesaiddallas.com/2026/11/06/so-much-six-appeal-so-little-time/</w:t>
        </w:r>
      </w:hyperlink>
      <w:r>
        <w:t xml:space="preserve"> - This Dallas entertainment article announces SIX: The Queersical, described as a one-night-only drag production inspired by SIX: The Musical. It says The Queer Off and the Rose Room are collaborating on the event, which will bring the Broadway musical’s music, costumes, choreography and theatrical scale to a drag performance. The article lists Jada Pinkett Fox, Jenna Skyy, Kylee O’Hara, Logan Liqueur, LesBone, Dia Monte and Eliza Rocks among the performers, with Sapphira Cristál appearing as a special guest. It states that the show is scheduled for Friday, 4 December, at 7 p.m. and that tickets begin at $20. The article also mentions an $89 VIP meet-and-greet option, including front-of-house seating, and encourages readers to attend. Its presentation is promotional and lively, aimed at readers familiar with the musical and Dallas drag entertainment. This is the original publication and is the most direct source for the specific names, ticket prices, VIP details and event description supplied in the prompt. It supports the article’s central announcement, while independent event listings and performer biographies can provide additional corroboration for the date, location and guest performer.</w:t>
      </w:r>
      <w:r/>
    </w:p>
    <w:p>
      <w:pPr>
        <w:pStyle w:val="ListNumber"/>
        <w:spacing w:line="240" w:lineRule="auto"/>
        <w:ind w:left="720"/>
      </w:pPr>
      <w:r/>
      <w:hyperlink r:id="rId10">
        <w:r>
          <w:rPr>
            <w:color w:val="0000EE"/>
            <w:u w:val="single"/>
          </w:rPr>
          <w:t>https://www.eventbrite.com/e/six-queens-the-queeriscal-tickets-2002455606624?aff=ebdssbdestsearch</w:t>
        </w:r>
      </w:hyperlink>
      <w:r>
        <w:t xml:space="preserve"> - The Eventbrite listing advertises “SIX-Queens: The Queeriscal”, a large-scale drag production presented by the Rose Room and The Queer Off. It gives the event date as Friday, 4 December, with the event scheduled from 7 p.m. to 9.30 p.m. at Station 4 in Dallas. The listing describes the production as a drag edition of the musical SIX, featuring live singers, dancers, elaborate costumes and a special guest associated with RuPaul’s Drag Race. It names Kylee O’Hara, Jenna Skyy, Jada Pinkett Fox, LesBone, Dia Monte, Eliza Rocks and Logan Liqueur, and identifies Sapphira Cristál as the special guest. The page also provides event information, including the venue address, a 6 p.m. door time, an 18-and-over age restriction and a stated refund window. This is a direct ticketing-page source for the event’s advertised format, cast, venue and schedule. It broadly supports the supplied article’s event announcement, although the end time and precise event title differ slightly from descriptions elsewhere. Ticket availability and prices may change, so the listing should be checked directly for current purchasing details.</w:t>
      </w:r>
      <w:r/>
    </w:p>
    <w:p>
      <w:pPr>
        <w:pStyle w:val="ListNumber"/>
        <w:spacing w:line="240" w:lineRule="auto"/>
        <w:ind w:left="720"/>
      </w:pPr>
      <w:r/>
      <w:hyperlink r:id="rId11">
        <w:r>
          <w:rPr>
            <w:color w:val="0000EE"/>
            <w:u w:val="single"/>
          </w:rPr>
          <w:t>https://outxout.com/event/roser-sixqu-6a3bb3a1</w:t>
        </w:r>
      </w:hyperlink>
      <w:r>
        <w:t xml:space="preserve"> - Out x Out’s Dallas event page lists “SIX: Queens – The Queeriscal (Drag Edition)” at the Rose Room. It specifies Friday, 4 December 2026, from 7 p.m. to 10 p.m., and identifies the venue as the Rose Room at Station 4, 3911 Cedar Springs Road, Dallas, Texas. Its description characterises the event as a drag edition of SIX with a special guest from RuPaul’s Drag Race. The page states that its event information was imported from the venue’s published schedule and directs visitors to the Rose Room’s Instagram profile for the ticket link. The listing is useful independent confirmation of the date, time, venue and general concept, though it does not reproduce the full performer line-up or ticket prices. It also places the event within its Dallas drag-show listings, providing local context rather than a full review or production announcement. The listing’s title differs slightly from the article’s wording, using “SIX: Queens” and “Queeriscal”, but it clearly describes the same drag-themed production. Readers should follow the venue’s own linked channels for any late changes to schedule or ticketing.</w:t>
      </w:r>
      <w:r/>
    </w:p>
    <w:p>
      <w:pPr>
        <w:pStyle w:val="ListNumber"/>
        <w:spacing w:line="240" w:lineRule="auto"/>
        <w:ind w:left="720"/>
      </w:pPr>
      <w:r/>
      <w:hyperlink r:id="rId13">
        <w:r>
          <w:rPr>
            <w:color w:val="0000EE"/>
            <w:u w:val="single"/>
          </w:rPr>
          <w:t>https://www.uiatalent.com/artists3/sapphira-crist%C3%A1l</w:t>
        </w:r>
      </w:hyperlink>
      <w:r>
        <w:t xml:space="preserve"> - The United Talent Agency artist biography introduces Sapphira Cristál as a classically trained opera singer, composer and drag performer. It describes her as known for theatrical lip-sync performances and a six-octave vocal range, and notes that she finished as runner-up and Miss Congeniality on season 16 of RuPaul’s Drag Race. The biography also outlines her performance history, including appearances at the Philadelphia Fringe Festival, her work as a host and performer, and projects on stages and tours. It mentions her original operatic production, Soundcake, with Monét X Change and Thorgy Thor, as well as her solo Cristál Ball Tour and appearances at Pride events. This page supports the supplied article’s identification of Sapphira Cristál as a performer with a connection to RuPaul’s Drag Race, and provides context for her background as a singer and drag artist. It does not confirm her participation in the Dallas production itself; that detail is stated by the event announcement and ticket listing. The biography is an agency profile, so it is best read as performer information rather than an independent event report. It supplies relevant background but not ticketing, venue or show-date details.</w:t>
      </w:r>
      <w:r/>
    </w:p>
    <w:p>
      <w:pPr>
        <w:pStyle w:val="ListNumber"/>
        <w:spacing w:line="240" w:lineRule="auto"/>
        <w:ind w:left="720"/>
      </w:pPr>
      <w:r/>
      <w:hyperlink r:id="rId12">
        <w:r>
          <w:rPr>
            <w:color w:val="0000EE"/>
            <w:u w:val="single"/>
          </w:rPr>
          <w:t>https://sixthemusical.com/</w:t>
        </w:r>
      </w:hyperlink>
      <w:r>
        <w:t xml:space="preserve"> - The official SIX: The Musical website serves as the production’s central international hub. It presents the title and links audiences to official production information and ticketing for different territories, including London, the UK and Ireland tour, the North American tour, Australia, Madrid, China, Seoul and Luxembourg. The site credits Toby Marlow and Lucy Moss as the writers and provides official social-media and music-platform links. This source establishes that SIX: The Musical is the underlying stage production referenced in the Dallas article, and offers an official starting point for learning about the musical and its licensed productions. The website itself does not provide information about SIX: The Queersical, the Dallas performers, the Rose Room event, its ticket prices or the 4 December date. Its relevance is therefore contextual: it verifies the official identity and authorship of the original musical, rather than corroborating the local drag event’s details. Anyone interested in the original show can use the territory links to find the applicable production’s official information. This is a primary source for the musical’s official branding and authorship, while the local event listing and article are needed to support claims about the Dallas adaptation.</w:t>
      </w:r>
      <w:r/>
    </w:p>
    <w:p>
      <w:pPr>
        <w:pStyle w:val="ListNumber"/>
        <w:spacing w:line="240" w:lineRule="auto"/>
        <w:ind w:left="720"/>
      </w:pPr>
      <w:r/>
      <w:hyperlink r:id="rId14">
        <w:r>
          <w:rPr>
            <w:color w:val="0000EE"/>
            <w:u w:val="single"/>
          </w:rPr>
          <w:t>https://www.ibdb.com/broadway-production/six-the-musical-523485</w:t>
        </w:r>
      </w:hyperlink>
      <w:r>
        <w:t xml:space="preserve"> - The Internet Broadway Database entry documents the Broadway production of SIX: The Musical. It credits Toby Marlow and Lucy Moss with the book, music and lyrics, and records the production’s creative team, including director Lucy Moss, co-director Jamie Armitage and choreographer Carrie-Anne Ingrouille. It also lists design and production credits, cast members and historical production information. The entry gives key milestones for the show’s development and performance history, including its West End debut in 2018, its London opening in 2019 and its United States premiere at Chicago Shakespeare Theater in May 2019. The page records Broadway award information, including the 2022 Tony Award for Best Original Score. This source supports the description of SIX as a Broadway musical and provides authoritative background on its writers, creative contributors and production history. It does not substantiate the Dallas event’s cast, date, venue or admission prices, nor does it review the drag adaptation. It is best used alongside the event-specific sources: the original article and ticketing or venue listings establish the local performance details, while IBDB documents the Broadway work that inspired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esaiddallas.com/2026/11/06/so-much-six-appeal-so-little-time/" TargetMode="External"/><Relationship Id="rId10" Type="http://schemas.openxmlformats.org/officeDocument/2006/relationships/hyperlink" Target="https://www.eventbrite.com/e/six-queens-the-queeriscal-tickets-2002455606624?aff=ebdssbdestsearch" TargetMode="External"/><Relationship Id="rId11" Type="http://schemas.openxmlformats.org/officeDocument/2006/relationships/hyperlink" Target="https://outxout.com/event/roser-sixqu-6a3bb3a1" TargetMode="External"/><Relationship Id="rId12" Type="http://schemas.openxmlformats.org/officeDocument/2006/relationships/hyperlink" Target="https://sixthemusical.com/" TargetMode="External"/><Relationship Id="rId13" Type="http://schemas.openxmlformats.org/officeDocument/2006/relationships/hyperlink" Target="https://www.uiatalent.com/artists3/sapphira-crist%C3%A1l" TargetMode="External"/><Relationship Id="rId14" Type="http://schemas.openxmlformats.org/officeDocument/2006/relationships/hyperlink" Target="https://www.ibdb.com/broadway-production/six-the-musical-52348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