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Phyllis Lyon Plaque to Join Del Martin’s in San Francisco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Francisco’s Rainbow Honor Walk is set to honour lesbian rights pioneer Phyllis Lyon with a bronze plaque beside that of her longtime partner, Del Martin. The corner-to-corner placement makes a simple but striking tribute to a partnership that helped shape LGBTQ+ activism, from founding the Daughters of Bilitis to campaigning for marriage equality.</w:t>
      </w:r>
      <w:r/>
    </w:p>
    <w:p>
      <w:pPr>
        <w:pStyle w:val="Heading2"/>
      </w:pPr>
      <w:r>
        <w:t>A plaque that keeps two legacies together</w:t>
      </w:r>
      <w:r/>
    </w:p>
    <w:p>
      <w:r/>
      <w:r>
        <w:t>The new Phyllis Lyon plaque will be unveiled on 19th Street at 2 pm on Sunday, 15 November. Its corner will touch the existing plaque for Del Martin, giving the pair a shared place on the Rainbow Honor Walk in the Castro. It’s a small physical detail with a generous meaning: their work, and their lives, were closely connected. (The Rainbow Honor Walk)</w:t>
      </w:r>
      <w:r/>
    </w:p>
    <w:p>
      <w:r/>
      <w:r>
        <w:t>A short public programme is due to include LGBTQ+ rights advocate Kate Kendell, local civic leaders and community members. The bronze tribute adds Lyon to a public memorial route celebrating LGBTQ+ figures, while recognising that her story is difficult to separate from Martin’s. (The Rainbow Honor Walk)</w:t>
      </w:r>
      <w:r/>
    </w:p>
    <w:p>
      <w:pPr>
        <w:pStyle w:val="Heading2"/>
      </w:pPr>
      <w:r>
        <w:t>How Lyon and Martin changed lesbian visibility</w:t>
      </w:r>
      <w:r/>
    </w:p>
    <w:p>
      <w:r/>
      <w:r>
        <w:t>Lyon and Martin co-founded the Daughters of Bilitis in 1955, described by the California Museum as the first lesbian civil and political rights organisation in the United States. At a time when queer women often had few safe ways to connect, the group offered community as well as a platform for organising. (California Museum; GLBT Historical Society)</w:t>
      </w:r>
      <w:r/>
    </w:p>
    <w:p>
      <w:r/>
      <w:r>
        <w:t xml:space="preserve">They also launched </w:t>
      </w:r>
      <w:r>
        <w:rPr>
          <w:i/>
        </w:rPr>
        <w:t>The Ladder</w:t>
      </w:r>
      <w:r>
        <w:t>, a magazine that helped bring lesbian voices and experiences into public view. Its pages offered connection and representation to readers who could otherwise feel isolated. That may sound modest in print, but visibility can be a powerful form of solidarity. (GLBT Historical Society; KQED)</w:t>
      </w:r>
      <w:r/>
    </w:p>
    <w:p>
      <w:pPr>
        <w:pStyle w:val="Heading2"/>
      </w:pPr>
      <w:r>
        <w:t>A shared history, from activism to marriage equality</w:t>
      </w:r>
      <w:r/>
    </w:p>
    <w:p>
      <w:r/>
      <w:r>
        <w:t>Their advocacy stretched across decades and overlapped with wider movements for women’s rights and civil rights. The California Museum’s account of the pair places their work within a broader history of social change, while LGBTQ+ historical records preserve the organisations and publications they helped build. (California Museum; GLBT Historical Society)</w:t>
      </w:r>
      <w:r/>
    </w:p>
    <w:p>
      <w:r/>
      <w:r>
        <w:t>In 2004, Martin and Lyon became the first same-sex couple to marry legally in San Francisco. They were also the first couple to marry in the city after California’s Supreme Court ruling opened the way for same-sex marriage in 2008. Their place in that history gives the adjoining plaques an extra resonance: this is a tribute to two organisers, partners and pioneers, not simply two names on a pavement. (KQED; San Francisco Bay Times)</w:t>
      </w:r>
      <w:r/>
    </w:p>
    <w:p>
      <w:pPr>
        <w:pStyle w:val="Heading2"/>
      </w:pPr>
      <w:r>
        <w:t>What the Rainbow Honor Walk represents</w:t>
      </w:r>
      <w:r/>
    </w:p>
    <w:p>
      <w:r/>
      <w:r>
        <w:t>The Rainbow Honor Walk recognises LGBTQ+ people whose contributions have shaped history and culture. Set in San Francisco’s Castro neighbourhood, it offers a public way to encounter that history as part of an ordinary walk through the city. (Rainbow Honor Walk)</w:t>
      </w:r>
      <w:r/>
    </w:p>
    <w:p>
      <w:r/>
      <w:r>
        <w:t>Putting Lyon’s plaque beside Martin’s makes the memorial feel particularly personal. Many public tributes celebrate individual achievement; this one also acknowledges the partnership that helped sustain a lifetime of activism. (Rainbow Honor Walk; KQED)</w:t>
      </w:r>
      <w:r/>
    </w:p>
    <w:p>
      <w:pPr>
        <w:pStyle w:val="Heading2"/>
      </w:pPr>
      <w:r>
        <w:t>A practical invitation to remember</w:t>
      </w:r>
      <w:r/>
    </w:p>
    <w:p>
      <w:r/>
      <w:r>
        <w:t>Visitors planning to attend can check the Rainbow Honor Walk’s website for event details and updates before setting out. The unveiling is scheduled for 2 pm on 15 November, on 19th Street in the Castro. (Rainbow Honor Walk)</w:t>
      </w:r>
      <w:r/>
    </w:p>
    <w:p>
      <w:r/>
      <w:r>
        <w:t>Even for those who can’t make the ceremony, the plaques offer a reason to pause on a neighbourhood walk and learn more about the women behind them. Their legacy isn’t just carved in bronze; it lives in the communities and rights their work helped make possible. (Rainbow Honor Walk; California Museum)</w:t>
      </w:r>
      <w:r/>
    </w:p>
    <w:p>
      <w:r/>
      <w:r>
        <w:t>A shared corner makes a fitting tribute to a partnership that helped change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Paragraph 2: </w:t>
      </w:r>
      <w:hyperlink r:id="rId10">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3">
        <w:r>
          <w:rPr>
            <w:color w:val="0000EE"/>
            <w:u w:val="single"/>
          </w:rPr>
          <w:t>[7]</w:t>
        </w:r>
      </w:hyperlink>
      <w:r>
        <w:t xml:space="preserve">- Paragraph 5: </w:t>
      </w:r>
      <w:hyperlink r:id="rId12">
        <w:r>
          <w:rPr>
            <w:color w:val="0000EE"/>
            <w:u w:val="single"/>
          </w:rPr>
          <w:t>[4]</w:t>
        </w:r>
      </w:hyperlink>
      <w:r>
        <w:t xml:space="preserve">, </w:t>
      </w:r>
      <w:hyperlink r:id="rId11">
        <w:r>
          <w:rPr>
            <w:color w:val="0000EE"/>
            <w:u w:val="single"/>
          </w:rPr>
          <w:t>[3]</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[6]</w:t>
        </w:r>
      </w:hyperlink>
      <w:r>
        <w:t xml:space="preserve">- Paragraph 8: </w:t>
      </w:r>
      <w:hyperlink r:id="rId10">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[6]</w:t>
        </w:r>
      </w:hyperlink>
      <w:r>
        <w:t xml:space="preserve">- Paragraph 10: </w:t>
      </w:r>
      <w:hyperlink r:id="rId10">
        <w:r>
          <w:rPr>
            <w:color w:val="0000EE"/>
            <w:u w:val="single"/>
          </w:rPr>
          <w:t>[6]</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https://sfbaytimes.com/rainbow-honor-walk-to-unveil-plaque-honoring-phyllis-lyon-beside-that-of-del-martin/?utm_source=rss&amp;utm_medium=rss&amp;utm_campaign=rainbow-honor-walk-to-unveil-plaque-honoring-phyllis-lyon-beside-that-of-del-martin</w:t>
        </w:r>
      </w:hyperlink>
      <w:r>
        <w:t xml:space="preserve"> - Please view link - unable to able to access data</w:t>
      </w:r>
      <w:r/>
    </w:p>
    <w:p>
      <w:pPr>
        <w:pStyle w:val="ListNumber"/>
        <w:spacing w:line="240" w:lineRule="auto"/>
        <w:ind w:left="720"/>
      </w:pPr>
      <w:r/>
      <w:hyperlink r:id="rId9">
        <w:r>
          <w:rPr>
            <w:color w:val="0000EE"/>
            <w:u w:val="single"/>
          </w:rPr>
          <w:t>https://sfbaytimes.com/rainbow-honor-walk-to-unveil-plaque-honoring-phyllis-lyon-beside-that-of-del-martin/?utm_source=rss&amp;utm_medium=rss&amp;utm_campaign=rainbow-honor-walk-to-unveil-plaque-honoring-phyllis-lyon-beside-that-of-del-martin</w:t>
        </w:r>
      </w:hyperlink>
      <w:r>
        <w:t xml:space="preserve"> - The San Francisco Bay Times reports that the Rainbow Honor Walk plans to unveil a bronze plaque commemorating Phyllis Lyon on 15 November at 2 pm. The article says the plaque will be placed on 19th Street, with one corner touching the plaque honouring Lyon’s lifelong partner, Del Martin. It describes this corner-to-corner placement as a first for the Walk and a deliberate tribute to the pair’s shared life and activism. The public programme is expected to include Kate Kendell, civic leaders and community members. The article recounts that Lyon and Martin helped establish the Daughters of Bilitis in 1955, an early organisation for lesbians, and that they published The Ladder, a nationally distributed magazine offering visibility and connection to queer women. It also describes their decades of work for civil rights, women’s liberation and elder care. Their marriage history is noted: they married in San Francisco in 2004 and, following California’s marriage-equality ruling, again in 2008. The article presents the adjacent plaques as a lasting public recognition of both their individual achievements and their partnership. It includes photographs and credits, identifies the Rainbow Honor Walk as the source of the event information, and is dated 5 November 2026. The November unveiling is described as an upcoming event, not a completed ceremony.</w:t>
      </w:r>
      <w:r/>
    </w:p>
    <w:p>
      <w:pPr>
        <w:pStyle w:val="ListNumber"/>
        <w:spacing w:line="240" w:lineRule="auto"/>
        <w:ind w:left="720"/>
      </w:pPr>
      <w:r/>
      <w:hyperlink r:id="rId11">
        <w:r>
          <w:rPr>
            <w:color w:val="0000EE"/>
            <w:u w:val="single"/>
          </w:rPr>
          <w:t>https://www.glbthistory.org/primary-source-set-lyon-and-martin</w:t>
        </w:r>
      </w:hyperlink>
      <w:r>
        <w:t xml:space="preserve"> - The GLBT Historical Society’s online source set introduces Phyllis Lyon and Del Martin as pioneering lesbian activists. It states that they co-founded the Daughters of Bilitis in 1955, describing it as the first lesbian rights organisation in the United States. The page also records their editorial work on The Ladder, the organisation’s nationally distributed publication. This provides archival and institutional context for the history summarised in the supplied article: Lyon and Martin were not only partners but also collaborators in building organisations and communications that served lesbian communities. The Society notes that both women participated in many other organisations advocating for LGBTQ rights throughout their lives, including efforts connected with marriage equality. It further states that in 2008 they became the first same-sex couple legally married in San Francisco. The page is a curated entry point to related historical materials rather than a long standalone biography. Its selected resources include photographs, oral-history recordings, a profile of Lyon, material about Martin’s activism, a cover of The Ladder and a virtual tour of the Lyon-Martin home. It also links readers to the Phyllis Lyon and Del Martin Papers held through the Online Archive of California. Together, these records make the page useful for checking key biographical claims, the founding date of the Daughters of Bilitis, the couple’s publishing work and their role in marriage-equality history.</w:t>
      </w:r>
      <w:r/>
    </w:p>
    <w:p>
      <w:pPr>
        <w:pStyle w:val="ListNumber"/>
        <w:spacing w:line="240" w:lineRule="auto"/>
        <w:ind w:left="720"/>
      </w:pPr>
      <w:r/>
      <w:hyperlink r:id="rId12">
        <w:r>
          <w:rPr>
            <w:color w:val="0000EE"/>
            <w:u w:val="single"/>
          </w:rPr>
          <w:t>https://californiamuseum.org/california-hall-of-fame/exhibitions/virtual-exhibitions/del-martin-phyllis-lyon/</w:t>
        </w:r>
      </w:hyperlink>
      <w:r>
        <w:t xml:space="preserve"> - The California Museum’s virtual exhibition traces the lives and activism of Del Martin and Phyllis Lyon. It says they met in Seattle in 1950 while working as journalists, moved to San Francisco in 1953 and spent decades advancing civil rights and equality. In 1955, they helped found the Daughters of Bilitis, which began as a social club and soon took up political causes. The following year, they launched The Ladder, described as the first nationally distributed lesbian publication. The exhibit explains that they edited the magazine from their kitchen table through 1962, using it to publicise the organisation and increase awareness of gay-rights issues. It also covers the couple’s broader work, including co-authoring Lesbian/Woman, participating in the National Organization for Women and advocating for lesbian recognition within feminist movements. Martin’s work against domestic violence and the pair’s involvement in other civil-rights and community organisations are also discussed. The exhibition recounts their marriages: they wed in San Francisco in February 2004 after the city began issuing same-sex marriage licences, but the California Supreme Court later invalidated that marriage. In June 2008, after the court recognised same-sex marriage, they wed again in a ceremony presided over by Mayor Gavin Newsom. The museum’s account supports the article’s claims about their long partnership, organising, publication work and historic marriage milestones.</w:t>
      </w:r>
      <w:r/>
    </w:p>
    <w:p>
      <w:pPr>
        <w:pStyle w:val="ListNumber"/>
        <w:spacing w:line="240" w:lineRule="auto"/>
        <w:ind w:left="720"/>
      </w:pPr>
      <w:r/>
      <w:hyperlink r:id="rId14">
        <w:r>
          <w:rPr>
            <w:color w:val="0000EE"/>
            <w:u w:val="single"/>
          </w:rPr>
          <w:t>https://www.ebar.com/story/156637</w:t>
        </w:r>
      </w:hyperlink>
      <w:r>
        <w:t xml:space="preserve"> - The Bay Area Reporter’s article describes the Rainbow Honor Walk’s plans and the practical challenges of adding plaques in San Francisco’s Castro neighbourhood. Published in August 2025, it reports that the organisation had selected lesbian pioneer Phyllis Lyon for a plaque in 2021 and that her plaque had been received from the foundry. The article notes that Lyon died in 2020 and that Del Martin, her spouse, was among the Walk’s first group of honourees in 2014. Martin’s plaque is located on 19th Street near Collingwood Street, providing context for the later proposal to place Lyon’s plaque nearby. At the time of reporting, installation depended on permits, contractor arrangements and funding; the article therefore documents the project’s status then, rather than confirming a later unveiling date. It also explains that the Walk honours LGBTQ people through plaques featuring an image, a short biographical inscription and a signature. Organisers describe the purpose as making LGBTQ history and contributions visible to people passing through the Castro. The article covers other planned plaques, board operations and the costs and permitting process involved in installation. For the supplied article, its most relevant information is the selection of Lyon, the readiness of her plaque and the existing location of Martin’s plaque. It independently supports the connection between the two honourees and the Walk’s commemorative project.</w:t>
      </w:r>
      <w:r/>
    </w:p>
    <w:p>
      <w:pPr>
        <w:pStyle w:val="ListNumber"/>
        <w:spacing w:line="240" w:lineRule="auto"/>
        <w:ind w:left="720"/>
      </w:pPr>
      <w:r/>
      <w:hyperlink r:id="rId10">
        <w:r>
          <w:rPr>
            <w:color w:val="0000EE"/>
            <w:u w:val="single"/>
          </w:rPr>
          <w:t>https://rainbowhonorwalk.org/</w:t>
        </w:r>
      </w:hyperlink>
      <w:r>
        <w:t xml:space="preserve"> - The Rainbow Honor Walk’s official website explains the organisation’s purpose and invites visitors to explore its plaques in San Francisco’s Castro neighbourhood. It describes the Walk as a public educational and commemorative project honouring deceased LGBTQIA+ people who made significant contributions in their fields. The website says the plaques recognise pioneers from areas including activism, politics, literature, culture, performance and the arts. It presents the Walk as an all-volunteer non-profit and emphasises preserving stories of resilience, creativity and the struggle for equality for future generations. Visitors can use the site’s self-guided tour information to plan a visit and learn about plaques and nearby Castro destinations. The homepage also reports current totals for installed and planned plaques, which may change as work proceeds. Its framing helps explain why the new Lyon plaque described in the supplied article belongs within the project: Lyon’s activism and contributions to LGBTQ history fit the organisation’s stated mission. The site offers a direct route to information about the Walk itself, rather than relying solely on outside reporting. It is also a useful source for distinguishing the project’s general purpose from specific event details, such as the announced unveiling time and the proposed positioning of Lyon’s plaque beside Martin’s. The homepage supports the broader claims about the Walk’s mission, public setting and commemorative role.</w:t>
      </w:r>
      <w:r/>
    </w:p>
    <w:p>
      <w:pPr>
        <w:pStyle w:val="ListNumber"/>
        <w:spacing w:line="240" w:lineRule="auto"/>
        <w:ind w:left="720"/>
      </w:pPr>
      <w:r/>
      <w:hyperlink r:id="rId13">
        <w:r>
          <w:rPr>
            <w:color w:val="0000EE"/>
            <w:u w:val="single"/>
          </w:rPr>
          <w:t>https://www.kqed.org/arts/13955066/del-martin-phyllis-lyon-lesbian-icons-lgbt-daughters-of-bilitis</w:t>
        </w:r>
      </w:hyperlink>
      <w:r>
        <w:t xml:space="preserve"> - KQED’s feature recounts how Del Martin and Phyllis Lyon built a life together while helping expand lesbian visibility and rights. It describes the social and political climate in which they formed their relationship and explains that they sought community with other lesbians in San Francisco. In 1955, they helped establish the Daughters of Bilitis, identified as the first lesbian-rights organisation in the United States. The article traces the group’s development from a small gathering into an organisation with members and a publication. It describes The Ladder, which began in 1956, as a groundbreaking lesbian magazine edited by Lyon, and explains how it connected readers and shared information at a time when public representation was scarce. The feature also discusses Martin and Lyon’s writing, including Lesbian/Woman, and their involvement in women’s and LGBTQ advocacy. It notes their work addressing discrimination and their role in challenging the exclusion of lesbians from feminist organising. On marriage, KQED reports that they became the first same-sex couple to marry in San Francisco in 2004; the marriage was later invalidated. The article also discusses their return to marry in 2008 after same-sex marriage became legal in California. This reporting supports the supplied article’s central historical claims about their partnership, organising, publishing and marriage milestones, while offering additional social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rainbow-honor-walk-to-unveil-plaque-honoring-phyllis-lyon-beside-that-of-del-martin/?utm_source=rss&amp;utm_medium=rss&amp;utm_campaign=rainbow-honor-walk-to-unveil-plaque-honoring-phyllis-lyon-beside-that-of-del-martin" TargetMode="External"/><Relationship Id="rId10" Type="http://schemas.openxmlformats.org/officeDocument/2006/relationships/hyperlink" Target="https://rainbowhonorwalk.org/" TargetMode="External"/><Relationship Id="rId11" Type="http://schemas.openxmlformats.org/officeDocument/2006/relationships/hyperlink" Target="https://www.glbthistory.org/primary-source-set-lyon-and-martin" TargetMode="External"/><Relationship Id="rId12" Type="http://schemas.openxmlformats.org/officeDocument/2006/relationships/hyperlink" Target="https://californiamuseum.org/california-hall-of-fame/exhibitions/virtual-exhibitions/del-martin-phyllis-lyon/" TargetMode="External"/><Relationship Id="rId13" Type="http://schemas.openxmlformats.org/officeDocument/2006/relationships/hyperlink" Target="https://www.kqed.org/arts/13955066/del-martin-phyllis-lyon-lesbian-icons-lgbt-daughters-of-bilitis" TargetMode="External"/><Relationship Id="rId14" Type="http://schemas.openxmlformats.org/officeDocument/2006/relationships/hyperlink" Target="https://www.ebar.com/story/1566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