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Palm Springs Pride 2026: Festival Guide and What to Expect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Palm Springs Pride is under way, bringing its 2026 festival to the desert city with a packed programme of community events and live entertainment. The celebration’s 40th anniversary gives visitors another reason to join in, whether they’re coming for the headline performances, the parade atmosphere or a weekend spent exploring the city’s LGBTQ+ scene.</w:t>
      </w:r>
      <w:r/>
    </w:p>
    <w:p>
      <w:pPr>
        <w:pStyle w:val="Heading2"/>
      </w:pPr>
      <w:r>
        <w:t>Palm Springs Pride opens its 2026 celebration</w:t>
      </w:r>
      <w:r/>
    </w:p>
    <w:p>
      <w:r/>
      <w:r>
        <w:t>The 2026 Palm Springs Pride festival has begun, putting the city’s LGBTQ+ community and its supporters in the spotlight. Organisers have framed this year’s event as a 40th anniversary celebration, a milestone that gives the familiar mix of festivities an extra note of history and pride. (KESQ)</w:t>
      </w:r>
      <w:r/>
    </w:p>
    <w:p>
      <w:r/>
      <w:r>
        <w:t>Pride isn’t just one big moment on a stage. The official festival information describes a wider gathering built around community, entertainment and celebration, giving visitors plenty of ways to take part. (Palm Springs Pride)</w:t>
      </w:r>
      <w:r/>
    </w:p>
    <w:p>
      <w:pPr>
        <w:pStyle w:val="Heading2"/>
      </w:pPr>
      <w:r>
        <w:t>A weekend with more than one way to celebrate</w:t>
      </w:r>
      <w:r/>
    </w:p>
    <w:p>
      <w:r/>
      <w:r>
        <w:t>For some visitors, the draw is the live programme; for others, it’s the chance to be part of a visible, welcoming crowd. Palm Springs Pride’s festival and parade sit within a broader calendar of LGBTQ+ events in the Greater Palm Springs area, making it easy to turn a single outing into a longer stay. (Palm Springs Pride; Visit Greater Palm Springs)</w:t>
      </w:r>
      <w:r/>
    </w:p>
    <w:p>
      <w:r/>
      <w:r>
        <w:t>That variety is part of the appeal. You can plan around the main festival, then leave room for the smaller moments: a lively street, an unexpected performance or a relaxed stop for a drink between events. (Visit Palm Springs)</w:t>
      </w:r>
      <w:r/>
    </w:p>
    <w:p>
      <w:pPr>
        <w:pStyle w:val="Heading2"/>
      </w:pPr>
      <w:r>
        <w:t>Check the schedule before you head out</w:t>
      </w:r>
      <w:r/>
    </w:p>
    <w:p>
      <w:r/>
      <w:r>
        <w:t>The organisers have published a full programme for the anniversary celebration, so it’s worth checking the official lineup and schedule before setting off. Event details can shape the day, especially if you’re hoping to catch a particular performer or balance festival time with other plans. (Palm Springs Pride; KESQ)</w:t>
      </w:r>
      <w:r/>
    </w:p>
    <w:p>
      <w:r/>
      <w:r>
        <w:t>A little preparation goes a long way at a busy celebration. Check timings and locations on the official festival pages, allow extra time to get around, and bring comfortable shoes and water for a day spent on your feet. (Palm Springs Pride)</w:t>
      </w:r>
      <w:r/>
    </w:p>
    <w:p>
      <w:pPr>
        <w:pStyle w:val="Heading2"/>
      </w:pPr>
      <w:r>
        <w:t>Make room for the city beyond the festival</w:t>
      </w:r>
      <w:r/>
    </w:p>
    <w:p>
      <w:r/>
      <w:r>
        <w:t>Pride can be a natural starting point for exploring Palm Springs, but the destination has plenty to offer between events. The city’s Pride Days guide and regional event listings point to a wider LGBTQ+ calendar and a visitor scene that extends beyond the main celebration. (Visit Palm Springs; Visit Greater Palm Springs)</w:t>
      </w:r>
      <w:r/>
    </w:p>
    <w:p>
      <w:r/>
      <w:r>
        <w:t>That broader context matters: visitors aren’t only attending a festival, they’re joining a community celebration with deep roots in the area. For a first visit, taking time to explore local businesses and neighbourhoods can make the weekend feel more connected than a dash from one stage to the next. (Visit Palm Springs; Visit Greater Palm Springs)</w:t>
      </w:r>
      <w:r/>
    </w:p>
    <w:p>
      <w:pPr>
        <w:pStyle w:val="Heading2"/>
      </w:pPr>
      <w:r>
        <w:t>A milestone with a community focus</w:t>
      </w:r>
      <w:r/>
    </w:p>
    <w:p>
      <w:r/>
      <w:r>
        <w:t>A 40th anniversary naturally invites a look back, but the energy of Pride is also about who gets to take part now. The 2026 programme gives the celebration a public, festive face while keeping community at its centre. (KESQ; Palm Springs Pride)</w:t>
      </w:r>
      <w:r/>
    </w:p>
    <w:p>
      <w:r/>
      <w:r>
        <w:t>If you’re planning to go, use the official Pride pages for the latest event information and make a loose plan rather than trying to fit everything in. The best festival moments often happen when there’s still time to wander. (Palm Springs Pride)</w:t>
      </w:r>
      <w:r/>
    </w:p>
    <w:p>
      <w:r/>
      <w:r>
        <w:t>Palm Springs Pride is a chance to celebrate, connect and discover the city at its most welcoming.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3">
        <w:r>
          <w:rPr>
            <w:color w:val="0000EE"/>
            <w:u w:val="single"/>
          </w:rPr>
          <w:t>[4]</w:t>
        </w:r>
      </w:hyperlink>
      <w:r>
        <w:t xml:space="preserve">, </w:t>
      </w:r>
      <w:hyperlink r:id="rId14">
        <w:r>
          <w:rPr>
            <w:color w:val="0000EE"/>
            <w:u w:val="single"/>
          </w:rPr>
          <w:t>[5]</w:t>
        </w:r>
      </w:hyperlink>
      <w:r>
        <w:t xml:space="preserve">- Paragraph 5: </w:t>
      </w:r>
      <w:hyperlink r:id="rId15">
        <w:r>
          <w:rPr>
            <w:color w:val="0000EE"/>
            <w:u w:val="single"/>
          </w:rPr>
          <w:t>[6]</w:t>
        </w:r>
      </w:hyperlink>
      <w:r>
        <w:t xml:space="preserve">, </w:t>
      </w:r>
      <w:hyperlink r:id="rId11">
        <w:r>
          <w:rPr>
            <w:color w:val="0000EE"/>
            <w:u w:val="single"/>
          </w:rPr>
          <w:t>[7]</w:t>
        </w:r>
      </w:hyperlink>
      <w:r>
        <w:t xml:space="preserve">- Paragraph 6: </w:t>
      </w:r>
      <w:hyperlink r:id="rId10">
        <w:r>
          <w:rPr>
            <w:color w:val="0000EE"/>
            <w:u w:val="single"/>
          </w:rPr>
          <w:t>[2]</w:t>
        </w:r>
      </w:hyperlink>
      <w:r>
        <w:t xml:space="preserve">, </w:t>
      </w:r>
      <w:hyperlink r:id="rId14">
        <w:r>
          <w:rPr>
            <w:color w:val="0000EE"/>
            <w:u w:val="single"/>
          </w:rPr>
          <w:t>[5]</w:t>
        </w:r>
      </w:hyperlink>
      <w:r>
        <w:t xml:space="preserve">- Paragraph 7: </w:t>
      </w:r>
      <w:hyperlink r:id="rId14">
        <w:r>
          <w:rPr>
            <w:color w:val="0000EE"/>
            <w:u w:val="single"/>
          </w:rPr>
          <w:t>[5]</w:t>
        </w:r>
      </w:hyperlink>
      <w:r>
        <w:t xml:space="preserve">, </w:t>
      </w:r>
      <w:hyperlink r:id="rId13">
        <w:r>
          <w:rPr>
            <w:color w:val="0000EE"/>
            <w:u w:val="single"/>
          </w:rPr>
          <w:t>[4]</w:t>
        </w:r>
      </w:hyperlink>
      <w:r>
        <w:t xml:space="preserve">- Paragraph 8: </w:t>
      </w:r>
      <w:hyperlink r:id="rId14">
        <w:r>
          <w:rPr>
            <w:color w:val="0000EE"/>
            <w:u w:val="single"/>
          </w:rPr>
          <w:t>[5]</w:t>
        </w:r>
      </w:hyperlink>
      <w:r>
        <w:t xml:space="preserve">, </w:t>
      </w:r>
      <w:hyperlink r:id="rId13">
        <w:r>
          <w:rPr>
            <w:color w:val="0000EE"/>
            <w:u w:val="single"/>
          </w:rPr>
          <w:t>[4]</w:t>
        </w:r>
      </w:hyperlink>
      <w:r>
        <w:t xml:space="preserve">- Paragraph 9: </w:t>
      </w:r>
      <w:hyperlink r:id="rId11">
        <w:r>
          <w:rPr>
            <w:color w:val="0000EE"/>
            <w:u w:val="single"/>
          </w:rPr>
          <w:t>[7]</w:t>
        </w:r>
      </w:hyperlink>
      <w:r>
        <w:t xml:space="preserve">, </w:t>
      </w:r>
      <w:hyperlink r:id="rId10">
        <w:r>
          <w:rPr>
            <w:color w:val="0000EE"/>
            <w:u w:val="single"/>
          </w:rPr>
          <w:t>[2]</w:t>
        </w:r>
      </w:hyperlink>
      <w:r>
        <w:t xml:space="preserve">- Paragraph 10: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https://kesq.com/kunamundo/noticias-principales/2026/11/06/inicia-el-festival-del-orgullo-palm-springs-en-su-edicion-2026/</w:t>
        </w:r>
      </w:hyperlink>
      <w:r>
        <w:t xml:space="preserve"> - Please view link - unable to able to access data</w:t>
      </w:r>
      <w:r/>
    </w:p>
    <w:p>
      <w:pPr>
        <w:pStyle w:val="ListNumber"/>
        <w:spacing w:line="240" w:lineRule="auto"/>
        <w:ind w:left="720"/>
      </w:pPr>
      <w:r/>
      <w:hyperlink r:id="rId10">
        <w:r>
          <w:rPr>
            <w:color w:val="0000EE"/>
            <w:u w:val="single"/>
          </w:rPr>
          <w:t>https://www.pspride.org/pride</w:t>
        </w:r>
      </w:hyperlink>
      <w:r>
        <w:t xml:space="preserve"> - The official Palm Springs Pride page describes the 2026 celebration, scheduled for 6–8 November, and outlines the main activities across the weekend. Friday, 6 November, includes entertainment on the Arenas and Amado stages. Saturday features the festival marketplace and performances, while Sunday brings the parade and further festival entertainment. The page explains that the parade begins in the Uptown Design District at Tachevah and Palm Canyon Drive, then travels south through downtown to the festival at Amado. It presents the event as a lively community celebration, with food, drinks, artists, performers, vendors, shops, restaurants, clubs and other entertainment venues. The page also gives visitors a broad sense of how the parade and festival connect: the procession moves through the city centre and finishes at the gathering area. As the event organiser’s own information page, it is a direct source for the basic schedule, parade route and character of the celebration. It supports the article’s central point that the 2026 Palm Springs Pride festivities are getting under way, while providing practical context for the weekend programme and public events. Readers should consult the page for official event details, as schedules and arrangements may be updated.</w:t>
      </w:r>
      <w:r/>
    </w:p>
    <w:p>
      <w:pPr>
        <w:pStyle w:val="ListNumber"/>
        <w:spacing w:line="240" w:lineRule="auto"/>
        <w:ind w:left="720"/>
      </w:pPr>
      <w:r/>
      <w:hyperlink r:id="rId12">
        <w:r>
          <w:rPr>
            <w:color w:val="0000EE"/>
            <w:u w:val="single"/>
          </w:rPr>
          <w:t>https://www.pspride.org/festival</w:t>
        </w:r>
      </w:hyperlink>
      <w:r>
        <w:t xml:space="preserve"> - Palm Springs Pride’s official festival page describes the event as a downtown street fair and community gathering celebrating LGBTQ+ life. It states that admission is free and lists the 2026 celebration dates as 5–8 November, including the Arenas District Walkabout on Thursday and a block party on Friday. Saturday and Sunday feature entertainment across three stages: the Arenas Stage, the Amado Stage and the Community Stage. The page gives scheduled performance hours for each stage and names several downtown areas used by the festival, including Palm Canyon Drive between Amado and Baristo, Arenas Road and Museum Way. It says the event offers food, drinks, performers, artists, shops and vendors, and notes that the marketplace includes more than 250 exhibitors, non-profit organisations and food and beverage sellers. The page also identifies spaces intended for younger visitors, including a Children’s Headquarters for games and crafts and a Youth Zone. It further notes that Eisenhower Health is serving as the official medical first-aid provider for the first time. This official source therefore supports descriptions of the festival’s dates, free entry, entertainment, marketplace, family-oriented facilities and health support, complementing reports about the 2026 opening.</w:t>
      </w:r>
      <w:r/>
    </w:p>
    <w:p>
      <w:pPr>
        <w:pStyle w:val="ListNumber"/>
        <w:spacing w:line="240" w:lineRule="auto"/>
        <w:ind w:left="720"/>
      </w:pPr>
      <w:r/>
      <w:hyperlink r:id="rId13">
        <w:r>
          <w:rPr>
            <w:color w:val="0000EE"/>
            <w:u w:val="single"/>
          </w:rPr>
          <w:t>https://www.visitgreaterpalmsprings.com/events/events-and-festivals/greater-palm-springs-lgbtq-pride/</w:t>
        </w:r>
      </w:hyperlink>
      <w:r>
        <w:t xml:space="preserve"> - Visit Greater Palm Springs provides an event guide for Greater Palm Springs Pride, listing the main 2026 dates as 6–8 November. Its schedule describes the Friday festival, Saturday’s 5K Run and Walk followed by festival activities, and Sunday’s parade and closing-day festival. The listings mention food trucks, artists, entertainment, shops and vendor booths, giving readers a useful overview of what visitors can expect during the weekend. The guide also supplies background on the event’s history: the celebration began in 1986 as a variety show organised by the Desert Business Association, developed into a wider Pride weekend, and later grew into a formal festival and parade. It outlines milestones in the event’s move to Veterans Day weekend, its relocation to Palm Canyon Drive and its expansion downtown. The page states that the 2026 edition marks the celebration’s 40th anniversary. Its frequently asked questions say the festival and parade are free, describe facilities and activities for children and young people, and give general information on attendance, parade routing and event organisation. As a regional visitor-information source, it supports the dates, programme, community character and historical context associated with the festival’s start.</w:t>
      </w:r>
      <w:r/>
    </w:p>
    <w:p>
      <w:pPr>
        <w:pStyle w:val="ListNumber"/>
        <w:spacing w:line="240" w:lineRule="auto"/>
        <w:ind w:left="720"/>
      </w:pPr>
      <w:r/>
      <w:hyperlink r:id="rId14">
        <w:r>
          <w:rPr>
            <w:color w:val="0000EE"/>
            <w:u w:val="single"/>
          </w:rPr>
          <w:t>https://visitpalmsprings.com/blog/post/palm-springs-pride-days/</w:t>
        </w:r>
      </w:hyperlink>
      <w:r>
        <w:t xml:space="preserve"> - Visit Palm Springs’ 2026 guide presents Pride as a multi-day city celebration, with the main festival scheduled for 6–8 November and the parade planned for Sunday, 8 November. It also notes that related events take place around the city during the week, from 31 October to 8 November. The guide identifies the 2026 theme as “Be Included” and connects it with equality, visibility and community support. Its description of the parade says it begins at Tachevah and Palm Canyon Drive in the Uptown Design District, proceeds south through downtown and finishes near the festival entrance at Amado. The article anticipates floats, marching groups, live performances and spectators, and describes the festival as including entertainment, food, vendors and community organisations. It also lists other Pride-week events and activities, making clear that the celebration extends beyond the central festival site. The guide’s frequently asked questions reiterate the weekend dates, outline the parade and festival locations, and direct readers to the official Pride organisation for current schedules and updates. This visitor-focused article supports the reported opening of the 2026 festivities while offering broader context about the theme, parade route, surrounding events and the range of activities available.</w:t>
      </w:r>
      <w:r/>
    </w:p>
    <w:p>
      <w:pPr>
        <w:pStyle w:val="ListNumber"/>
        <w:spacing w:line="240" w:lineRule="auto"/>
        <w:ind w:left="720"/>
      </w:pPr>
      <w:r/>
      <w:hyperlink r:id="rId15">
        <w:r>
          <w:rPr>
            <w:color w:val="0000EE"/>
            <w:u w:val="single"/>
          </w:rPr>
          <w:t>https://www.pspride.org/lineup</w:t>
        </w:r>
      </w:hyperlink>
      <w:r>
        <w:t xml:space="preserve"> - The official entertainment-line-up page presents the Palm Springs Pride 2026 programme for 6–8 November and states that admission is free. It identifies three performance areas: the Arenas Stage, the Amado Stage and the Community Stage, with the latter two located on or near Palm Canyon Drive. The schedule lists performers and set times for Friday, Saturday and Sunday. Friday’s Arenas programme includes DJs and musical performers, with the evening concluding with a DJ set by Luxx Noir London. Saturday’s listings feature DJs, live acts, a drag performance and a themed dance event. Sunday’s programme includes additional DJs and performances, with Aubrey O’Day among the named acts. The page also provides general festival location information, covering Palm Canyon Drive between Amado and Baristo, Arenas Road and Museum Way. Its details help verify that the Pride celebration is more than a parade: it includes multiple days of stage entertainment in several downtown locations. Because it is maintained by the event organiser, it is a direct source for the advertised line-up and schedule. Visitors should check the page before attending, since the organiser notes that performance times and programme details may be subject to change.</w:t>
      </w:r>
      <w:r/>
    </w:p>
    <w:p>
      <w:pPr>
        <w:pStyle w:val="ListNumber"/>
        <w:spacing w:line="240" w:lineRule="auto"/>
        <w:ind w:left="720"/>
      </w:pPr>
      <w:r/>
      <w:hyperlink r:id="rId11">
        <w:r>
          <w:rPr>
            <w:color w:val="0000EE"/>
            <w:u w:val="single"/>
          </w:rPr>
          <w:t>https://kesq.com/news/2026/11/04/palm-springs-pride-announces-full-schedule-for-40th-anniversary-celebration/</w:t>
        </w:r>
      </w:hyperlink>
      <w:r>
        <w:t xml:space="preserve"> - KESQ reports that Greater Palm Springs Pride announced the full programme for its 40th-anniversary celebration in 2026. The report gives the wider event period as 5–8 November and describes four days of entertainment, cultural activities, community programming and the annual Pride Parade. It highlights expanded pedestrian-friendly activities, multiple entertainment stages, a festival marketplace and anniversary-related events across downtown Palm Springs. This local news report offers timely context for the festival’s opening by showing that the start of the celebration is part of a broader programme rather than a single event. It also connects the 2026 edition with the organisation’s 40-year milestone and points readers towards continuing coverage of the festivities and parade. The article’s information supports the dates, scale and programme themes in coverage of the event, while the official Pride pages provide more detailed schedules, locations and performance times. Together, these details help explain why the launch is significant to the region and how the festival brings entertainment and community activities into the city centre. For precise day-by-day event information, readers should verify the current programme with the organisers, since event schedules can change.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sq.com/kunamundo/noticias-principales/2026/11/06/inicia-el-festival-del-orgullo-palm-springs-en-su-edicion-2026/" TargetMode="External"/><Relationship Id="rId10" Type="http://schemas.openxmlformats.org/officeDocument/2006/relationships/hyperlink" Target="https://www.pspride.org/pride" TargetMode="External"/><Relationship Id="rId11" Type="http://schemas.openxmlformats.org/officeDocument/2006/relationships/hyperlink" Target="https://kesq.com/news/2026/11/04/palm-springs-pride-announces-full-schedule-for-40th-anniversary-celebration/" TargetMode="External"/><Relationship Id="rId12" Type="http://schemas.openxmlformats.org/officeDocument/2006/relationships/hyperlink" Target="https://www.pspride.org/festival" TargetMode="External"/><Relationship Id="rId13" Type="http://schemas.openxmlformats.org/officeDocument/2006/relationships/hyperlink" Target="https://www.visitgreaterpalmsprings.com/events/events-and-festivals/greater-palm-springs-lgbtq-pride/" TargetMode="External"/><Relationship Id="rId14" Type="http://schemas.openxmlformats.org/officeDocument/2006/relationships/hyperlink" Target="https://visitpalmsprings.com/blog/post/palm-springs-pride-days/" TargetMode="External"/><Relationship Id="rId15" Type="http://schemas.openxmlformats.org/officeDocument/2006/relationships/hyperlink" Target="https://www.pspride.org/lineu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