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Out in the Hills Festival 2027: LGBTQIA+ Events in Pitlochry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Pitlochry’s Out in the Hills Festival returns from 28 to 31 January 2027, bringing four days of LGBTQIA+ culture to Scotland’s hills. Curated by Lewis Hetherington, the programme will mix conversations, new theatre, dance, music and poetry, with familiar names including Rosie Jones, Yotam Ottolenghi, Armistead Maupin, Val McDermid and Stephen Libby. Tickets start at £18.</w:t>
      </w:r>
      <w:r/>
    </w:p>
    <w:p>
      <w:pPr>
        <w:pStyle w:val="Heading2"/>
      </w:pPr>
      <w:r>
        <w:t>Four days of LGBTQIA+ culture come to Pitlochry</w:t>
      </w:r>
      <w:r/>
    </w:p>
    <w:p>
      <w:r/>
      <w:r>
        <w:t xml:space="preserve">There’s plenty to look forward to in the Out in the Hills Festival’s four-day return, from 28 to 31 January 2027. Pitlochry Festival Theatre says the programme will bring together conversations with LGBTQIA+ icons, first looks at new plays, dance and music events, poetry readings and discussions. It’s an inviting mix for a winter weekend, with the theatre offering a warm gathering place while the hills provide a dramatic backdrop. </w:t>
      </w:r>
      <w:hyperlink r:id="rId9">
        <w:r>
          <w:rPr>
            <w:color w:val="0000EE"/>
            <w:u w:val="single"/>
          </w:rPr>
          <w:t>[2]</w:t>
        </w:r>
      </w:hyperlink>
      <w:r>
        <w:t xml:space="preserve">, </w:t>
      </w:r>
      <w:hyperlink r:id="rId10">
        <w:r>
          <w:rPr>
            <w:color w:val="0000EE"/>
            <w:u w:val="single"/>
          </w:rPr>
          <w:t>[3]</w:t>
        </w:r>
      </w:hyperlink>
      <w:r/>
    </w:p>
    <w:p>
      <w:pPr>
        <w:pStyle w:val="Heading2"/>
      </w:pPr>
      <w:r>
        <w:t>Familiar names, fresh ideas</w:t>
      </w:r>
      <w:r/>
    </w:p>
    <w:p>
      <w:r/>
      <w:r>
        <w:t xml:space="preserve">Rosie Jones, Yotam Ottolenghi, Armistead Maupin, Val McDermid and Stephen Libby are among the announced participants. Their presence hints at a programme that reaches beyond one art form, though the full line-up and individual event details are best checked as the festival approaches. </w:t>
      </w:r>
      <w:hyperlink r:id="rId9">
        <w:r>
          <w:rPr>
            <w:color w:val="0000EE"/>
            <w:u w:val="single"/>
          </w:rPr>
          <w:t>[2]</w:t>
        </w:r>
      </w:hyperlink>
      <w:r>
        <w:t xml:space="preserve">, </w:t>
      </w:r>
      <w:hyperlink r:id="rId11">
        <w:r>
          <w:rPr>
            <w:color w:val="0000EE"/>
            <w:u w:val="single"/>
          </w:rPr>
          <w:t>[4]</w:t>
        </w:r>
      </w:hyperlink>
      <w:r/>
    </w:p>
    <w:p>
      <w:r/>
      <w:r>
        <w:t xml:space="preserve">And the topics are deliberately wide-ranging. Alongside the arts, discussions are set to touch on house renovations, snowboarding and ecology, giving audiences a chance to follow an unexpected thread or discover a new one. </w:t>
      </w:r>
      <w:hyperlink r:id="rId9">
        <w:r>
          <w:rPr>
            <w:color w:val="0000EE"/>
            <w:u w:val="single"/>
          </w:rPr>
          <w:t>[2]</w:t>
        </w:r>
      </w:hyperlink>
      <w:r>
        <w:t xml:space="preserve">, </w:t>
      </w:r>
      <w:hyperlink r:id="rId11">
        <w:r>
          <w:rPr>
            <w:color w:val="0000EE"/>
            <w:u w:val="single"/>
          </w:rPr>
          <w:t>[4]</w:t>
        </w:r>
      </w:hyperlink>
      <w:r/>
    </w:p>
    <w:p>
      <w:pPr>
        <w:pStyle w:val="Heading2"/>
      </w:pPr>
      <w:r>
        <w:t>What to expect from Out in the Hills 2027</w:t>
      </w:r>
      <w:r/>
    </w:p>
    <w:p>
      <w:r/>
      <w:r>
        <w:t xml:space="preserve">The festival is curated by Lewis Hetherington and follows a successful earlier edition, according to Pitlochry Festival Theatre. Its return gives the programme room to bring performance and conversation together, rather than treating them as separate parts of the weekend. </w:t>
      </w:r>
      <w:hyperlink r:id="rId9">
        <w:r>
          <w:rPr>
            <w:color w:val="0000EE"/>
            <w:u w:val="single"/>
          </w:rPr>
          <w:t>[2]</w:t>
        </w:r>
      </w:hyperlink>
      <w:r>
        <w:t xml:space="preserve">, </w:t>
      </w:r>
      <w:hyperlink r:id="rId10">
        <w:r>
          <w:rPr>
            <w:color w:val="0000EE"/>
            <w:u w:val="single"/>
          </w:rPr>
          <w:t>[3]</w:t>
        </w:r>
      </w:hyperlink>
      <w:r/>
    </w:p>
    <w:p>
      <w:r/>
      <w:r>
        <w:t xml:space="preserve">That variety is part of the appeal: you might come for a play or a familiar speaker, then find yourself drawn into a poetry reading or a discussion about the natural world. The theatre’s wider programme also features events such as </w:t>
      </w:r>
      <w:r>
        <w:rPr>
          <w:i/>
        </w:rPr>
        <w:t>Let’s Go Outside</w:t>
      </w:r>
      <w:r>
        <w:t xml:space="preserve">, </w:t>
      </w:r>
      <w:r>
        <w:rPr>
          <w:i/>
        </w:rPr>
        <w:t>Wild Things</w:t>
      </w:r>
      <w:r>
        <w:t xml:space="preserve"> and </w:t>
      </w:r>
      <w:r>
        <w:rPr>
          <w:i/>
        </w:rPr>
        <w:t>Drag Me Up</w:t>
      </w:r>
      <w:r>
        <w:t xml:space="preserve">, offering a sense of the range of work presented at the venue.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Planning a January trip to Pitlochry</w:t>
      </w:r>
      <w:r/>
    </w:p>
    <w:p>
      <w:r/>
      <w:r>
        <w:t xml:space="preserve">Tickets start at £18. For current programme details and booking information, visit the Pitlochry Festival Theatre website or call 01796 484626. As event schedules and availability can change, it’s worth checking the venue’s listings before making travel plans.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If you’re travelling for the weekend, think about which events you most want to see and leave a little breathing room around them. A festival that pairs performances with conversations can reward a slower pace, and Pitlochry’s setting makes it tempting to turn a ticket into a short winter break. </w:t>
      </w:r>
      <w:hyperlink r:id="rId10">
        <w:r>
          <w:rPr>
            <w:color w:val="0000EE"/>
            <w:u w:val="single"/>
          </w:rPr>
          <w:t>[3]</w:t>
        </w:r>
      </w:hyperlink>
      <w:r>
        <w:t xml:space="preserve">, </w:t>
      </w:r>
      <w:hyperlink r:id="rId11">
        <w:r>
          <w:rPr>
            <w:color w:val="0000EE"/>
            <w:u w:val="single"/>
          </w:rPr>
          <w:t>[4]</w:t>
        </w:r>
      </w:hyperlink>
      <w:r/>
    </w:p>
    <w:p>
      <w:pPr>
        <w:pStyle w:val="Heading2"/>
      </w:pPr>
      <w:r>
        <w:t>A winter festival with room for discovery</w:t>
      </w:r>
      <w:r/>
    </w:p>
    <w:p>
      <w:r/>
      <w:r>
        <w:t xml:space="preserve">Out in the Hills brings LGBTQIA+ stories and perspectives to the heart of Pitlochry, with a programme spanning performance, ideas and everyday subjects. The mix looks well suited to regular theatre-goers and curious first-timers alike. </w:t>
      </w:r>
      <w:hyperlink r:id="rId9">
        <w:r>
          <w:rPr>
            <w:color w:val="0000EE"/>
            <w:u w:val="single"/>
          </w:rPr>
          <w:t>[2]</w:t>
        </w:r>
      </w:hyperlink>
      <w:r>
        <w:t xml:space="preserve">, </w:t>
      </w:r>
      <w:hyperlink r:id="rId10">
        <w:r>
          <w:rPr>
            <w:color w:val="0000EE"/>
            <w:u w:val="single"/>
          </w:rPr>
          <w:t>[3]</w:t>
        </w:r>
      </w:hyperlink>
      <w:r/>
    </w:p>
    <w:p>
      <w:r/>
      <w:r>
        <w:t xml:space="preserve">The most interesting moments may be the unexpected ones: a new play, a lively conversation or a topic you hadn’t planned to explore. Keep an eye on the festival listings as more details emerge. </w:t>
      </w:r>
      <w:hyperlink r:id="rId9">
        <w:r>
          <w:rPr>
            <w:color w:val="0000EE"/>
            <w:u w:val="single"/>
          </w:rPr>
          <w:t>[2]</w:t>
        </w:r>
      </w:hyperlink>
      <w:r>
        <w:t xml:space="preserve">, </w:t>
      </w:r>
      <w:hyperlink r:id="rId11">
        <w:r>
          <w:rPr>
            <w:color w:val="0000EE"/>
            <w:u w:val="single"/>
          </w:rPr>
          <w:t>[4]</w:t>
        </w:r>
      </w:hyperlink>
      <w:r/>
    </w:p>
    <w:p>
      <w:r/>
      <w:r>
        <w:t>It's a small winter escape with plenty to talk about afterwards.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https://www.edinburghmusicreview.com/blog/zei0585p2p13z2fzqvcgd3jdvpkuiq</w:t>
        </w:r>
      </w:hyperlink>
      <w:r>
        <w:t xml:space="preserve"> - Please view link - unable to able to access data</w:t>
      </w:r>
      <w:r/>
    </w:p>
    <w:p>
      <w:pPr>
        <w:pStyle w:val="ListNumber"/>
        <w:spacing w:line="240" w:lineRule="auto"/>
        <w:ind w:left="720"/>
      </w:pPr>
      <w:r/>
      <w:hyperlink r:id="rId9">
        <w:r>
          <w:rPr>
            <w:color w:val="0000EE"/>
            <w:u w:val="single"/>
          </w:rPr>
          <w:t>https://www.pitlochryfestivaltheatre.com/outinthehills2027announcement/</w:t>
        </w:r>
      </w:hyperlink>
      <w:r>
        <w:t xml:space="preserve"> - Pitlochry Festival Theatre’s announcement confirms that Out in the Hills will return for a four-day LGBTQIA+ celebration from 28 to 31 January 2027. Curated by Lewis Hetherington, the programme is described as combining conversations with LGBTQIA+ figures, previews of new plays, dance, music, poetry and discussions on subjects including home renovation, snowboarding and ecology. The announcement names Rosie Jones, Yotam Ottolenghi, Armistead Maupin, Val McDermid and Stephen Libby as participants. It outlines several planned conversations: Maupin will reflect on his career and Tales of the City with Zoe Strachan; Jones and theatre-maker Robert Softley Gale will discuss queerness, disability, bodies and their collaborative work; and McDermid will speak with Kezia Dugdale about the fortieth anniversary of her debut novel, Report for Murder. Stephen Libby is scheduled to discuss growing up on the Isle of Lewis with actor Greg McHugh. The announcement also describes a conversation with interior designer Banjo Beale and his husband Ro about their BBC Scotland series. Artistic Director Alan Cumming praises the inaugural festival and says Out in the Hills will become a regular event. The page gives the 2027 dates, staged ticket-sale dates, the theatre’s telephone number and its website as ways to find ticket information.</w:t>
      </w:r>
      <w:r/>
    </w:p>
    <w:p>
      <w:pPr>
        <w:pStyle w:val="ListNumber"/>
        <w:spacing w:line="240" w:lineRule="auto"/>
        <w:ind w:left="720"/>
      </w:pPr>
      <w:r/>
      <w:hyperlink r:id="rId10">
        <w:r>
          <w:rPr>
            <w:color w:val="0000EE"/>
            <w:u w:val="single"/>
          </w:rPr>
          <w:t>https://www.pitlochryfestivaltheatre.com/out-in-the-hills/</w:t>
        </w:r>
      </w:hyperlink>
      <w:r>
        <w:t xml:space="preserve"> - Pitlochry Festival Theatre’s Out in the Hills page presents the festival as a celebration of LGBTQIA+ culture, inviting audiences to encounter new perspectives through theatre, music, film, dancing and other activities. It identifies Lewis Hetherington as curator and gives the 2027 dates as 28–31 January. The overview describes a varied programme of conversations with LGBTQIA+ figures, first looks at new plays, dance and music events, poetry readings and discussions on topics including house renovations, snowboarding and ecology. It names Rosie Jones, Yotam Ottolenghi, Armistead Maupin, Val McDermid, Chitra Ramaswamy and Stephen Libby among the programme’s performers and guests. The page then functions as a guide to individual events, listing their titles, dates, venues and, where applicable, ticket or further-information options. Examples include the play reading Life Worthy of Life, an in-conversation event with Armistead Maupin, a queer ecology performance, a ceilidh, queer Scots poetry, a lunch with Yotam Ottolenghi and a conversation with Stephen Libby. It also lists participatory and community activities, such as Kilted Yoga and a Glasgow community sauna. The page therefore supports the article’s central claims about the festival’s timing, LGBTQIA+ focus, curator, breadth of programming and featured names.</w:t>
      </w:r>
      <w:r/>
    </w:p>
    <w:p>
      <w:pPr>
        <w:pStyle w:val="ListNumber"/>
        <w:spacing w:line="240" w:lineRule="auto"/>
        <w:ind w:left="720"/>
      </w:pPr>
      <w:r/>
      <w:hyperlink r:id="rId11">
        <w:r>
          <w:rPr>
            <w:color w:val="0000EE"/>
            <w:u w:val="single"/>
          </w:rPr>
          <w:t>https://www.pitlochryfestivaltheatre.com/whats-on-all-events/?genre=out-in-the-hills</w:t>
        </w:r>
      </w:hyperlink>
      <w:r>
        <w:t xml:space="preserve"> - This Pitlochry Festival Theatre event listing gathers productions and activities categorised as part of Out in the Hills. It shows the festival’s programme extending across several dates and venues, with events ranging from theatre and readings to live conversation, music, poetry and participatory experiences. The entries include not for glory on 28 January 2027; the interactive installation Good Enough; Birds of Paradise Theatre Company’s play reading Life Worthy of Life; and an appearance by Armistead Maupin in conversation with Zoe Strachan. Other listings include Drag Me Up!, Wild Things: a night of drag, comedy and Queer Ecology, and Queer as Folk!, described as a big gay ceilidh. The page also identifies a presentation by LGBT Youth Scotland, a pop-up wood-fired sauna with cold plunge pool, Kilted Yoga and a queer Scots poetry event featuring Shane Strachan and Mae Diansangu. A lunch with Yotam Ottolenghi is listed for 30 January. For each item, the theatre provides practical details such as dates, venue, whether tickets are required and links for booking or further information. The listing corroborates the article’s description of a multi-day, mixed-format festival and verifies specific programme examples, while making clear that individual events have their own schedules and ticket arrangements.</w:t>
      </w:r>
      <w:r/>
    </w:p>
    <w:p>
      <w:pPr>
        <w:pStyle w:val="ListNumber"/>
        <w:spacing w:line="240" w:lineRule="auto"/>
        <w:ind w:left="720"/>
      </w:pPr>
      <w:r/>
      <w:hyperlink r:id="rId12">
        <w:r>
          <w:rPr>
            <w:color w:val="0000EE"/>
            <w:u w:val="single"/>
          </w:rPr>
          <w:t>https://www.pitlochryfestivaltheatre.com/whats-on/lets-go-outside/</w:t>
        </w:r>
      </w:hyperlink>
      <w:r>
        <w:t xml:space="preserve"> - The theatre’s event page describes Let’s Go Outside!, a discussion scheduled for Sunday 31 January 2027 at 12.15 pm in the Studio as part of Out in the Hills. The event considers why the outdoors does not always feel accessible to everyone and promises queer perspectives on outdoor life, barriers to participation and ways to make nature more welcoming. The listed contributors are Matt Hyndman, associated with the Wee Gay Hike Club; Lauren MacCallum, described as a snowboarder, author, broadcaster and activist; and Mhor Outdoor, an organisation delivering hikes intended to make Scotland’s landscapes more accessible and inclusive. The discussion is presented in partnership with LEAP Sports Scotland and chaired by festival curator Lewis Hetherington. The page states that it lasts one hour and lists a starting ticket price of £19.50. It also links the event to the wider Out in the Hills programme, characterising the festival as an LGBTQIA+ celebration curated by Hetherington. This event-specific information helps substantiate the article’s claim that the festival includes discussions spanning ecology and outdoor activities. It also demonstrates the programme’s attention to inclusion beyond performance, by focusing on how people can participate in outdoor life and connect with nature.</w:t>
      </w:r>
      <w:r/>
    </w:p>
    <w:p>
      <w:pPr>
        <w:pStyle w:val="ListNumber"/>
        <w:spacing w:line="240" w:lineRule="auto"/>
        <w:ind w:left="720"/>
      </w:pPr>
      <w:r/>
      <w:hyperlink r:id="rId13">
        <w:r>
          <w:rPr>
            <w:color w:val="0000EE"/>
            <w:u w:val="single"/>
          </w:rPr>
          <w:t>https://www.pitlochryfestivaltheatre.com/whats-on/wild-things/</w:t>
        </w:r>
      </w:hyperlink>
      <w:r>
        <w:t xml:space="preserve"> - Wild Things: a night of drag, comedy and Queer Ecology is listed by Pitlochry Festival Theatre as part of Out in the Hills. The event is scheduled for Friday 29 January 2027 at 7.15 pm in the Studio, runs for one hour and has a stated starting price of £19.50. The page says drag king Bi-Curious George and Dr Elysia Chlorotica will combine performance, comedy, music and scientific research to explore ideas about what is considered normal or natural and celebrate diversity in the natural world. It connects the event’s ecological theme to the wider festival’s LGBTQIA+ focus, including the history of “unnatural” being used against queer people. The description identifies Dr Elysia Chlorotica as Dr Em May Armstrong, a plant geneticist who became a queer ecologist, and presents her work as justice-oriented, ecological and educational. It also describes Bi-Curious George’s aim of encouraging people to rethink identity and relationships with nature. The page confirms the article’s reference to ecology as one of the festival’s discussion themes and illustrates how the programme brings together artistic performance and scientific subject matter. It also supplies practical event details, including the date, venue, duration and booking information.</w:t>
      </w:r>
      <w:r/>
    </w:p>
    <w:p>
      <w:pPr>
        <w:pStyle w:val="ListNumber"/>
        <w:spacing w:line="240" w:lineRule="auto"/>
        <w:ind w:left="720"/>
      </w:pPr>
      <w:r/>
      <w:hyperlink r:id="rId14">
        <w:r>
          <w:rPr>
            <w:color w:val="0000EE"/>
            <w:u w:val="single"/>
          </w:rPr>
          <w:t>https://www.pitlochryfestivaltheatre.com/whats-on/drag-me-up/</w:t>
        </w:r>
      </w:hyperlink>
      <w:r>
        <w:t xml:space="preserve"> - The theatre’s Drag Me Up! page describes a free, drop-in activity taking place in the River Room on Friday 29 and Saturday 30 January 2027. Visitors are invited to explore costumes from Pitlochry Festival Theatre’s productions in a supportive, welcoming setting. The activity is intended for all ages and is facilitated by the theatre’s Creative Engagement team, queer socially engaged artist Ella Lovelock and drag king Loose Willis. The description welcomes people who are curious about drag, interested in trying on theatrical clothing or simply drawn to the costumes and sequins. The event is presented as part of Out in the Hills, curated by Lewis Hetherington, and linked to the festival’s broader aim of celebrating LGBTQIA+ life and encouraging audiences to see the world and one another in new ways. The page specifies the two dates, a 4 pm start on each day, a two-hour duration and the River Room venue, and confirms that no ticket is required. This listing supports the article’s account of the festival as a varied, welcoming celebration rather than a programme limited to ticketed performances. It provides a concrete example of an accessible participatory activity alongside the festival’s conversations, theatre, dance, music and poetry.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itlochryfestivaltheatre.com/outinthehills2027announcement/" TargetMode="External"/><Relationship Id="rId10" Type="http://schemas.openxmlformats.org/officeDocument/2006/relationships/hyperlink" Target="https://www.pitlochryfestivaltheatre.com/out-in-the-hills/" TargetMode="External"/><Relationship Id="rId11" Type="http://schemas.openxmlformats.org/officeDocument/2006/relationships/hyperlink" Target="https://www.pitlochryfestivaltheatre.com/whats-on-all-events/?genre=out-in-the-hills" TargetMode="External"/><Relationship Id="rId12" Type="http://schemas.openxmlformats.org/officeDocument/2006/relationships/hyperlink" Target="https://www.pitlochryfestivaltheatre.com/whats-on/lets-go-outside/" TargetMode="External"/><Relationship Id="rId13" Type="http://schemas.openxmlformats.org/officeDocument/2006/relationships/hyperlink" Target="https://www.pitlochryfestivaltheatre.com/whats-on/wild-things/" TargetMode="External"/><Relationship Id="rId14" Type="http://schemas.openxmlformats.org/officeDocument/2006/relationships/hyperlink" Target="https://www.pitlochryfestivaltheatre.com/whats-on/drag-me-up/" TargetMode="External"/><Relationship Id="rId15" Type="http://schemas.openxmlformats.org/officeDocument/2006/relationships/hyperlink" Target="https://www.edinburghmusicreview.com/blog/zei0585p2p13z2fzqvcgd3jdvpkui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