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Oak Lawn Fashion Week Brings Queer Designers to Dallas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Fashion is heading to Cedar Springs Road, where Oak Lawn Fashion Week puts queer creativity centre stage. The four-day Dallas event brings together designers, models, performers and drag artists for runway shows and red-carpet moments, with a community fundraiser at its heart. It’s a chance to see fashion shaped by the people who don’t always get the spotlight.</w:t>
      </w:r>
      <w:r/>
    </w:p>
    <w:p>
      <w:pPr>
        <w:pStyle w:val="Heading2"/>
      </w:pPr>
      <w:r>
        <w:t>Essential Takeaways</w:t>
      </w:r>
      <w:r/>
      <w:r/>
    </w:p>
    <w:p>
      <w:pPr>
        <w:pStyle w:val="ListBullet"/>
        <w:spacing w:line="240" w:lineRule="auto"/>
        <w:ind w:left="720"/>
      </w:pPr>
      <w:r/>
      <w:r>
        <w:rPr>
          <w:b/>
        </w:rPr>
        <w:t>A four-day programme:</w:t>
      </w:r>
      <w:r>
        <w:t xml:space="preserve"> Oak Lawn Fashion Week was planned for bars and venues along Cedar Springs Road in Dallas.</w:t>
      </w:r>
      <w:r/>
    </w:p>
    <w:p>
      <w:pPr>
        <w:pStyle w:val="ListBullet"/>
        <w:spacing w:line="240" w:lineRule="auto"/>
        <w:ind w:left="720"/>
      </w:pPr>
      <w:r/>
      <w:r>
        <w:rPr>
          <w:b/>
        </w:rPr>
        <w:t>Queer representation is the point:</w:t>
      </w:r>
      <w:r>
        <w:t xml:space="preserve"> Organisers set out to create a platform with queer designers, models, performers and production teams.</w:t>
      </w:r>
      <w:r/>
    </w:p>
    <w:p>
      <w:pPr>
        <w:pStyle w:val="ListBullet"/>
        <w:spacing w:line="240" w:lineRule="auto"/>
        <w:ind w:left="720"/>
      </w:pPr>
      <w:r/>
      <w:r>
        <w:rPr>
          <w:b/>
        </w:rPr>
        <w:t>A lively line-up:</w:t>
      </w:r>
      <w:r>
        <w:t xml:space="preserve"> The announcement named more than 30 performers and musical acts, alongside 15 designers.</w:t>
      </w:r>
      <w:r/>
    </w:p>
    <w:p>
      <w:pPr>
        <w:pStyle w:val="ListBullet"/>
        <w:spacing w:line="240" w:lineRule="auto"/>
        <w:ind w:left="720"/>
      </w:pPr>
      <w:r/>
      <w:r>
        <w:rPr>
          <w:b/>
        </w:rPr>
        <w:t>Drag stars on the bill:</w:t>
      </w:r>
      <w:r>
        <w:t xml:space="preserve"> Laganja Estranja, Utica and Raja O’Hara were announced as hosts.</w:t>
      </w:r>
      <w:r/>
    </w:p>
    <w:p>
      <w:pPr>
        <w:pStyle w:val="ListBullet"/>
        <w:spacing w:line="240" w:lineRule="auto"/>
        <w:ind w:left="720"/>
      </w:pPr>
      <w:r/>
      <w:r>
        <w:rPr>
          <w:b/>
        </w:rPr>
        <w:t>Community roots:</w:t>
      </w:r>
      <w:r>
        <w:t xml:space="preserve"> The event was conceived as a fundraiser for Pride in Dallas.</w:t>
      </w:r>
      <w:r/>
      <w:r/>
    </w:p>
    <w:p>
      <w:pPr>
        <w:pStyle w:val="Heading2"/>
      </w:pPr>
      <w:r>
        <w:t>Oak Lawn steps onto the fashion-week circuit</w:t>
      </w:r>
      <w:r/>
    </w:p>
    <w:p>
      <w:r/>
      <w:r>
        <w:t xml:space="preserve">Oak Lawn Fashion Week brings runway glamour to Cedar Springs Road, with shows, red-carpet arrivals and models across a range of identities and body types. Rather than treating inclusivity as a side note, the event was designed around queer participation from the start. </w:t>
      </w:r>
      <w:hyperlink r:id="rId9">
        <w:r>
          <w:rPr>
            <w:color w:val="0000EE"/>
            <w:u w:val="single"/>
          </w:rPr>
          <w:t>[2]</w:t>
        </w:r>
      </w:hyperlink>
      <w:r>
        <w:t xml:space="preserve">, </w:t>
      </w:r>
      <w:hyperlink r:id="rId10">
        <w:r>
          <w:rPr>
            <w:color w:val="0000EE"/>
            <w:u w:val="single"/>
          </w:rPr>
          <w:t>[3]</w:t>
        </w:r>
      </w:hyperlink>
      <w:r/>
    </w:p>
    <w:p>
      <w:r/>
      <w:r>
        <w:t xml:space="preserve">That idea grew from a simple observation: queer people help make fashion happen, yet their work and perspectives aren't always represented together on the runway. Mindy May, the event's chair and general manager of Sue Ellen's, described the project as a way to channel that energy into the local community and support Pride in Dallas. </w:t>
      </w:r>
      <w:hyperlink r:id="rId9">
        <w:r>
          <w:rPr>
            <w:color w:val="0000EE"/>
            <w:u w:val="single"/>
          </w:rPr>
          <w:t>[2]</w:t>
        </w:r>
      </w:hyperlink>
      <w:r/>
    </w:p>
    <w:p>
      <w:pPr>
        <w:pStyle w:val="Heading2"/>
      </w:pPr>
      <w:r>
        <w:t>From one packed runway to a wider platform</w:t>
      </w:r>
      <w:r/>
    </w:p>
    <w:p>
      <w:r/>
      <w:r>
        <w:t xml:space="preserve">The event followed the first Queer the Runway show at Sue Ellen's, which drew a full house and helped build momentum for a broader fashion programme. Organisers also pointed to appearances at the Pride Block Party at the Dallas Museum of Art and other club events as signs of growing interest. </w:t>
      </w:r>
      <w:hyperlink r:id="rId9">
        <w:r>
          <w:rPr>
            <w:color w:val="0000EE"/>
            <w:u w:val="single"/>
          </w:rPr>
          <w:t>[2]</w:t>
        </w:r>
      </w:hyperlink>
      <w:r>
        <w:t xml:space="preserve">, </w:t>
      </w:r>
      <w:hyperlink r:id="rId11">
        <w:r>
          <w:rPr>
            <w:color w:val="0000EE"/>
            <w:u w:val="single"/>
          </w:rPr>
          <w:t>[7]</w:t>
        </w:r>
      </w:hyperlink>
      <w:r/>
    </w:p>
    <w:p>
      <w:r/>
      <w:r>
        <w:t xml:space="preserve">For Love Jones Monroe, co-founder of Queer the Runway, the distinction matters: a show can include queer people without being created and run by a queer team. Oak Lawn Fashion Week aims to bring designers, casting, models and production together under one community-led banner. </w:t>
      </w:r>
      <w:hyperlink r:id="rId9">
        <w:r>
          <w:rPr>
            <w:color w:val="0000EE"/>
            <w:u w:val="single"/>
          </w:rPr>
          <w:t>[2]</w:t>
        </w:r>
      </w:hyperlink>
      <w:r>
        <w:t xml:space="preserve">, </w:t>
      </w:r>
      <w:hyperlink r:id="rId12">
        <w:r>
          <w:rPr>
            <w:color w:val="0000EE"/>
            <w:u w:val="single"/>
          </w:rPr>
          <w:t>[4]</w:t>
        </w:r>
      </w:hyperlink>
      <w:r/>
    </w:p>
    <w:p>
      <w:pPr>
        <w:pStyle w:val="Heading2"/>
      </w:pPr>
      <w:r>
        <w:t>Designers, performers and drag on the bill</w:t>
      </w:r>
      <w:r/>
    </w:p>
    <w:p>
      <w:r/>
      <w:r>
        <w:t xml:space="preserve">The announced line-up promised more than 30 performing artists and musical acts, with 15 designers showcasing their work. Laganja Estranja, Utica and Raja O'Hara were named among the featured drag artists, giving the shows a dose of theatrical flair alongside the clothes. </w:t>
      </w:r>
      <w:hyperlink r:id="rId9">
        <w:r>
          <w:rPr>
            <w:color w:val="0000EE"/>
            <w:u w:val="single"/>
          </w:rPr>
          <w:t>[2]</w:t>
        </w:r>
      </w:hyperlink>
      <w:r>
        <w:t xml:space="preserve">, </w:t>
      </w:r>
      <w:hyperlink r:id="rId10">
        <w:r>
          <w:rPr>
            <w:color w:val="0000EE"/>
            <w:u w:val="single"/>
          </w:rPr>
          <w:t>[3]</w:t>
        </w:r>
      </w:hyperlink>
      <w:r/>
    </w:p>
    <w:p>
      <w:r/>
      <w:r>
        <w:t xml:space="preserve">The programme was built to feel like a series of connected nights rather than a single formal runway. Queer the Runway's event listings offer a related way to follow the organisers' work and check event details.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p>
    <w:p>
      <w:pPr>
        <w:pStyle w:val="Heading2"/>
      </w:pPr>
      <w:r>
        <w:t>Why a local queer fashion week matters</w:t>
      </w:r>
      <w:r/>
    </w:p>
    <w:p>
      <w:r/>
      <w:r>
        <w:t xml:space="preserve">Fashion weeks often look global from the outside, but the people creating the clothes, styling the shows and walking the runway come from specific communities. A local event can make those connections visible, while giving emerging designers and performers a room full of people who understand the references. </w:t>
      </w:r>
      <w:hyperlink r:id="rId9">
        <w:r>
          <w:rPr>
            <w:color w:val="0000EE"/>
            <w:u w:val="single"/>
          </w:rPr>
          <w:t>[2]</w:t>
        </w:r>
      </w:hyperlink>
      <w:r>
        <w:t xml:space="preserve">, </w:t>
      </w:r>
      <w:hyperlink r:id="rId10">
        <w:r>
          <w:rPr>
            <w:color w:val="0000EE"/>
            <w:u w:val="single"/>
          </w:rPr>
          <w:t>[3]</w:t>
        </w:r>
      </w:hyperlink>
      <w:r/>
    </w:p>
    <w:p>
      <w:r/>
      <w:r>
        <w:t xml:space="preserve">And there’s something refreshing about taking fashion out of the usual industry capitals. Oak Lawn's bars and venues offer a more intimate setting, where the audience can feel close to the action rather than watching from a distant seat. </w:t>
      </w:r>
      <w:hyperlink r:id="rId9">
        <w:r>
          <w:rPr>
            <w:color w:val="0000EE"/>
            <w:u w:val="single"/>
          </w:rPr>
          <w:t>[2]</w:t>
        </w:r>
      </w:hyperlink>
      <w:r>
        <w:t xml:space="preserve">, </w:t>
      </w:r>
      <w:hyperlink r:id="rId10">
        <w:r>
          <w:rPr>
            <w:color w:val="0000EE"/>
            <w:u w:val="single"/>
          </w:rPr>
          <w:t>[3]</w:t>
        </w:r>
      </w:hyperlink>
      <w:r/>
    </w:p>
    <w:p>
      <w:pPr>
        <w:pStyle w:val="Heading2"/>
      </w:pPr>
      <w:r>
        <w:t>How to follow the event</w:t>
      </w:r>
      <w:r/>
    </w:p>
    <w:p>
      <w:r/>
      <w:r>
        <w:t xml:space="preserve">If you're planning to attend, check the current event listings before setting off. The opening ceremony and finale listing, along with the ticket pages, can help confirm timings, access details and any changes to the programme. </w:t>
      </w:r>
      <w:hyperlink r:id="rId10">
        <w:r>
          <w:rPr>
            <w:color w:val="0000EE"/>
            <w:u w:val="single"/>
          </w:rPr>
          <w:t>[3]</w:t>
        </w:r>
      </w:hyperlink>
      <w:r>
        <w:t xml:space="preserve">, </w:t>
      </w:r>
      <w:hyperlink r:id="rId12">
        <w:r>
          <w:rPr>
            <w:color w:val="0000EE"/>
            <w:u w:val="single"/>
          </w:rPr>
          <w:t>[4]</w:t>
        </w:r>
      </w:hyperlink>
      <w:r>
        <w:t xml:space="preserve">, </w:t>
      </w:r>
      <w:hyperlink r:id="rId14">
        <w:r>
          <w:rPr>
            <w:color w:val="0000EE"/>
            <w:u w:val="single"/>
          </w:rPr>
          <w:t>[6]</w:t>
        </w:r>
      </w:hyperlink>
      <w:r/>
    </w:p>
    <w:p>
      <w:r/>
      <w:r>
        <w:t xml:space="preserve">For anyone new to the scene, Queer the Runway is a useful place to start: its event pages show how the project has developed beyond its first show. The Pride Block Party at the Dallas Museum of Art also offers context for the organisers' wider community connections. </w:t>
      </w:r>
      <w:hyperlink r:id="rId12">
        <w:r>
          <w:rPr>
            <w:color w:val="0000EE"/>
            <w:u w:val="single"/>
          </w:rPr>
          <w:t>[4]</w:t>
        </w:r>
      </w:hyperlink>
      <w:r>
        <w:t xml:space="preserve">, </w:t>
      </w:r>
      <w:hyperlink r:id="rId13">
        <w:r>
          <w:rPr>
            <w:color w:val="0000EE"/>
            <w:u w:val="single"/>
          </w:rPr>
          <w:t>[5]</w:t>
        </w:r>
      </w:hyperlink>
      <w:r>
        <w:t xml:space="preserve">, </w:t>
      </w:r>
      <w:hyperlink r:id="rId11">
        <w:r>
          <w:rPr>
            <w:color w:val="0000EE"/>
            <w:u w:val="single"/>
          </w:rPr>
          <w:t>[7]</w:t>
        </w:r>
      </w:hyperlink>
      <w:r/>
    </w:p>
    <w:p>
      <w:r/>
      <w:r>
        <w:t>A local runway can make a big statement, especially when the community gets to shape the whole show.</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w:t>
      </w:r>
      <w:hyperlink r:id="rId11">
        <w:r>
          <w:rPr>
            <w:color w:val="0000EE"/>
            <w:u w:val="single"/>
          </w:rPr>
          <w:t>[7]</w:t>
        </w:r>
      </w:hyperlink>
      <w:r>
        <w:t xml:space="preserve">- Paragraph 4: </w:t>
      </w:r>
      <w:hyperlink r:id="rId9">
        <w:r>
          <w:rPr>
            <w:color w:val="0000EE"/>
            <w:u w:val="single"/>
          </w:rPr>
          <w:t>[2]</w:t>
        </w:r>
      </w:hyperlink>
      <w:r>
        <w:t xml:space="preserve">, </w:t>
      </w:r>
      <w:hyperlink r:id="rId12">
        <w:r>
          <w:rPr>
            <w:color w:val="0000EE"/>
            <w:u w:val="single"/>
          </w:rPr>
          <w:t>[4]</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10">
        <w:r>
          <w:rPr>
            <w:color w:val="0000EE"/>
            <w:u w:val="single"/>
          </w:rPr>
          <w:t>[3]</w:t>
        </w:r>
      </w:hyperlink>
      <w:r>
        <w:t xml:space="preserve">, </w:t>
      </w:r>
      <w:hyperlink r:id="rId12">
        <w:r>
          <w:rPr>
            <w:color w:val="0000EE"/>
            <w:u w:val="single"/>
          </w:rPr>
          <w:t>[4]</w:t>
        </w:r>
      </w:hyperlink>
      <w:r>
        <w:t xml:space="preserve">, </w:t>
      </w:r>
      <w:hyperlink r:id="rId14">
        <w:r>
          <w:rPr>
            <w:color w:val="0000EE"/>
            <w:u w:val="single"/>
          </w:rPr>
          <w:t>[6]</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w:t>
      </w:r>
      <w:hyperlink r:id="rId11">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https://meaws.com/news/couture-de-force/106044</w:t>
        </w:r>
      </w:hyperlink>
      <w:r>
        <w:t xml:space="preserve"> - Please view link - unable to able to access data</w:t>
      </w:r>
      <w:r/>
    </w:p>
    <w:p>
      <w:pPr>
        <w:pStyle w:val="ListNumber"/>
        <w:spacing w:line="240" w:lineRule="auto"/>
        <w:ind w:left="720"/>
      </w:pPr>
      <w:r/>
      <w:hyperlink r:id="rId9">
        <w:r>
          <w:rPr>
            <w:color w:val="0000EE"/>
            <w:u w:val="single"/>
          </w:rPr>
          <w:t>https://dallasvoice.com/couture-de-force/</w:t>
        </w:r>
      </w:hyperlink>
      <w:r>
        <w:t xml:space="preserve"> - The article announces the inaugural Oak Lawn Fashion Week, a four-day queer fashion event scheduled for 11–14 November in Dallas. It describes the event as a community-centred alternative that aims to make queer people visible not only as attendees, but also as designers, models, performers and producers. Sue Ellen’s general manager Mindy May says the idea grew from recognising that queer people contribute to fashion weeks yet are not always represented in them. The article connects the new event to Queer the Runway, a previous showcase at Sue Ellen’s that helped bring together local creatives and audiences. It reports that Oak Lawn Fashion Week will feature more than 30 performers and musical acts, 15 designers, and celebrity drag hosts Laganja Estranja, Utica and Raja O’Hara. The programme includes an opening ceremony and design competition finale at Sue Ellen’s, a couture-focused show at Station 4, a western-themed runway at the Round-Up Saloon, and a final evening celebrating queer culture, urban wear and streetwear. A Saturday brunch will feature pup couture. The article emphasises inclusion across body types, gender identities and ethnicities, and describes fashion as a way to build connection within Dallas’s LGBTQIA+ community. It also notes that some events are free, while others have ticket prices and optional VIP upgrades.</w:t>
      </w:r>
      <w:r/>
    </w:p>
    <w:p>
      <w:pPr>
        <w:pStyle w:val="ListNumber"/>
        <w:spacing w:line="240" w:lineRule="auto"/>
        <w:ind w:left="720"/>
      </w:pPr>
      <w:r/>
      <w:hyperlink r:id="rId10">
        <w:r>
          <w:rPr>
            <w:color w:val="0000EE"/>
            <w:u w:val="single"/>
          </w:rPr>
          <w:t>https://happeningnext.com/event/oak-lawn-fashion-week-opening-ceremony-designing-dfw-finale-with-laganja-estranja-eid27pun6ci536</w:t>
        </w:r>
      </w:hyperlink>
      <w:r>
        <w:t xml:space="preserve"> - This event listing gives details of the Oak Lawn Fashion Week opening ceremony and the Designing DFW finale at Sue Ellen’s in Dallas on Wednesday, 11 November 2026. It identifies Laganja Estranja, a RuPaul’s Drag Race performer, as the opening ceremony host. The published schedule says doors open at 6pm for red-carpet arrivals, followed by an opening mixer from 7pm to 9pm. The Designing DFW grand finale is listed for 9pm, where the season’s winning participant is to be announced. The listing describes the occasion as the start of Dallas’s inaugural queer fashion week and presents the mixer as an opportunity for guests to meet, network and celebrate. It also states that each ticket purchase includes access to Runway Show 3 at the Round-Up Saloon on Friday, 13 November, from 7pm to 9pm. The event page names Sue Ellen’s as the venue and provides its Dallas address. This source supports the article’s claims about the opening night, the venue, Laganja Estranja’s hosting role, the red-carpet arrival and the design competition finale. It is an event-information page rather than an independent report, so it should be read as confirmation of the advertised programme, not evidence that the event has already taken place.</w:t>
      </w:r>
      <w:r/>
    </w:p>
    <w:p>
      <w:pPr>
        <w:pStyle w:val="ListNumber"/>
        <w:spacing w:line="240" w:lineRule="auto"/>
        <w:ind w:left="720"/>
      </w:pPr>
      <w:r/>
      <w:hyperlink r:id="rId12">
        <w:r>
          <w:rPr>
            <w:color w:val="0000EE"/>
            <w:u w:val="single"/>
          </w:rPr>
          <w:t>https://posh.vip/e/queer-the-runway</w:t>
        </w:r>
      </w:hyperlink>
      <w:r>
        <w:t xml:space="preserve"> - The listing promotes Queer the Runway, an all-LGBTQIA+ fashion event held at Sue Ellen’s in Dallas on 22 March 2026. It describes the showcase as a celebration of queer creative talent, combining runway fashion, live performance and community participation. The event is presented as being powered by musician Love Jones Monroe, whose performance is advertised alongside the runway programme. Laganja Estranja is named as host, with the page identifying her through her association with RuPaul’s Drag Race. The listing also advertises a red-carpet period before the main event and says that designers and models from the LGBTQIA+ community will be featured. It describes the production as a fashion experience with live entertainment and special guests, and states that a portion of ticket proceeds would go to an LGBTQ+ organisation. Sue Ellen’s is given as the venue, with its Dallas street address. This source corroborates the background described in the article: Queer the Runway was staged at Sue Ellen’s, involved Love Jones Monroe and featured queer runway talent and a drag host. As an event listing, it establishes what was advertised for that date; it does not independently verify audience numbers or later outcomes attributed to the event.</w:t>
      </w:r>
      <w:r/>
    </w:p>
    <w:p>
      <w:pPr>
        <w:pStyle w:val="ListNumber"/>
        <w:spacing w:line="240" w:lineRule="auto"/>
        <w:ind w:left="720"/>
      </w:pPr>
      <w:r/>
      <w:hyperlink r:id="rId13">
        <w:r>
          <w:rPr>
            <w:color w:val="0000EE"/>
            <w:u w:val="single"/>
          </w:rPr>
          <w:t>https://www.thegayagenda.fyi/dallas/events/queer-the-runway-mar-22-2026/</w:t>
        </w:r>
      </w:hyperlink>
      <w:r>
        <w:t xml:space="preserve"> - This Dallas LGBTQ+ events calendar entry describes Queer the Runway, scheduled for 22 March 2026 at Sue Ellen’s. It characterises the event as a celebration of LGBTQ+ creativity, fashion, drag and performance. The advertised programme includes runway presentations, drag acts and live music by Love Jones Monroe, with Laganja Estranja listed as host. Several additional guests are named on the page. The calendar gives the event’s hours as 5pm to 8pm and identifies it as open to everyone. It also marks the event as having ended, making clear that this is a retrospective listing rather than a forthcoming event announcement. The page provides another record of the earlier Queer the Runway showcase that the article describes as a precursor to Oak Lawn Fashion Week. It supports the claims that the event took place at Sue Ellen’s, featured queer fashion and performance, and involved Love Jones Monroe and Laganja Estranja. The listing is useful as corroboration of the advertised event details, while its promotional format means it should not be treated as independent verification of claims about attendance, reception or the subsequent development of Oak Lawn Fashion Week.</w:t>
      </w:r>
      <w:r/>
    </w:p>
    <w:p>
      <w:pPr>
        <w:pStyle w:val="ListNumber"/>
        <w:spacing w:line="240" w:lineRule="auto"/>
        <w:ind w:left="720"/>
      </w:pPr>
      <w:r/>
      <w:hyperlink r:id="rId14">
        <w:r>
          <w:rPr>
            <w:color w:val="0000EE"/>
            <w:u w:val="single"/>
          </w:rPr>
          <w:t>https://www.eventbrite.com/e/queer-the-runway-tickets-1981387087115</w:t>
        </w:r>
      </w:hyperlink>
      <w:r>
        <w:t xml:space="preserve"> - This Eventbrite page records Queer the Runway as an event presented by Classic World Records LLC at Sue Ellen’s in Dallas on Sunday, 22 March 2026. It identifies the event as part of a Queer the Runway collection and shows that ticket sales have ended. The listing confirms the venue, date and organising account, providing an additional record of the showcase mentioned in the Oak Lawn Fashion Week article. It is especially relevant to the article’s account of Queer the Runway as an earlier community event that helped establish interest in a queer-focused runway programme. The Eventbrite page is primarily a ticketing record, so its information is narrower than a news report: it documents the event’s advertised name, organiser, venue and date, but does not independently establish the size of the audience, the quality of the show or its effect on later events. Taken together with the event details available from other listings, it helps corroborate the claim that Queer the Runway was staged at Sue Ellen’s in March 2026, before the November Oak Lawn Fashion Week programme. Its status as an ended event also distinguishes it from pages advertising the forthcoming fashion-week activities.</w:t>
      </w:r>
      <w:r/>
    </w:p>
    <w:p>
      <w:pPr>
        <w:pStyle w:val="ListNumber"/>
        <w:spacing w:line="240" w:lineRule="auto"/>
        <w:ind w:left="720"/>
      </w:pPr>
      <w:r/>
      <w:hyperlink r:id="rId11">
        <w:r>
          <w:rPr>
            <w:color w:val="0000EE"/>
            <w:u w:val="single"/>
          </w:rPr>
          <w:t>https://cms.dma.org/programs/event/pride-block-party</w:t>
        </w:r>
      </w:hyperlink>
      <w:r>
        <w:t xml:space="preserve"> - The Dallas Museum of Art’s programme page describes its Pride Block Party and lists a Queer the Runway segment featuring Love Jones Monroe. The scheduled item is presented as a runway show linked to Monroe’s performance, with House of Armadaus and runway producer Chelsea Davis also mentioned. The page places the runway activity within a broader Pride celebration that includes music, performance, dancing, community events and LGBTQ+ cultural programming. This institutional source supports the article’s statement that Queer the Runway appeared at a Pride Block Party at the Dallas Museum of Art after its first showcase at Sue Ellen’s. It also provides context for the event’s wider community presence and for Love Jones Monroe’s role in presenting queer fashion and performance. Because the page covers a larger programme, it does not provide a detailed account of Oak Lawn Fashion Week itself, nor does it substantiate every specific claim about the November schedule, designers or ticket prices. Its value is as a direct programme record for the Pride Block Party appearance and the associated runway segment. The page also shows how fashion programming sat alongside other queer cultural activities, reinforcing the article’s description of fashion as part of a broader community arts and Pride setting.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allasvoice.com/couture-de-force/" TargetMode="External"/><Relationship Id="rId10" Type="http://schemas.openxmlformats.org/officeDocument/2006/relationships/hyperlink" Target="https://happeningnext.com/event/oak-lawn-fashion-week-opening-ceremony-designing-dfw-finale-with-laganja-estranja-eid27pun6ci536" TargetMode="External"/><Relationship Id="rId11" Type="http://schemas.openxmlformats.org/officeDocument/2006/relationships/hyperlink" Target="https://cms.dma.org/programs/event/pride-block-party" TargetMode="External"/><Relationship Id="rId12" Type="http://schemas.openxmlformats.org/officeDocument/2006/relationships/hyperlink" Target="https://posh.vip/e/queer-the-runway" TargetMode="External"/><Relationship Id="rId13" Type="http://schemas.openxmlformats.org/officeDocument/2006/relationships/hyperlink" Target="https://www.thegayagenda.fyi/dallas/events/queer-the-runway-mar-22-2026/" TargetMode="External"/><Relationship Id="rId14" Type="http://schemas.openxmlformats.org/officeDocument/2006/relationships/hyperlink" Target="https://www.eventbrite.com/e/queer-the-runway-tickets-1981387087115" TargetMode="External"/><Relationship Id="rId15" Type="http://schemas.openxmlformats.org/officeDocument/2006/relationships/hyperlink" Target="https://meaws.com/news/couture-de-force/10604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