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Mérida LGBT+ Documentary Recovers Sherry’s Hidden History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 xml:space="preserve">A new short documentary in Mérida brings Sherry de La Fontane’s memories and photographs into focus, tracing the city’s LGBT+ community from the 1970s. Through stories of early drag shows and discreet meeting places, </w:t>
      </w:r>
      <w:r>
        <w:rPr>
          <w:b/>
          <w:i/>
        </w:rPr>
        <w:t>Orgullo clandestino</w:t>
      </w:r>
      <w:r>
        <w:rPr>
          <w:b/>
        </w:rPr>
        <w:t xml:space="preserve"> looks at what it took to find connection and express yourself when doing so openly could bring rejection.</w:t>
      </w:r>
      <w:r/>
    </w:p>
    <w:p>
      <w:pPr>
        <w:pStyle w:val="Heading2"/>
      </w:pPr>
      <w:r>
        <w:t>Essential Takeaways</w:t>
      </w:r>
      <w:r/>
      <w:r/>
    </w:p>
    <w:p>
      <w:pPr>
        <w:pStyle w:val="ListBullet"/>
        <w:spacing w:line="240" w:lineRule="auto"/>
        <w:ind w:left="720"/>
      </w:pPr>
      <w:r/>
      <w:r>
        <w:rPr>
          <w:b/>
        </w:rPr>
        <w:t>A personal history:</w:t>
      </w:r>
      <w:r>
        <w:t xml:space="preserve"> The film centres on Sherry de La Fontane, a pioneer of drag performance in Mérida.</w:t>
      </w:r>
      <w:r/>
    </w:p>
    <w:p>
      <w:pPr>
        <w:pStyle w:val="ListBullet"/>
        <w:spacing w:line="240" w:lineRule="auto"/>
        <w:ind w:left="720"/>
      </w:pPr>
      <w:r/>
      <w:r>
        <w:rPr>
          <w:b/>
        </w:rPr>
        <w:t>A short format:</w:t>
      </w:r>
      <w:r>
        <w:t xml:space="preserve"> The documentary runs for around 15 minutes.</w:t>
      </w:r>
      <w:r/>
    </w:p>
    <w:p>
      <w:pPr>
        <w:pStyle w:val="ListBullet"/>
        <w:spacing w:line="240" w:lineRule="auto"/>
        <w:ind w:left="720"/>
      </w:pPr>
      <w:r/>
      <w:r>
        <w:rPr>
          <w:b/>
        </w:rPr>
        <w:t>A city remembered:</w:t>
      </w:r>
      <w:r>
        <w:t xml:space="preserve"> It recalls gathering places including Plaza Grande, Parque Hidalgo and local cinemas.</w:t>
      </w:r>
      <w:r/>
    </w:p>
    <w:p>
      <w:pPr>
        <w:pStyle w:val="ListBullet"/>
        <w:spacing w:line="240" w:lineRule="auto"/>
        <w:ind w:left="720"/>
      </w:pPr>
      <w:r/>
      <w:r>
        <w:rPr>
          <w:b/>
        </w:rPr>
        <w:t>Built from memories:</w:t>
      </w:r>
      <w:r>
        <w:t xml:space="preserve"> Director Ariadna Hernández Paz and journalist Javier Escalante drew on Sherry’s recollections, alongside photographs and research.</w:t>
      </w:r>
      <w:r/>
    </w:p>
    <w:p>
      <w:pPr>
        <w:pStyle w:val="ListBullet"/>
        <w:spacing w:line="240" w:lineRule="auto"/>
        <w:ind w:left="720"/>
      </w:pPr>
      <w:r/>
      <w:r>
        <w:rPr>
          <w:b/>
        </w:rPr>
        <w:t>Screenings in Mérida:</w:t>
      </w:r>
      <w:r>
        <w:t xml:space="preserve"> The film is listed for presentations at the José Martí Cultural Centre and the Olimpo Cultural Centre.</w:t>
      </w:r>
      <w:r/>
      <w:r/>
    </w:p>
    <w:p>
      <w:pPr>
        <w:pStyle w:val="Heading2"/>
      </w:pPr>
      <w:r>
        <w:t>Mérida’s hidden gathering places come back into view</w:t>
      </w:r>
      <w:r/>
    </w:p>
    <w:p>
      <w:r/>
      <w:r>
        <w:t xml:space="preserve">A plaza, a park or a cinema can hold more than passing memories. In </w:t>
      </w:r>
      <w:r>
        <w:rPr>
          <w:i/>
        </w:rPr>
        <w:t>Orgullo clandestino</w:t>
      </w:r>
      <w:r>
        <w:t>, these familiar Mérida settings help map the quieter social world LGBT+ residents built when open expression was often met with rejection. The documentary recalls people meeting discreetly at Plaza Grande, Parque Hidalgo and some of the city’s cinemas.</w:t>
      </w:r>
      <w:r/>
    </w:p>
    <w:p>
      <w:r/>
      <w:r>
        <w:t>At its centre is Sherry de La Fontane, one of Mérida’s early drag performers. Her story includes performances with Las Crazy Ladies, set against a period when both public attitudes and authorities could make life difficult for gay people.</w:t>
      </w:r>
      <w:r/>
    </w:p>
    <w:p>
      <w:r/>
      <w:r>
        <w:t>The result is a close-up of local history, rather than a sweeping timeline. It asks what it meant to make room for joy and companionship when simply being seen could carry a cost.</w:t>
      </w:r>
      <w:r/>
    </w:p>
    <w:p>
      <w:pPr>
        <w:pStyle w:val="Heading2"/>
      </w:pPr>
      <w:r>
        <w:t>Sherry’s memories shape the documentary</w:t>
      </w:r>
      <w:r/>
    </w:p>
    <w:p>
      <w:r/>
      <w:r>
        <w:t xml:space="preserve">Director Ariadna Hernández Paz developed the project with journalist Javier Escalante after researching the history of Mérida’s LGBT+ community. Their starting points included Germán Pasos’s book </w:t>
      </w:r>
      <w:r>
        <w:rPr>
          <w:i/>
        </w:rPr>
        <w:t>Mérida gay</w:t>
      </w:r>
      <w:r>
        <w:t>, which documents aspects of queer life in the city.</w:t>
      </w:r>
      <w:r/>
    </w:p>
    <w:p>
      <w:r/>
      <w:r>
        <w:t>Getting the film in front of the camera took patience. Hernández Paz already knew Sherry from another documentary, but persuading her to share personal experiences meant several visits and spending time with her at events.</w:t>
      </w:r>
      <w:r/>
    </w:p>
    <w:p>
      <w:r/>
      <w:r>
        <w:t>The production took about four months, from research through editing. Sherry’s memories provide much of its narrative thread, while the filmmakers also faced a practical challenge: some photographs and documents from her personal archive had been lost over the years.</w:t>
      </w:r>
      <w:r/>
    </w:p>
    <w:p>
      <w:pPr>
        <w:pStyle w:val="Heading2"/>
      </w:pPr>
      <w:r>
        <w:t>Why a 15-minute film can carry so much</w:t>
      </w:r>
      <w:r/>
    </w:p>
    <w:p>
      <w:r/>
      <w:r>
        <w:t>A quarter of an hour might sound brief for a history shaped by decades of change. But the short format keeps the focus on one person’s life and the places attached to it, giving viewers a way into a broader story without pretending that one film can tell it all.</w:t>
      </w:r>
      <w:r/>
    </w:p>
    <w:p>
      <w:r/>
      <w:r>
        <w:t>That personal lens matters. Research can establish context, but a remembered performance or a familiar meeting spot can make history feel close enough to touch. And when documents have disappeared, the act of listening becomes part of the record.</w:t>
      </w:r>
      <w:r/>
    </w:p>
    <w:p>
      <w:r/>
      <w:r>
        <w:t>The film also sits within a wider effort to bring local social histories into cultural spaces. Its development followed a call from Mérida’s city council, which the team used as an opportunity to propose the project.</w:t>
      </w:r>
      <w:r/>
    </w:p>
    <w:p>
      <w:pPr>
        <w:pStyle w:val="Heading2"/>
      </w:pPr>
      <w:r>
        <w:t xml:space="preserve">Where to see </w:t>
      </w:r>
      <w:r>
        <w:rPr>
          <w:i/>
        </w:rPr>
        <w:t>Orgullo clandestino</w:t>
      </w:r>
      <w:r>
        <w:t xml:space="preserve"> in Mérida</w:t>
      </w:r>
      <w:r/>
    </w:p>
    <w:p>
      <w:r/>
      <w:r>
        <w:t>The documentary is listed for screenings at the José Martí Cultural Centre and the videosala at the Olimpo Cultural Centre. Event details include presentations at 7pm at José Martí and 8pm at Olimpo; check the venue listings before setting off, as dates and schedules can change.</w:t>
      </w:r>
      <w:r/>
    </w:p>
    <w:p>
      <w:r/>
      <w:r>
        <w:t>For anyone curious about queer history in Mérida, the film offers a compact starting point: one woman’s recollections, a handful of familiar city landmarks and a glimpse of the community that gathered around them. There’s something quietly powerful about seeing a city’s past through the places people once had to keep discreet.</w:t>
      </w:r>
      <w:r/>
    </w:p>
    <w:p>
      <w:pPr>
        <w:pStyle w:val="Heading2"/>
      </w:pPr>
      <w:r>
        <w:t>A story made visible</w:t>
      </w:r>
      <w:r/>
    </w:p>
    <w:p>
      <w:r/>
      <w:r>
        <w:rPr>
          <w:i/>
        </w:rPr>
        <w:t>Orgullo clandestino</w:t>
      </w:r>
      <w:r>
        <w:t xml:space="preserve"> brings a once-hidden chapter of Mérida’s history into view, one memory and meeting place at a time.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[7]</w:t>
        </w:r>
      </w:hyperlink>
      <w:r>
        <w:t xml:space="preserve">- Paragraph 2: </w:t>
      </w:r>
      <w:hyperlink r:id="rId10">
        <w:r>
          <w:rPr>
            <w:color w:val="0000EE"/>
            <w:u w:val="single"/>
          </w:rPr>
          <w:t>[3]</w:t>
        </w:r>
      </w:hyperlink>
      <w:r>
        <w:t xml:space="preserve">, </w:t>
      </w:r>
      <w:hyperlink r:id="rId12">
        <w:r>
          <w:rPr>
            <w:color w:val="0000EE"/>
            <w:u w:val="single"/>
          </w:rPr>
          <w:t>[4]</w:t>
        </w:r>
      </w:hyperlink>
      <w:r>
        <w:t xml:space="preserve">- Paragraph 3: </w:t>
      </w:r>
      <w:hyperlink r:id="rId10">
        <w:r>
          <w:rPr>
            <w:color w:val="0000EE"/>
            <w:u w:val="single"/>
          </w:rPr>
          <w:t>[3]</w:t>
        </w:r>
      </w:hyperlink>
      <w:r>
        <w:t xml:space="preserve">, </w:t>
      </w:r>
      <w:hyperlink r:id="rId13">
        <w:r>
          <w:rPr>
            <w:color w:val="0000EE"/>
            <w:u w:val="single"/>
          </w:rPr>
          <w:t>[5]</w:t>
        </w:r>
      </w:hyperlink>
      <w:r>
        <w:t xml:space="preserve">- Paragraph 4: </w:t>
      </w:r>
      <w:hyperlink r:id="rId10">
        <w:r>
          <w:rPr>
            <w:color w:val="0000EE"/>
            <w:u w:val="single"/>
          </w:rPr>
          <w:t>[3]</w:t>
        </w:r>
      </w:hyperlink>
      <w:r>
        <w:t xml:space="preserve">- Paragraph 5: </w:t>
      </w:r>
      <w:hyperlink r:id="rId10">
        <w:r>
          <w:rPr>
            <w:color w:val="0000EE"/>
            <w:u w:val="single"/>
          </w:rPr>
          <w:t>[3]</w:t>
        </w:r>
      </w:hyperlink>
      <w:r>
        <w:t xml:space="preserve">- Paragraph 6: </w:t>
      </w:r>
      <w:hyperlink r:id="rId10">
        <w:r>
          <w:rPr>
            <w:color w:val="0000EE"/>
            <w:u w:val="single"/>
          </w:rPr>
          <w:t>[3]</w:t>
        </w:r>
      </w:hyperlink>
      <w:r>
        <w:t xml:space="preserve">- Paragraph 7: </w:t>
      </w:r>
      <w:hyperlink r:id="rId10">
        <w:r>
          <w:rPr>
            <w:color w:val="0000EE"/>
            <w:u w:val="single"/>
          </w:rPr>
          <w:t>[3]</w:t>
        </w:r>
      </w:hyperlink>
      <w:r>
        <w:t xml:space="preserve">, </w:t>
      </w:r>
      <w:hyperlink r:id="rId13">
        <w:r>
          <w:rPr>
            <w:color w:val="0000EE"/>
            <w:u w:val="single"/>
          </w:rPr>
          <w:t>[5]</w:t>
        </w:r>
      </w:hyperlink>
      <w:r>
        <w:t xml:space="preserve">- Paragraph 8: </w:t>
      </w:r>
      <w:hyperlink r:id="rId10">
        <w:r>
          <w:rPr>
            <w:color w:val="0000EE"/>
            <w:u w:val="single"/>
          </w:rPr>
          <w:t>[3]</w:t>
        </w:r>
      </w:hyperlink>
      <w:r>
        <w:t xml:space="preserve">, </w:t>
      </w:r>
      <w:hyperlink r:id="rId14">
        <w:r>
          <w:rPr>
            <w:color w:val="0000EE"/>
            <w:u w:val="single"/>
          </w:rPr>
          <w:t>[6]</w:t>
        </w:r>
      </w:hyperlink>
      <w:r>
        <w:t xml:space="preserve">- Paragraph 9: </w:t>
      </w:r>
      <w:hyperlink r:id="rId12">
        <w:r>
          <w:rPr>
            <w:color w:val="0000EE"/>
            <w:u w:val="single"/>
          </w:rPr>
          <w:t>[4]</w:t>
        </w:r>
      </w:hyperlink>
      <w:r>
        <w:t xml:space="preserve">- Paragraph 10: </w:t>
      </w:r>
      <w:hyperlink r:id="rId10">
        <w:r>
          <w:rPr>
            <w:color w:val="0000EE"/>
            <w:u w:val="single"/>
          </w:rPr>
          <w:t>[3]</w:t>
        </w:r>
      </w:hyperlink>
      <w:r>
        <w:t xml:space="preserve">, </w:t>
      </w:r>
      <w:hyperlink r:id="rId11">
        <w:r>
          <w:rPr>
            <w:color w:val="0000EE"/>
            <w:u w:val="single"/>
          </w:rPr>
          <w:t>[7]</w:t>
        </w:r>
      </w:hyperlink>
      <w:r>
        <w:t xml:space="preserve">- Paragraph 11: </w:t>
      </w:r>
      <w:hyperlink r:id="rId10">
        <w:r>
          <w:rPr>
            <w:color w:val="0000EE"/>
            <w:u w:val="single"/>
          </w:rPr>
          <w:t>[3]</w:t>
        </w:r>
      </w:hyperlink>
      <w:r>
        <w:t xml:space="preserve">, </w:t>
      </w:r>
      <w:hyperlink r:id="rId11">
        <w:r>
          <w:rPr>
            <w:color w:val="0000EE"/>
            <w:u w:val="single"/>
          </w:rPr>
          <w:t>[7]</w:t>
        </w:r>
      </w:hyperlink>
      <w:r>
        <w:t xml:space="preserve">- Paragraph 12: </w:t>
      </w:r>
      <w:hyperlink r:id="rId10">
        <w:r>
          <w:rPr>
            <w:color w:val="0000EE"/>
            <w:u w:val="single"/>
          </w:rPr>
          <w:t>[3]</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https://www.yucatan.com.mx/imagen/2026/11/06/sherry-revivira-los-anos-del-silencio-en-merida.html</w:t>
        </w:r>
      </w:hyperlink>
      <w:r>
        <w:t xml:space="preserve"> - Please view link - unable to able to access data</w:t>
      </w:r>
      <w:r/>
    </w:p>
    <w:p>
      <w:pPr>
        <w:pStyle w:val="ListNumber"/>
        <w:spacing w:line="240" w:lineRule="auto"/>
        <w:ind w:left="720"/>
      </w:pPr>
      <w:r/>
      <w:hyperlink r:id="rId9">
        <w:r>
          <w:rPr>
            <w:color w:val="0000EE"/>
            <w:u w:val="single"/>
          </w:rPr>
          <w:t>https://www.yucatan.com.mx/imagen/2026/11/06/sherry-revivira-los-anos-del-silencio-en-merida.html</w:t>
        </w:r>
      </w:hyperlink>
      <w:r>
        <w:t xml:space="preserve"> - The article reports on “Orgullo clandestino”, a short documentary about Sherry de La Fontane, described as one of the pioneers of travestism in Mérida, and the experiences of the city’s LGBT+ community since the 1970s. Director Ariadna Hernández Paz and journalist Javier Escalante draw on Sherry’s memories, experiences and photographs to reconstruct a period when openly expressing one’s identity and finding places to meet often meant acting discreetly. The documentary refers to early drag shows, including “Las Crazy Ladies”, and recalls rejection from sections of society and the authorities. It also identifies gathering places such as Plaza Grande, Hidalgo Park and local cinemas. Hernández Paz says the project grew out of research into Mérida’s LGBT+ history, with Germán Pasos’s book “Mérida gay” as a reference. Making the film took about four months, from research to editing. A particular challenge was persuading Sherry to appear on camera and share her experiences; photographs and documents were also difficult to find because some of her personal archive had been lost. The approximately 15-minute film was scheduled for screenings on 6 and 7 November 2026 at the José Martí Cultural Centre, followed by 20 and 21 November at the Olimpo Cultural Centre.</w:t>
      </w:r>
      <w:r/>
    </w:p>
    <w:p>
      <w:pPr>
        <w:pStyle w:val="ListNumber"/>
        <w:spacing w:line="240" w:lineRule="auto"/>
        <w:ind w:left="720"/>
      </w:pPr>
      <w:r/>
      <w:hyperlink r:id="rId10">
        <w:r>
          <w:rPr>
            <w:color w:val="0000EE"/>
            <w:u w:val="single"/>
          </w:rPr>
          <w:t>https://mexicoescultura.com/actividad/337039/orgullo-clandestino.html</w:t>
        </w:r>
      </w:hyperlink>
      <w:r>
        <w:t xml:space="preserve"> - Mexico es Cultura’s listing presents “Orgullo Clandestino” as a free documentary screening at the José Martí Cultural Centre in Mérida. It describes the film as a journey through the city from the 1960s and 1970s to the present, recovering memories from LGBT community members about how sexual diversity existed amid both secrecy and social life. Cantinas, parks and night-time venues feature as places where resistance, friendship and desire could flourish. The listing frames the city itself as a living archive, preserving evidence of the communities and relationships that helped make contemporary visibility possible. Ariadna Hernández Paz is named as the author. The event is listed for Friday 6 and Saturday 7 November 2026, from 7pm to 8.30pm, with free admission. The venue is identified as the José Martí Cultural Centre, on Avenida Colón in the García Ginerés neighbourhood of Mérida, Yucatán. This listing independently supports the documentary’s title, director, LGBT historical subject, connection with Mérida, and its first public screening dates and location. It gives broader context than the newspaper article by describing a historical span beginning in the 1960s and by highlighting cantinas, parks and nightclubs as sites of community life. The listing also advertises later screenings at the Olimpo Cultural Centre on 20 and 21 November 2026.</w:t>
      </w:r>
      <w:r/>
    </w:p>
    <w:p>
      <w:pPr>
        <w:pStyle w:val="ListNumber"/>
        <w:spacing w:line="240" w:lineRule="auto"/>
        <w:ind w:left="720"/>
      </w:pPr>
      <w:r/>
      <w:hyperlink r:id="rId12">
        <w:r>
          <w:rPr>
            <w:color w:val="0000EE"/>
            <w:u w:val="single"/>
          </w:rPr>
          <w:t>https://infolliteras.com/2026/11/04/la-temporada-olimpo-cierra-el-ano-con-proyectos-sociales-y-de-artes-creadores-con-trayectoria-y-jovenes-creadores-llevan-su-talento-por-merida-en-noviembre-y-diciembre/</w:t>
        </w:r>
      </w:hyperlink>
      <w:r>
        <w:t xml:space="preserve"> - This report previews the closing months of Mérida’s 2026 Temporada Olimpo arts programme, which includes projects by established and emerging artists. It identifies “Orgullo clandestino”, directed by Ariadna Hernández, as one of the documentary short films premiering that weekend. The report describes its subject as the life of a Yucatecan trans woman who grew up during the 1960s and 1970s. It says the film presents her circumstances, resilience and the path travelled towards advances for the LGBT community today. This account independently supports the documentary’s existence, director, historical setting and focus on an individual’s experience in Yucatán. It places the film within a wider municipal cultural programme that features socially engaged works, performances and exhibitions. The article says the 2026 season began in June and would run until December, involving 39 projects supported by municipal funds, 131 presentations of performing and visual arts, 29 workshops and talks, 166 artists and 26 venues across the city. It also mentions other projects in the programme, including theatre, music, children’s activities and short films. The report does not provide the detailed biographical account of Sherry or the production process found in the newspaper article, but it corroborates the documentary’s public presentation and its themes of personal history and LGBT visibility.</w:t>
      </w:r>
      <w:r/>
    </w:p>
    <w:p>
      <w:pPr>
        <w:pStyle w:val="ListNumber"/>
        <w:spacing w:line="240" w:lineRule="auto"/>
        <w:ind w:left="720"/>
      </w:pPr>
      <w:r/>
      <w:hyperlink r:id="rId13">
        <w:r>
          <w:rPr>
            <w:color w:val="0000EE"/>
            <w:u w:val="single"/>
          </w:rPr>
          <w:t>https://www.homosensual.com/cultura/historia/german-pasos-la-historia-del-periodista-que-se-transformaba-en-drag-queen/</w:t>
        </w:r>
      </w:hyperlink>
      <w:r>
        <w:t xml:space="preserve"> - This profile recounts the life and work of Germán Pasos Tzec, a Yucatecan journalist, anthropologist, LGBT activist and drag performer who used the stage persona Neifa Celiana. It describes his work documenting LGBT history in Mérida and identifies his book “Mérida Gay: Crónica de los movimientos LGBTTT en la ciudad de Mérida 1960–2014”. The article says Pasos began performing in drag in 1977, when Neifa Celiana appeared in a clandestine beauty pageant organised by Yucatecan LGBT community members. It also reports that he and others experienced police raids on underground LGBT gatherings during the 1970s and 1980s, illustrating the pressures and risks faced by the community. Pasos later took part in Yucatán’s first LGBT pride march and wrote about the community in journalistic and academic work. The profile notes that he completed an anthropology degree at the Autonomous University of Yucatán in 1992, presenting a thesis on homosexuality, and authored another book about travestis, transgender and transsexual people in Mérida. It reports that he died in Mérida on 21 October 2020. This source supports the article’s reference to Germán Pasos as a significant chronicler of local LGBT history and provides historical context for clandestine performance, social stigma and police repression. It does not independently verify specific details about Sherry or the documentary’s production.</w:t>
      </w:r>
      <w:r/>
    </w:p>
    <w:p>
      <w:pPr>
        <w:pStyle w:val="ListNumber"/>
        <w:spacing w:line="240" w:lineRule="auto"/>
        <w:ind w:left="720"/>
      </w:pPr>
      <w:r/>
      <w:hyperlink r:id="rId14">
        <w:r>
          <w:rPr>
            <w:color w:val="0000EE"/>
            <w:u w:val="single"/>
          </w:rPr>
          <w:t>https://www.hazruido.mx/reportes/la-homofobia-en-merida-cambio-de-los-golpes-a-los-rosarios/</w:t>
        </w:r>
      </w:hyperlink>
      <w:r>
        <w:t xml:space="preserve"> - Haz Ruido examines the history of discrimination against LGBT people in Mérida, drawing on the work and testimony of journalist and author Germán Pasos Tzec. It identifies his book “Mérida Gay”, which chronicles LGBT movements in the city between 1960 and 2014, as a record of prejudice, police raids and activism. The report describes how discrimination changed over roughly four decades, while emphasising that hostility and barriers to equality persisted. It recounts Pasos’s account of clandestine parties organised to avoid attacks, and discusses the experiences of LGBT people facing insults, physical aggression and police repression. The article also considers the development of local activism and the challenges faced by people seeking recognition and equal rights. Pasos’s academic work is mentioned as part of his long-term documentation of homosexuality and LGBT life in Mérida. This reporting supports the newspaper article’s broader account of a community that often had to meet discreetly and faced rejection from parts of society and the authorities. It also provides independent background for the importance of Pasos’s book as a source on the city’s LGBT history. It does not specifically discuss Sherry de La Fontane, “Las Crazy Ladies”, or the making of “Orgullo clandestino”, so it is most useful as context for the historical conditions described.</w:t>
      </w:r>
      <w:r/>
    </w:p>
    <w:p>
      <w:pPr>
        <w:pStyle w:val="ListNumber"/>
        <w:spacing w:line="240" w:lineRule="auto"/>
        <w:ind w:left="720"/>
      </w:pPr>
      <w:r/>
      <w:hyperlink r:id="rId11">
        <w:r>
          <w:rPr>
            <w:color w:val="0000EE"/>
            <w:u w:val="single"/>
          </w:rPr>
          <w:t>https://qlist.app/events/Merida/Orgullo-Clandestino/50151</w:t>
        </w:r>
      </w:hyperlink>
      <w:r>
        <w:t xml:space="preserve"> - QLIST’s event page describes free screenings of “Orgullo Clandestino” in Mérida and says the documentary traces the memory and history of the city’s LGBT community from the 1960s and 1970s to the present. It focuses on stories told by community members and on places such as cantinas, parks and nightclubs, where sexual diversity and community life existed despite secrecy. This description supports the article’s central themes: hidden social spaces, LGBT histories and the recovery of memories that might otherwise be overlooked. The event page says it was last updated on 22 October 2026 and advertises screenings at the Olimpo Cultural Centre on 20 and 21 November. It cautions readers that its event information was compiled from online sources and recommends confirming details with organisers. The page does not offer the newspaper article’s more specific account of Sherry, the early drag shows, the production team or the documentary’s research and filming process. Its value is chiefly as a separate source for the film’s subject, its Mérida setting, the places and community stories it explores, and the later public screenings. It describes the film as a documentary rather than a performance or fictional work, and presents the screenings as free cultural events for audiences interested in LGBT history and queer community life in the city.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yucatan.com.mx/imagen/2026/11/06/sherry-revivira-los-anos-del-silencio-en-merida.html" TargetMode="External"/><Relationship Id="rId10" Type="http://schemas.openxmlformats.org/officeDocument/2006/relationships/hyperlink" Target="https://mexicoescultura.com/actividad/337039/orgullo-clandestino.html" TargetMode="External"/><Relationship Id="rId11" Type="http://schemas.openxmlformats.org/officeDocument/2006/relationships/hyperlink" Target="https://qlist.app/events/Merida/Orgullo-Clandestino/50151" TargetMode="External"/><Relationship Id="rId12" Type="http://schemas.openxmlformats.org/officeDocument/2006/relationships/hyperlink" Target="https://infolliteras.com/2026/11/04/la-temporada-olimpo-cierra-el-ano-con-proyectos-sociales-y-de-artes-creadores-con-trayectoria-y-jovenes-creadores-llevan-su-talento-por-merida-en-noviembre-y-diciembre/" TargetMode="External"/><Relationship Id="rId13" Type="http://schemas.openxmlformats.org/officeDocument/2006/relationships/hyperlink" Target="https://www.homosensual.com/cultura/historia/german-pasos-la-historia-del-periodista-que-se-transformaba-en-drag-queen/" TargetMode="External"/><Relationship Id="rId14" Type="http://schemas.openxmlformats.org/officeDocument/2006/relationships/hyperlink" Target="https://www.hazruido.mx/reportes/la-homofobia-en-merida-cambio-de-los-golpes-a-los-rosario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