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Jason Brock’s Warriors Pride Night Anthem Sparks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rainbow flag briefly shared the spotlight with the Star-Spangled Banner at the Golden State Warriors’ Pride Night game in San Francisco. Singer Jason Brock’s performance on 5 November drew warm attention and online criticism, turning one extended note into a wider argument about LGBTQ inclusion, sporting traditions and who gets to feel represented.</w:t>
      </w:r>
      <w:r/>
    </w:p>
    <w:p>
      <w:pPr>
        <w:pStyle w:val="Heading2"/>
      </w:pPr>
      <w:r>
        <w:t>One rainbow flag, one long note, plenty of reaction</w:t>
      </w:r>
      <w:r/>
    </w:p>
    <w:p>
      <w:r/>
      <w:r>
        <w:t>As Jason Brock held the word “proudly” during the national anthem, he brought out a small Pride flag and waved it. The moment was striking in its simplicity: a familiar song, a flash of colour and a packed basketball arena with its own lively soundtrack. (Outsports; Yahoo Sports)</w:t>
      </w:r>
      <w:r/>
    </w:p>
    <w:p>
      <w:r/>
      <w:r>
        <w:t>The performance took place before the Warriors played the Miami Heat on the team’s Pride Night. The Warriors are among the NBA teams to schedule Pride-themed events for the 2026-27 season, making the gesture part of a broader celebration rather than an isolated display. (NBA.com; Outsports)</w:t>
      </w:r>
      <w:r/>
    </w:p>
    <w:p>
      <w:pPr>
        <w:pStyle w:val="Heading2"/>
      </w:pPr>
      <w:r>
        <w:t>Players’ expressions became part of the story</w:t>
      </w:r>
      <w:r/>
    </w:p>
    <w:p>
      <w:r/>
      <w:r>
        <w:t>Clips of the anthem spread across social media, where some viewers focused on Warriors players who appeared to be smiling or laughing. Brock later said he hadn’t been watching them and cautioned against assuming their reactions were about the performance. (Outsports; Yahoo Sports)</w:t>
      </w:r>
      <w:r/>
    </w:p>
    <w:p>
      <w:r/>
      <w:r>
        <w:t>That distinction matters. A brief reaction caught on camera can be easy to interpret, but it rarely tells the whole story. Brock’s response kept the focus on what he could speak to directly: his own experience of singing, not the players’ intentions. (Outsports; Yahoo Sports)</w:t>
      </w:r>
      <w:r/>
    </w:p>
    <w:p>
      <w:pPr>
        <w:pStyle w:val="Heading2"/>
      </w:pPr>
      <w:r>
        <w:t>Pride Night puts inclusion in the arena</w:t>
      </w:r>
      <w:r/>
    </w:p>
    <w:p>
      <w:r/>
      <w:r>
        <w:t>The Warriors’ event sits within a league-wide calendar of Pride Nights intended to welcome LGBTQ fans and recognise their place in basketball. Team theme nights also give supporters a reason to gather around shared interests, whether that means a special game-night atmosphere or simply seeing themselves acknowledged in the stands. (NBA.com; Outsports)</w:t>
      </w:r>
      <w:r/>
    </w:p>
    <w:p>
      <w:r/>
      <w:r>
        <w:t>But visibility can attract pushback as well as support. Some online commenters described the flag as disrespectful, while others saw it as a straightforward expression of belonging. The clash shows how even a small gesture at a major sporting event can become a proxy for much larger arguments. (Outsports; Yahoo Sports; Breitbart)</w:t>
      </w:r>
      <w:r/>
    </w:p>
    <w:p>
      <w:pPr>
        <w:pStyle w:val="Heading2"/>
      </w:pPr>
      <w:r>
        <w:t>A performer with years of stage experience</w:t>
      </w:r>
      <w:r/>
    </w:p>
    <w:p>
      <w:r/>
      <w:r>
        <w:t xml:space="preserve">Brock is no stranger to high-pressure performances. He competed on the second season of </w:t>
      </w:r>
      <w:r>
        <w:rPr>
          <w:i/>
        </w:rPr>
        <w:t>The X Factor</w:t>
      </w:r>
      <w:r>
        <w:t xml:space="preserve"> in 2012 and has a background in jazz and pop; the contest database also records his career in cabaret. (Outsports; Encore Index)</w:t>
      </w:r>
      <w:r/>
    </w:p>
    <w:p>
      <w:r/>
      <w:r>
        <w:t>He has performed the anthem at other Bay Area sporting events, including a San Francisco Giants game in 2025 and a Pride Night game for the Golden State Valkyries. That experience helps explain why the Warriors appearance felt like a milestone, even for a singer accustomed to performing for large audiences. (Outsports; Encore Index)</w:t>
      </w:r>
      <w:r/>
    </w:p>
    <w:p>
      <w:pPr>
        <w:pStyle w:val="Heading2"/>
      </w:pPr>
      <w:r>
        <w:t>Why a brief moment can resonate</w:t>
      </w:r>
      <w:r/>
    </w:p>
    <w:p>
      <w:r/>
      <w:r>
        <w:t>For LGBTQ fans, representation at a game can be more than a themed evening. It can signal that the arena is a place where they’re welcome, while the mixed reaction online is a reminder that public visibility doesn’t guarantee agreement. Both realities can sit side by side.</w:t>
      </w:r>
      <w:r/>
    </w:p>
    <w:p>
      <w:r/>
      <w:r>
        <w:t>The practical takeaway for fans is simple: a viral clip is only a fragment of an event. Brock himself said he hadn’t interpreted the players’ expressions as a response to his singing, a useful reminder to leave room for uncertainty before turning a few seconds of footage into a firm conclusion. (Outsports; Yahoo Sports)</w:t>
      </w:r>
      <w:r/>
    </w:p>
    <w:p>
      <w:r/>
      <w:r>
        <w:t>A small flag made a big impression, and the conversation is likely to outlast the final buzzer.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https://www.outsports.com/2026/11/6/24146848/gay-singer-waves-pride-flag-during-warriors-national-anthem-and-some-people-absolutely-hate-it/</w:t>
        </w:r>
      </w:hyperlink>
      <w:r>
        <w:t xml:space="preserve"> - Please view link - unable to able to access data</w:t>
      </w:r>
      <w:r/>
    </w:p>
    <w:p>
      <w:pPr>
        <w:pStyle w:val="ListNumber"/>
        <w:spacing w:line="240" w:lineRule="auto"/>
        <w:ind w:left="720"/>
      </w:pPr>
      <w:r/>
      <w:hyperlink r:id="rId9">
        <w:r>
          <w:rPr>
            <w:color w:val="0000EE"/>
            <w:u w:val="single"/>
          </w:rPr>
          <w:t>https://www.outsports.com/2026/11/6/24146848/gay-singer-waves-pride-flag-during-warriors-national-anthem-and-some-people-absolutely-hate-it/</w:t>
        </w:r>
      </w:hyperlink>
      <w:r>
        <w:t xml:space="preserve"> - The Outsports article reports on openly gay singer Jason Brock’s performance of “The Star-Spangled Banner” at the Golden State Warriors’ Pride Night game against the Miami Heat on 5 November 2026. During an extended note, Brock brought out and waved a small rainbow Pride flag. The performance drew attention online, including a widely shared post interpreting some Warriors players’ smiles and laughter as a reaction to Brock. The article notes Brock’s response: he said he had not been watching the players and cautioned that their laughter did not necessarily mean they were laughing at the anthem. It also describes negative social-media reactions to the flag, while presenting the performance as a meaningful moment for Brock. The piece places the event in the context of LGBTQ inclusion in Bay Area sport, contrasting the Warriors and Golden State Valkyries’ support for queer fans with criticism of the San Francisco Giants’ Pride-related actions earlier in 2026. It further notes Brock’s previous national-anthem performances, his appearance on the second season of The X Factor in 2012, where he finished thirteenth, and his San Francisco cabaret recognition. This source directly supports the article’s central account and its descriptions of the performance, online response and Brock’s career.</w:t>
      </w:r>
      <w:r/>
    </w:p>
    <w:p>
      <w:pPr>
        <w:pStyle w:val="ListNumber"/>
        <w:spacing w:line="240" w:lineRule="auto"/>
        <w:ind w:left="720"/>
      </w:pPr>
      <w:r/>
      <w:hyperlink r:id="rId11">
        <w:r>
          <w:rPr>
            <w:color w:val="0000EE"/>
            <w:u w:val="single"/>
          </w:rPr>
          <w:t>https://www.nba.com/warriors/tickets/group-theme-nights-and-giveaways</w:t>
        </w:r>
      </w:hyperlink>
      <w:r>
        <w:t xml:space="preserve"> - The Golden State Warriors’ official group theme nights and giveaways page lists Pride Night among the team’s events for the 2026–27 season. It identifies the event as “Pride Night – Nov. 5 vs. Heat” and says tickets purchased through the designated special-event link include a Pride Night item. This is an official team source supporting the article’s key factual detail that the Warriors scheduled their Pride Night for the game against Miami on 5 November 2026. The page also places Pride Night within a broader schedule of theme events, including heritage nights, awareness events and other special game-day promotions. It is useful for checking the date and opponent independently of the article’s reporting and social-media discussion. The listing does not identify Jason Brock or describe the national-anthem performance, the players’ expressions, or reactions to the rainbow flag; it confirms the team event rather than those specific events. Because it is a team ticketing page, its information is chiefly about dates, match-ups and ticket-linked items, not a retrospective account of the evening. The source therefore corroborates the Pride Night scheduling claim, while the article and other coverage are needed for the singer, performance and subsequent public response.</w:t>
      </w:r>
      <w:r/>
    </w:p>
    <w:p>
      <w:pPr>
        <w:pStyle w:val="ListNumber"/>
        <w:spacing w:line="240" w:lineRule="auto"/>
        <w:ind w:left="720"/>
      </w:pPr>
      <w:r/>
      <w:hyperlink r:id="rId12">
        <w:r>
          <w:rPr>
            <w:color w:val="0000EE"/>
            <w:u w:val="single"/>
          </w:rPr>
          <w:t>https://www.outsports.com/2026/10/22/24145784/nba-pride-nights-2026-27-season-lgbtq-fans/</w:t>
        </w:r>
      </w:hyperlink>
      <w:r>
        <w:t xml:space="preserve"> - This Outsports article surveys announced LGBTQ Pride events for the 2026–27 NBA season. It reports that, at the time of publication, 17 NBA teams had confirmed Pride events, while noting that the remaining teams might still announce events later. Its team-by-team information includes the Golden State Warriors and identifies their Pride Night as 5 November 2026. The article gives broader context for the claim that the Warriors were among a group of NBA teams planning Pride-themed events before the season. It also discusses the significance of such events for LGBTQ fans and reflects on the recent decline in the number of announced team Pride nights compared with the previous season. The piece is a league-wide guide rather than a report on Jason Brock’s performance, so it does not substantiate details about the anthem, the flag, player reactions or Brock’s comments. Its value here is confirmation of the season-level context and the Warriors’ event date. The figure of 17 should be understood as the number Outsports said had been confirmed when it published the guide, not necessarily a final total for the entire season. Readers should distinguish that time-specific count from the separate event listing on the Warriors’ official website.</w:t>
      </w:r>
      <w:r/>
    </w:p>
    <w:p>
      <w:pPr>
        <w:pStyle w:val="ListNumber"/>
        <w:spacing w:line="240" w:lineRule="auto"/>
        <w:ind w:left="720"/>
      </w:pPr>
      <w:r/>
      <w:hyperlink r:id="rId10">
        <w:r>
          <w:rPr>
            <w:color w:val="0000EE"/>
            <w:u w:val="single"/>
          </w:rPr>
          <w:t>https://sports.yahoo.com/articles/warriors-pride-flag-waving-anthem-165902955.html</w:t>
        </w:r>
      </w:hyperlink>
      <w:r>
        <w:t xml:space="preserve"> - This Yahoo Sports article, credited to the California Post, recounts Jason Brock’s Pride-flag performance at the Warriors’ 5 November 2026 game against the Miami Heat. It says Brock waved a Pride flag while singing the national anthem and describes a broadcast shot of Warriors players appearing to smile or laugh. The article reports that a social-media post about the players’ apparent reaction circulated widely, and it describes Brock’s response on Instagram and X. In his X post, Brock said he had not been watching the players and that their laughter did not necessarily mean they were laughing because of the anthem. The story therefore supports the account of the viral discussion while preserving Brock’s qualification about interpreting the players’ expressions. It also notes that the game was won by Golden State and mentions the return of Klay Thompson to the Chase Center, details that provide game-night context but are not central to the Outsports article. Yahoo’s piece is a secondary news report, not the source of the team’s event schedule or Brock’s complete career history. It offers corroborating coverage of the performance and online reaction. Its wording describes what the players appeared to be doing rather than proving why they reacted that way, an important distinction when summarising the disputed interpretation.</w:t>
      </w:r>
      <w:r/>
    </w:p>
    <w:p>
      <w:pPr>
        <w:pStyle w:val="ListNumber"/>
        <w:spacing w:line="240" w:lineRule="auto"/>
        <w:ind w:left="720"/>
      </w:pPr>
      <w:r/>
      <w:hyperlink r:id="rId14">
        <w:r>
          <w:rPr>
            <w:color w:val="0000EE"/>
            <w:u w:val="single"/>
          </w:rPr>
          <w:t>https://encoreindex.com/contestants/jason-brock</w:t>
        </w:r>
      </w:hyperlink>
      <w:r>
        <w:t xml:space="preserve"> - This profile documents Jason Brock’s background as a San Francisco-based pop and cabaret singer and records his participation in the second season of the American television programme The X Factor in 2012. It says he finished in thirteenth place and was mentored by L.A. Reid. The page also describes Brock’s subsequent singing work, including performances around the United States, cabaret appearances in Japan and prior engagements in San Francisco. It notes that the Bay Area Reporter recognised him as Best Male Cabaret Performer in its 2015 Besties and that he has received the publication’s cabaret recognition four times. The profile is useful corroboration for the Outsports article’s biographical details about Brock’s competition-show appearance and cabaret career. It is not a report on the Warriors Pride Night performance, and it contains no account of the rainbow flag, the viral video or reactions from players and social-media users. Its coverage is a career overview, with season and performance details organised chronologically. The page also lists Brock’s songs and selected screen credits, but those details are not necessary to establish the claims made about the anthem event. In conjunction with the game-night sources, it provides independent context for identifying Brock as a performer with an established public career rather than an unknown singer appearing only for the Warriors event.</w:t>
      </w:r>
      <w:r/>
    </w:p>
    <w:p>
      <w:pPr>
        <w:pStyle w:val="ListNumber"/>
        <w:spacing w:line="240" w:lineRule="auto"/>
        <w:ind w:left="720"/>
      </w:pPr>
      <w:r/>
      <w:hyperlink r:id="rId13">
        <w:r>
          <w:rPr>
            <w:color w:val="0000EE"/>
            <w:u w:val="single"/>
          </w:rPr>
          <w:t>https://www.breitbart.com/sports/2026/11/06/watch-singer-waves-pride-flag-during-national-anthem-warriors-game/</w:t>
        </w:r>
      </w:hyperlink>
      <w:r>
        <w:t xml:space="preserve"> - This Breitbart report covers Jason Brock’s performance of the American national anthem while waving a Pride flag at the Warriors’ Pride Night game in San Francisco. It describes the performance as taking place on Thursday evening and identifies Brock as a former X Factor singer. The article also says that footage showed Warriors players laughing or giggling, and it summarises critical responses posted on social media. Its account supports the basic claims that the flag was waved during the anthem and that the performance generated both attention and negative online reactions. However, it presents the event from a strongly critical editorial perspective and does not establish that the players were laughing at Brock or at the anthem. That distinction matters because Brock himself said he was not watching the players and that laughter alone does not show what prompted it. The report is therefore useful as evidence of one strand of the public reaction, rather than as neutral confirmation of the players’ intentions. It also identifies the event as part of the Warriors’ Pride Night, in line with the team’s official schedule. The article focuses on reactions and controversy, not on Brock’s own fuller account or the Warriors’ LGBTQ inclusion initiatives.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1/6/24146848/gay-singer-waves-pride-flag-during-warriors-national-anthem-and-some-people-absolutely-hate-it/" TargetMode="External"/><Relationship Id="rId10" Type="http://schemas.openxmlformats.org/officeDocument/2006/relationships/hyperlink" Target="https://sports.yahoo.com/articles/warriors-pride-flag-waving-anthem-165902955.html" TargetMode="External"/><Relationship Id="rId11" Type="http://schemas.openxmlformats.org/officeDocument/2006/relationships/hyperlink" Target="https://www.nba.com/warriors/tickets/group-theme-nights-and-giveaways" TargetMode="External"/><Relationship Id="rId12" Type="http://schemas.openxmlformats.org/officeDocument/2006/relationships/hyperlink" Target="https://www.outsports.com/2026/10/22/24145784/nba-pride-nights-2026-27-season-lgbtq-fans/" TargetMode="External"/><Relationship Id="rId13" Type="http://schemas.openxmlformats.org/officeDocument/2006/relationships/hyperlink" Target="https://www.breitbart.com/sports/2026/11/06/watch-singer-waves-pride-flag-during-national-anthem-warriors-game/" TargetMode="External"/><Relationship Id="rId14" Type="http://schemas.openxmlformats.org/officeDocument/2006/relationships/hyperlink" Target="https://encoreindex.com/contestants/jason-bro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