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Bisi Alimi and Anthony Celebrate 10 Years of Marriage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Bisi Alimi and his husband, Anthony, are marking a decade of marriage with a look back at their first date. The gay rights activist’s anniversary post focuses less on grand declarations than on the laughter, smiles and togetherness that have carried them through ten years, offering a warm glimpse of a relationship still going strong.</w:t>
      </w:r>
      <w:r/>
    </w:p>
    <w:p>
      <w:pPr>
        <w:pStyle w:val="Heading2"/>
      </w:pPr>
      <w:r>
        <w:t>A first-date photo marks a decade together</w:t>
      </w:r>
      <w:r/>
    </w:p>
    <w:p>
      <w:r/>
      <w:r>
        <w:t xml:space="preserve">A photograph from their first date gave Bisi Alimi and Anthony’s tenth wedding anniversary a personal touch. Rather than turning the milestone into a lengthy account of married life, Alimi used the image to reflect on the pair’s journey and celebrate the everyday happiness they continue to share. </w:t>
      </w:r>
      <w:hyperlink r:id="rId9">
        <w:r>
          <w:rPr>
            <w:color w:val="0000EE"/>
            <w:u w:val="single"/>
          </w:rPr>
          <w:t>[3]</w:t>
        </w:r>
      </w:hyperlink>
      <w:r>
        <w:t xml:space="preserve">, </w:t>
      </w:r>
      <w:hyperlink r:id="rId10">
        <w:r>
          <w:rPr>
            <w:color w:val="0000EE"/>
            <w:u w:val="single"/>
          </w:rPr>
          <w:t>[4]</w:t>
        </w:r>
      </w:hyperlink>
      <w:r/>
    </w:p>
    <w:p>
      <w:r/>
      <w:r>
        <w:t xml:space="preserve">In his anniversary message, Alimi said they could write at length about their marriage, but pointed instead to the laughter, smiles and time spent together. It’s a simple measure of a long relationship, and a pleasingly human one. </w:t>
      </w:r>
      <w:hyperlink r:id="rId9">
        <w:r>
          <w:rPr>
            <w:color w:val="0000EE"/>
            <w:u w:val="single"/>
          </w:rPr>
          <w:t>[3]</w:t>
        </w:r>
      </w:hyperlink>
      <w:r>
        <w:t xml:space="preserve">, </w:t>
      </w:r>
      <w:hyperlink r:id="rId11">
        <w:r>
          <w:rPr>
            <w:color w:val="0000EE"/>
            <w:u w:val="single"/>
          </w:rPr>
          <w:t>[5]</w:t>
        </w:r>
      </w:hyperlink>
      <w:r/>
    </w:p>
    <w:p>
      <w:pPr>
        <w:pStyle w:val="Heading2"/>
      </w:pPr>
      <w:r>
        <w:t>The anniversary message keeps it heartfelt</w:t>
      </w:r>
      <w:r/>
    </w:p>
    <w:p>
      <w:r/>
      <w:r>
        <w:t xml:space="preserve">The couple marked ten years since exchanging vows on 5 November. Alimi’s words presented the occasion as both a celebration of the past and a note of gratitude for a partnership that remains strong. </w:t>
      </w:r>
      <w:hyperlink r:id="rId9">
        <w:r>
          <w:rPr>
            <w:color w:val="0000EE"/>
            <w:u w:val="single"/>
          </w:rPr>
          <w:t>[3]</w:t>
        </w:r>
      </w:hyperlink>
      <w:r>
        <w:t xml:space="preserve">, </w:t>
      </w:r>
      <w:hyperlink r:id="rId10">
        <w:r>
          <w:rPr>
            <w:color w:val="0000EE"/>
            <w:u w:val="single"/>
          </w:rPr>
          <w:t>[4]</w:t>
        </w:r>
      </w:hyperlink>
      <w:r/>
    </w:p>
    <w:p>
      <w:r/>
      <w:r>
        <w:t xml:space="preserve">There was no elaborate list of milestones in the post. The emphasis was on continuing to find joy in one another’s company, a reminder that the most meaningful anniversary tributes don’t always need to say everything. </w:t>
      </w:r>
      <w:hyperlink r:id="rId10">
        <w:r>
          <w:rPr>
            <w:color w:val="0000EE"/>
            <w:u w:val="single"/>
          </w:rPr>
          <w:t>[4]</w:t>
        </w:r>
      </w:hyperlink>
      <w:r>
        <w:t xml:space="preserve">, </w:t>
      </w:r>
      <w:hyperlink r:id="rId11">
        <w:r>
          <w:rPr>
            <w:color w:val="0000EE"/>
            <w:u w:val="single"/>
          </w:rPr>
          <w:t>[5]</w:t>
        </w:r>
      </w:hyperlink>
      <w:r/>
    </w:p>
    <w:p>
      <w:pPr>
        <w:pStyle w:val="Heading2"/>
      </w:pPr>
      <w:r>
        <w:t>A public milestone in a private relationship</w:t>
      </w:r>
      <w:r/>
    </w:p>
    <w:p>
      <w:r/>
      <w:r>
        <w:t xml:space="preserve">Alimi is known as a gay rights activist, and the couple’s anniversary offers a glimpse into a life beyond his public work. The shared photo and affectionate message made the occasion personal, while also placing their ten years together in the public eye. </w:t>
      </w:r>
      <w:hyperlink r:id="rId9">
        <w:r>
          <w:rPr>
            <w:color w:val="0000EE"/>
            <w:u w:val="single"/>
          </w:rPr>
          <w:t>[3]</w:t>
        </w:r>
      </w:hyperlink>
      <w:r>
        <w:t xml:space="preserve">, </w:t>
      </w:r>
      <w:hyperlink r:id="rId12">
        <w:r>
          <w:rPr>
            <w:color w:val="0000EE"/>
            <w:u w:val="single"/>
          </w:rPr>
          <w:t>[6]</w:t>
        </w:r>
      </w:hyperlink>
      <w:r/>
    </w:p>
    <w:p>
      <w:r/>
      <w:r>
        <w:t xml:space="preserve">Earlier coverage of Alimi’s wedding reported on the couple’s marriage and shared images from the occasion. A decade later, the anniversary post brings the story back to the two people at its centre. </w:t>
      </w:r>
      <w:hyperlink r:id="rId12">
        <w:r>
          <w:rPr>
            <w:color w:val="0000EE"/>
            <w:u w:val="single"/>
          </w:rPr>
          <w:t>[6]</w:t>
        </w:r>
      </w:hyperlink>
      <w:r>
        <w:t xml:space="preserve">, </w:t>
      </w:r>
      <w:hyperlink r:id="rId13">
        <w:r>
          <w:rPr>
            <w:color w:val="0000EE"/>
            <w:u w:val="single"/>
          </w:rPr>
          <w:t>[7]</w:t>
        </w:r>
      </w:hyperlink>
      <w:r/>
    </w:p>
    <w:p>
      <w:pPr>
        <w:pStyle w:val="Heading2"/>
      </w:pPr>
      <w:r>
        <w:t>What keeps an anniversary post memorable?</w:t>
      </w:r>
      <w:r/>
    </w:p>
    <w:p>
      <w:r/>
      <w:r>
        <w:t xml:space="preserve">For readers marking a relationship milestone of their own, the couple’s approach is a gentle prompt: choose a detail that feels genuinely yours. It might be a favourite photograph, a private joke or a small ritual that has lasted longer than expected. </w:t>
      </w:r>
      <w:hyperlink r:id="rId9">
        <w:r>
          <w:rPr>
            <w:color w:val="0000EE"/>
            <w:u w:val="single"/>
          </w:rPr>
          <w:t>[3]</w:t>
        </w:r>
      </w:hyperlink>
      <w:r>
        <w:t xml:space="preserve">, </w:t>
      </w:r>
      <w:hyperlink r:id="rId11">
        <w:r>
          <w:rPr>
            <w:color w:val="0000EE"/>
            <w:u w:val="single"/>
          </w:rPr>
          <w:t>[5]</w:t>
        </w:r>
      </w:hyperlink>
      <w:r/>
    </w:p>
    <w:p>
      <w:r/>
      <w:r>
        <w:t xml:space="preserve">And while every couple celebrates differently, Alimi’s message suggests that shared laughter and companionship are worth noticing along the way, not just on milestone dates. </w:t>
      </w:r>
      <w:hyperlink r:id="rId9">
        <w:r>
          <w:rPr>
            <w:color w:val="0000EE"/>
            <w:u w:val="single"/>
          </w:rPr>
          <w:t>[3]</w:t>
        </w:r>
      </w:hyperlink>
      <w:r>
        <w:t xml:space="preserve">, </w:t>
      </w:r>
      <w:hyperlink r:id="rId10">
        <w:r>
          <w:rPr>
            <w:color w:val="0000EE"/>
            <w:u w:val="single"/>
          </w:rPr>
          <w:t>[4]</w:t>
        </w:r>
      </w:hyperlink>
      <w:r/>
    </w:p>
    <w:p>
      <w:pPr>
        <w:pStyle w:val="Heading2"/>
      </w:pPr>
      <w:r>
        <w:t>Ten years on, still going strong</w:t>
      </w:r>
      <w:r/>
    </w:p>
    <w:p>
      <w:r/>
      <w:r>
        <w:t xml:space="preserve">The anniversary post looks back without becoming a long retrospective. Its warmth comes from the everyday things Alimi chose to celebrate, and from the sense that the couple are still enjoying the journey together. </w:t>
      </w:r>
      <w:hyperlink r:id="rId9">
        <w:r>
          <w:rPr>
            <w:color w:val="0000EE"/>
            <w:u w:val="single"/>
          </w:rPr>
          <w:t>[3]</w:t>
        </w:r>
      </w:hyperlink>
      <w:r>
        <w:t xml:space="preserve">, </w:t>
      </w:r>
      <w:hyperlink r:id="rId10">
        <w:r>
          <w:rPr>
            <w:color w:val="0000EE"/>
            <w:u w:val="single"/>
          </w:rPr>
          <w:t>[4]</w:t>
        </w:r>
      </w:hyperlink>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1">
        <w:r>
          <w:rPr>
            <w:color w:val="0000EE"/>
            <w:u w:val="single"/>
          </w:rPr>
          <w:t>[5]</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9">
        <w:r>
          <w:rPr>
            <w:color w:val="0000EE"/>
            <w:u w:val="single"/>
          </w:rPr>
          <w:t>[3]</w:t>
        </w:r>
      </w:hyperlink>
      <w:r>
        <w:t xml:space="preserve">, </w:t>
      </w:r>
      <w:hyperlink r:id="rId12">
        <w:r>
          <w:rPr>
            <w:color w:val="0000EE"/>
            <w:u w:val="single"/>
          </w:rPr>
          <w:t>[6]</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1">
        <w:r>
          <w:rPr>
            <w:color w:val="0000EE"/>
            <w:u w:val="single"/>
          </w:rPr>
          <w:t>[5]</w:t>
        </w:r>
      </w:hyperlink>
      <w:r>
        <w:t xml:space="preserve">- Paragraph 8: </w:t>
      </w:r>
      <w:hyperlink r:id="rId9">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https://forum.waploaded.com/forum/927669/we-are-still-going-stronger</w:t>
        </w:r>
      </w:hyperlink>
      <w:r>
        <w:t xml:space="preserve"> - Please view link - unable to able to access data</w:t>
      </w:r>
      <w:r/>
    </w:p>
    <w:p>
      <w:pPr>
        <w:pStyle w:val="ListNumber"/>
        <w:spacing w:line="240" w:lineRule="auto"/>
        <w:ind w:left="720"/>
      </w:pPr>
      <w:r/>
      <w:hyperlink r:id="rId14">
        <w:r>
          <w:rPr>
            <w:color w:val="0000EE"/>
            <w:u w:val="single"/>
          </w:rPr>
          <w:t>https://forum.waploaded.com/forum/927669/we-are-still-going-stronger</w:t>
        </w:r>
      </w:hyperlink>
      <w:r>
        <w:t xml:space="preserve"> - The article reports that gay rights activist Bisi Alimi and his husband, Anthony, marked their tenth wedding anniversary on Thursday, 5 November. Alimi commemorated the occasion by sharing a photograph of the couple from their first date, looking back on their decade together. The report says he was pleased that their relationship remained strong and that, although they could write at length about their marriage, what mattered most to them was the laughter, smiles and togetherness they continued to share. It reproduces his anniversary message, in which he says they had been married for ten years and were still “going stronger” together, before wishing them a happy anniversary. The story’s main information is the anniversary date, the couple’s ten-year milestone, the first-date photograph and the affectionate tone of Alimi’s public reflection. It presents the occasion as a celebration of their continuing partnership rather than a detailed account of their married life. The article does not add independent background about the couple or explain the circumstances of their wedding; it focuses on the anniversary post and the message accompanying it.</w:t>
      </w:r>
      <w:r/>
    </w:p>
    <w:p>
      <w:pPr>
        <w:pStyle w:val="ListNumber"/>
        <w:spacing w:line="240" w:lineRule="auto"/>
        <w:ind w:left="720"/>
      </w:pPr>
      <w:r/>
      <w:hyperlink r:id="rId9">
        <w:r>
          <w:rPr>
            <w:color w:val="0000EE"/>
            <w:u w:val="single"/>
          </w:rPr>
          <w:t>https://www.lindaikejisblog.com/2026/11/gay-rights-activist-bisi-alimi-and-husband-anthony-celebrate-10th-wedding-anniversary.html</w:t>
        </w:r>
      </w:hyperlink>
      <w:r>
        <w:t xml:space="preserve"> - Linda Ikeji’s Blog reports that Bisi Alimi and his husband, Anthony, celebrated their tenth wedding anniversary on 5 November 2026. The report says Alimi shared a photograph of the couple from their first date and expressed happiness that they remained strong together ten years after saying “I do”. It reproduces his message about the decade of marriage: although they could write an “epistle” about it, he says their laughter, smiles and time together are what matter, and that they are still growing stronger. The article is a short account centred on the anniversary post, giving the date, the image Alimi shared and the sentiment he conveyed. It corroborates the main details in the supplied article, including the anniversary milestone and the couple’s affectionate reflection on their relationship. It does not provide an interview, further quotations from Anthony, or additional details about the first date or their married life. Its coverage is therefore a brief news report based on Alimi’s social-media celebration, rather than an in-depth profile of the couple.</w:t>
      </w:r>
      <w:r/>
    </w:p>
    <w:p>
      <w:pPr>
        <w:pStyle w:val="ListNumber"/>
        <w:spacing w:line="240" w:lineRule="auto"/>
        <w:ind w:left="720"/>
      </w:pPr>
      <w:r/>
      <w:hyperlink r:id="rId10">
        <w:r>
          <w:rPr>
            <w:color w:val="0000EE"/>
            <w:u w:val="single"/>
          </w:rPr>
          <w:t>https://www.eelive.ng/controversial-gay-activist-bisi-alimi-celebrates-10th-wedding-anniversary/</w:t>
        </w:r>
      </w:hyperlink>
      <w:r>
        <w:t xml:space="preserve"> - Eelive reports on Bisi Alimi’s tenth wedding anniversary with Anthony Davis, identifying the celebration as taking place on 5 November 2026. The article says Alimi posted about the occasion on Instagram and quotes his message that, after ten years of marriage, the couple remain strong together and value their laughter, smiles and time as a pair. It also refers to Alimi as a British-Nigerian human-rights and LGBTQ+ activist who lives in the United Kingdom. The report states that Alimi and Davis married in 2016 and places the anniversary in the context of Alimi’s public advocacy. It offers short biographical context, noting his profile as a gay-rights campaigner and saying that he gained international attention after coming out on Nigerian television. The main focus, however, is the anniversary and the couple’s message, not a broader account of activism or their private relationship. The article supports the key claims that the couple reached ten years of marriage, that the anniversary fell on 5 November and that Alimi shared a celebratory reflection about their continuing relationship.</w:t>
      </w:r>
      <w:r/>
    </w:p>
    <w:p>
      <w:pPr>
        <w:pStyle w:val="ListNumber"/>
        <w:spacing w:line="240" w:lineRule="auto"/>
        <w:ind w:left="720"/>
      </w:pPr>
      <w:r/>
      <w:hyperlink r:id="rId11">
        <w:r>
          <w:rPr>
            <w:color w:val="0000EE"/>
            <w:u w:val="single"/>
          </w:rPr>
          <w:t>https://naijaworld.com/p/OGv5LmCNQIPpRXAjrjPy</w:t>
        </w:r>
      </w:hyperlink>
      <w:r>
        <w:t xml:space="preserve"> - This NaijaWorld community post says that Bisi Alimi and his husband, Anthony, celebrated their tenth wedding anniversary on 5 November 2026. It reports that Alimi shared a photograph from their first date and said that they were still going strong after a decade together. The post is concise and focuses on those central details: the couple’s anniversary, the date, the first-date image and the message about the longevity of their relationship. Unlike a conventional editorial article, this is a user-submitted community story. The page explicitly notes that posts are shared by community members and do not represent the platform’s official view; responsibility rests with the author. It does not reproduce the full anniversary message or provide additional biographical information, a direct interview or independent reporting. Its value as supporting material is therefore limited to a brief corroboration of the basic anniversary claim and the photograph and “still going strong” detail. Readers seeking fuller context can compare it with the longer reports that provide Alimi’s quoted wording and additional background about the couple.</w:t>
      </w:r>
      <w:r/>
    </w:p>
    <w:p>
      <w:pPr>
        <w:pStyle w:val="ListNumber"/>
        <w:spacing w:line="240" w:lineRule="auto"/>
        <w:ind w:left="720"/>
      </w:pPr>
      <w:r/>
      <w:hyperlink r:id="rId12">
        <w:r>
          <w:rPr>
            <w:color w:val="0000EE"/>
            <w:u w:val="single"/>
          </w:rPr>
          <w:t>https://www.pulse.ng/story/bisi-alimi-gay-rights-activist-finally-shares-pictures-from-wedding-2024080301335371803</w:t>
        </w:r>
      </w:hyperlink>
      <w:r>
        <w:t xml:space="preserve"> - Pulse Nigeria’s 2016 report covers Bisi Alimi’s decision to share photographs from his wedding to Anthony Davis. It states that the couple married in the United Kingdom on 5 November 2016 and that the activist later released official wedding images through an interview with Kito Diaries, an online platform for Nigerians. The article describes the wedding as personally meaningful to Alimi and quotes him saying that, despite the political implications people attached to their union, the most important thing was that two people in love were getting married. It also notes that the images offered a clearer glimpse of the November ceremony after earlier coverage had included few details and photographs. The story provides historical context for the ten-year anniversary reported in 2026: the marriage date falls on 5 November 2016, making 5 November 2026 the couple’s tenth anniversary. It does not discuss the later anniversary post, but it supports the underlying wedding date and confirms Anthony Davis as Alimi’s partner at the time of their marriage.</w:t>
      </w:r>
      <w:r/>
    </w:p>
    <w:p>
      <w:pPr>
        <w:pStyle w:val="ListNumber"/>
        <w:spacing w:line="240" w:lineRule="auto"/>
        <w:ind w:left="720"/>
      </w:pPr>
      <w:r/>
      <w:hyperlink r:id="rId13">
        <w:r>
          <w:rPr>
            <w:color w:val="0000EE"/>
            <w:u w:val="single"/>
          </w:rPr>
          <w:t>https://www.bellanaija.com/2016/11/bisi-alimi-is-married/</w:t>
        </w:r>
      </w:hyperlink>
      <w:r>
        <w:t xml:space="preserve"> - BellaNaija announced Bisi Alimi’s marriage to Anthony in a report published on 6 November 2016. It says the couple married the previous day in the United Kingdom, surrounded by family and friends, placing their wedding on 5 November 2016. The article also recalls that they had held a joint Halloween party and stag celebration in the preceding weekend. It reproduces Alimi’s pre-wedding message, in which he said that he and Anthony would say “I do” in the presence of friends and family from around the world, while remembering places where love is treated as a crime. The report includes reactions and celebratory posts from friends who attended, describing the wedding as a special, joyful occasion. This coverage provides contemporary confirmation of the original wedding date and the fact that Anthony was Alimi’s partner at the ceremony. It is useful background for checking the later claim that the couple marked ten years of marriage on 5 November 2026. The article focuses on the wedding itself and does not cover their later anniversary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ndaikejisblog.com/2026/11/gay-rights-activist-bisi-alimi-and-husband-anthony-celebrate-10th-wedding-anniversary.html" TargetMode="External"/><Relationship Id="rId10" Type="http://schemas.openxmlformats.org/officeDocument/2006/relationships/hyperlink" Target="https://www.eelive.ng/controversial-gay-activist-bisi-alimi-celebrates-10th-wedding-anniversary/" TargetMode="External"/><Relationship Id="rId11" Type="http://schemas.openxmlformats.org/officeDocument/2006/relationships/hyperlink" Target="https://naijaworld.com/p/OGv5LmCNQIPpRXAjrjPy" TargetMode="External"/><Relationship Id="rId12" Type="http://schemas.openxmlformats.org/officeDocument/2006/relationships/hyperlink" Target="https://www.pulse.ng/story/bisi-alimi-gay-rights-activist-finally-shares-pictures-from-wedding-2024080301335371803" TargetMode="External"/><Relationship Id="rId13" Type="http://schemas.openxmlformats.org/officeDocument/2006/relationships/hyperlink" Target="https://www.bellanaija.com/2016/11/bisi-alimi-is-married/" TargetMode="External"/><Relationship Id="rId14" Type="http://schemas.openxmlformats.org/officeDocument/2006/relationships/hyperlink" Target="https://forum.waploaded.com/forum/927669/we-are-still-going-strong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