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Alex Ukkelberg’s Coming-Out Story Shows Why Visibility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Beach volleyball pro Alex Ukkelberg has spoken publicly about being gay after years of sharing that part of his life with family, friends and people in the sport. His account of growing up in a small Minnesota town, and learning to bring his identity and athletic ambitions together, offers a thoughtful reminder of what visibility can mean to younger LGBTQ+ athletes.</w:t>
      </w:r>
      <w:r/>
    </w:p>
    <w:p>
      <w:pPr>
        <w:pStyle w:val="Heading2"/>
      </w:pPr>
      <w:r>
        <w:t>A long-awaited public moment</w:t>
      </w:r>
      <w:r/>
    </w:p>
    <w:p>
      <w:r/>
      <w:r>
        <w:t xml:space="preserve">Ukkelberg had been out to people close to him for years, but sharing his story publicly was another step. In a video posted to social media, the 32-year-old reflected on growing up in Battle Lake, Minnesota, where he said being different felt like something to conceal. </w:t>
      </w:r>
      <w:r>
        <w:rPr>
          <w:b/>
        </w:rPr>
        <w:t>Out</w:t>
      </w:r>
      <w:r>
        <w:t xml:space="preserve"> reported that he described believing, as a young athlete, that being gay and being a sportsman couldn't fit together.</w:t>
      </w:r>
      <w:r/>
    </w:p>
    <w:p>
      <w:r/>
      <w:r>
        <w:t xml:space="preserve">That assumption took time to unpick. Ukkelberg said he thought he was straight until his second year of college, and that saying the words "I'm gay" aloud was difficult. His video traces a gradual shift from keeping quiet to accepting that he didn't have to choose between sport and identity. </w:t>
      </w:r>
      <w:r>
        <w:rPr>
          <w:b/>
        </w:rPr>
        <w:t>Outsports</w:t>
      </w:r>
      <w:r>
        <w:t xml:space="preserve"> covered his public announcement and its personal significance. (Sources: </w:t>
      </w:r>
      <w:r>
        <w:rPr>
          <w:b/>
        </w:rPr>
        <w:t>Out</w:t>
      </w:r>
      <w:r>
        <w:t xml:space="preserve">, </w:t>
      </w:r>
      <w:r>
        <w:rPr>
          <w:b/>
        </w:rPr>
        <w:t>Outsports</w:t>
      </w:r>
      <w:r>
        <w:t>)</w:t>
      </w:r>
      <w:r/>
    </w:p>
    <w:p>
      <w:pPr>
        <w:pStyle w:val="Heading2"/>
      </w:pPr>
      <w:r>
        <w:t>From small-town athlete to beach volleyball pro</w:t>
      </w:r>
      <w:r/>
    </w:p>
    <w:p>
      <w:r/>
      <w:r>
        <w:t xml:space="preserve">As a youngster, Ukkelberg took part in track, basketball, baseball and football, and later worked in coaching as well as playing. His career has included coaching women's volleyball at St. Cloud State University, while his current sporting life includes professional beach volleyball. The university's staff listing confirms his coaching connection. (Sources: </w:t>
      </w:r>
      <w:r>
        <w:rPr>
          <w:b/>
        </w:rPr>
        <w:t>St. Cloud State Huskies</w:t>
      </w:r>
      <w:r>
        <w:t xml:space="preserve">, </w:t>
      </w:r>
      <w:r>
        <w:rPr>
          <w:b/>
        </w:rPr>
        <w:t>Outsports</w:t>
      </w:r>
      <w:r>
        <w:t>)</w:t>
      </w:r>
      <w:r/>
    </w:p>
    <w:p>
      <w:r/>
      <w:r>
        <w:t xml:space="preserve">The jump from indoor courts to the sand is a familiar one in volleyball, but the sport's welcoming community can matter just as much as the change of surface. </w:t>
      </w:r>
      <w:r>
        <w:rPr>
          <w:b/>
        </w:rPr>
        <w:t>Outsports</w:t>
      </w:r>
      <w:r>
        <w:t xml:space="preserve"> reported that Ukkelberg is friends with fellow out beach volleyball player Charlie Siragusa and belongs to a group chat for gay players. The wider beach circuit also has its own long-running traditions: the Laguna Beach Open marked its 70th anniversary in 2025. (Sources: </w:t>
      </w:r>
      <w:r>
        <w:rPr>
          <w:b/>
        </w:rPr>
        <w:t>Outsports</w:t>
      </w:r>
      <w:r>
        <w:t xml:space="preserve">, </w:t>
      </w:r>
      <w:r>
        <w:rPr>
          <w:b/>
        </w:rPr>
        <w:t>Daily Pilot</w:t>
      </w:r>
      <w:r>
        <w:t xml:space="preserve">, </w:t>
      </w:r>
      <w:r>
        <w:rPr>
          <w:b/>
        </w:rPr>
        <w:t>AVP</w:t>
      </w:r>
      <w:r>
        <w:t>)</w:t>
      </w:r>
      <w:r/>
    </w:p>
    <w:p>
      <w:pPr>
        <w:pStyle w:val="Heading2"/>
      </w:pPr>
      <w:r>
        <w:t>Why coming out can take time</w:t>
      </w:r>
      <w:r/>
    </w:p>
    <w:p>
      <w:r/>
      <w:r>
        <w:t xml:space="preserve">Ukkelberg said he'd been out for more than a decade, yet hadn't known how to talk about that experience online. He described going back and forth over whether to speak, worrying about saying the wrong thing and even feeling tempted to delete the video after posting it. That hesitation is a reminder that coming out isn't a single moment, and there's no one timetable that suits everyone. (Sources: </w:t>
      </w:r>
      <w:r>
        <w:rPr>
          <w:b/>
        </w:rPr>
        <w:t>Out</w:t>
      </w:r>
      <w:r>
        <w:t xml:space="preserve">, </w:t>
      </w:r>
      <w:r>
        <w:rPr>
          <w:b/>
        </w:rPr>
        <w:t>Outsports</w:t>
      </w:r>
      <w:r>
        <w:t xml:space="preserve">, </w:t>
      </w:r>
      <w:r>
        <w:rPr>
          <w:b/>
        </w:rPr>
        <w:t>Instagram post</w:t>
      </w:r>
      <w:r>
        <w:t>)</w:t>
      </w:r>
      <w:r/>
    </w:p>
    <w:p>
      <w:r/>
      <w:r>
        <w:t xml:space="preserve">He also wrote about feeling judged in opposing directions: too gay for some people, not gay enough for others. Labels can be a poor fit, especially when they flatten a person's life into a stereotype. Ukkelberg's reflections are personal, but they speak to a broader pressure many LGBTQ+ people recognise: being expected to explain themselves before they're simply allowed to be known. (Sources: </w:t>
      </w:r>
      <w:r>
        <w:rPr>
          <w:b/>
        </w:rPr>
        <w:t>Out</w:t>
      </w:r>
      <w:r>
        <w:t xml:space="preserve">, </w:t>
      </w:r>
      <w:r>
        <w:rPr>
          <w:b/>
        </w:rPr>
        <w:t>Outsports</w:t>
      </w:r>
      <w:r>
        <w:t xml:space="preserve">, </w:t>
      </w:r>
      <w:r>
        <w:rPr>
          <w:b/>
        </w:rPr>
        <w:t>Instagram post</w:t>
      </w:r>
      <w:r>
        <w:t>)</w:t>
      </w:r>
      <w:r/>
    </w:p>
    <w:p>
      <w:pPr>
        <w:pStyle w:val="Heading2"/>
      </w:pPr>
      <w:r>
        <w:t>Visibility can help the next generation</w:t>
      </w:r>
      <w:r/>
    </w:p>
    <w:p>
      <w:r/>
      <w:r>
        <w:t xml:space="preserve">Ukkelberg said he hadn't set out to become a spokesperson, but felt it mattered to talk about his experience. He linked that choice to the younger version of himself, who might have benefited from seeing an athlete speak openly. It's a modest but powerful point: representation doesn't have to be a grand campaign to make a difference. (Sources: </w:t>
      </w:r>
      <w:r>
        <w:rPr>
          <w:b/>
        </w:rPr>
        <w:t>Out</w:t>
      </w:r>
      <w:r>
        <w:t xml:space="preserve">, </w:t>
      </w:r>
      <w:r>
        <w:rPr>
          <w:b/>
        </w:rPr>
        <w:t>Outsports</w:t>
      </w:r>
      <w:r>
        <w:t xml:space="preserve">, </w:t>
      </w:r>
      <w:r>
        <w:rPr>
          <w:b/>
        </w:rPr>
        <w:t>Instagram post</w:t>
      </w:r>
      <w:r>
        <w:t>)</w:t>
      </w:r>
      <w:r/>
    </w:p>
    <w:p>
      <w:r/>
      <w:r>
        <w:t xml:space="preserve">For LGBTQ+ athletes, visible role models can help challenge the old idea that sport and queer identity don't belong together. The presence of out players across beach and indoor volleyball offers a more varied picture of who gets to compete and belong. And Ukkelberg's story leaves room for complexity: pride, uncertainty and the occasional urge to hit delete can all exist at once. (Sources: </w:t>
      </w:r>
      <w:r>
        <w:rPr>
          <w:b/>
        </w:rPr>
        <w:t>Outsports</w:t>
      </w:r>
      <w:r>
        <w:t xml:space="preserve">, </w:t>
      </w:r>
      <w:r>
        <w:rPr>
          <w:b/>
        </w:rPr>
        <w:t>Daily Pilot</w:t>
      </w:r>
      <w:r>
        <w:t xml:space="preserve">, </w:t>
      </w:r>
      <w:r>
        <w:rPr>
          <w:b/>
        </w:rPr>
        <w:t>AVP</w:t>
      </w:r>
      <w:r>
        <w:t>)</w:t>
      </w:r>
      <w:r/>
    </w:p>
    <w:p>
      <w:pPr>
        <w:pStyle w:val="Heading2"/>
      </w:pPr>
      <w:r>
        <w:t>A story still unfolding</w:t>
      </w:r>
      <w:r/>
    </w:p>
    <w:p>
      <w:r/>
      <w:r>
        <w:t xml:space="preserve">Ukkelberg has said he's still working out how to talk about his identity and his experience. That openness about not having every answer may be what makes the announcement resonate: it isn't polished into a neat, finished narrative. It's one athlete's account of finding a way to be fully himself in a world that once suggested he couldn't. (Sources: </w:t>
      </w:r>
      <w:r>
        <w:rPr>
          <w:b/>
        </w:rPr>
        <w:t>Out</w:t>
      </w:r>
      <w:r>
        <w:t xml:space="preserve">, </w:t>
      </w:r>
      <w:r>
        <w:rPr>
          <w:b/>
        </w:rPr>
        <w:t>Outsports</w:t>
      </w:r>
      <w:r>
        <w:t>)</w:t>
      </w:r>
      <w:r/>
    </w:p>
    <w:p>
      <w:r/>
      <w:r>
        <w:rPr>
          <w:b/>
        </w:rPr>
        <w:t>Visibility doesn't require having everything figured out; sometimes, simply telling your story is enough.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https://www.out.com/gay-athletes/beach-volleyball-pro-alex-ukkelberg-comes-out</w:t>
        </w:r>
      </w:hyperlink>
      <w:r>
        <w:t xml:space="preserve"> - Please view link - unable to able to access data</w:t>
      </w:r>
      <w:r/>
    </w:p>
    <w:p>
      <w:pPr>
        <w:pStyle w:val="ListNumber"/>
        <w:spacing w:line="240" w:lineRule="auto"/>
        <w:ind w:left="720"/>
      </w:pPr>
      <w:r/>
      <w:hyperlink r:id="rId9">
        <w:r>
          <w:rPr>
            <w:color w:val="0000EE"/>
            <w:u w:val="single"/>
          </w:rPr>
          <w:t>https://www.out.com/gay-athletes/beach-volleyball-pro-alex-ukkelberg-comes-out</w:t>
        </w:r>
      </w:hyperlink>
      <w:r>
        <w:t xml:space="preserve"> - The article reports that professional beach volleyball player Alex Ukkelberg has spoken publicly about being gay after being out to family, friends and people in the volleyball community for years. In a social media video, he describes growing up in a small Minnesota town and believing that being an athlete meant he could not be gay. He recalls playing basketball, football and baseball, as well as running track, while struggling to understand his sexuality. Ukkelberg says he genuinely thought he was straight until his second year of college and found it difficult to say “I’m gay” aloud. After years of poor mental health, he decided he did not need to give up either his sporting identity or his sexuality. He says being gay has helped him become more empathetic. The piece also discusses his hesitation about sharing this part of his story online, despite being out for more than a decade. Ukkelberg says visibility matters and that speaking publicly could have helped his younger self. The article notes his friendship with fellow out beach volleyball player Charlie Siragusa and the players’ GayVP group chat, and lists other out volleyball players. It also mentions Ukkelberg’s former coaching work at St. Cloud State.</w:t>
      </w:r>
      <w:r/>
    </w:p>
    <w:p>
      <w:pPr>
        <w:pStyle w:val="ListNumber"/>
        <w:spacing w:line="240" w:lineRule="auto"/>
        <w:ind w:left="720"/>
      </w:pPr>
      <w:r/>
      <w:hyperlink r:id="rId10">
        <w:r>
          <w:rPr>
            <w:color w:val="0000EE"/>
            <w:u w:val="single"/>
          </w:rPr>
          <w:t>https://www.outsports.com/2026/11/5/24146812/alex-ukkelberg-gay-coming-out-beach-volleyball/</w:t>
        </w:r>
      </w:hyperlink>
      <w:r>
        <w:t xml:space="preserve"> - Outsports profiles Alex Ukkelberg, a Los Angeles-based professional beach volleyball player who publicly discussed being gay in an Instagram reel. The article says he had already come out to family, friends and people in volleyball, but had not previously shared the story publicly. Ukkelberg reflects on the assumption he absorbed while growing up: that wanting to be an athlete meant he could not be gay. He describes playing several sports, struggling to accept his sexuality and considering whether to remain in the closet. He says saying “I’m gay” for the first time was difficult, and that after a period of poor mental health he chose not to abandon either part of his identity. He describes his sexuality as having made him a more empathetic person. The story reproduces his thoughts about the years he spent deciding whether and how to speak online, including his fear that he might delete the post. It also includes comments from his friend and fellow professional player Charlie Siragusa, who praises Ukkelberg’s ability to honour different parts of himself. The article gives background on Ukkelberg’s volleyball career, education and 2025 Laguna Beach Open victory with Logan Webber, and names other out players in the sport.</w:t>
      </w:r>
      <w:r/>
    </w:p>
    <w:p>
      <w:pPr>
        <w:pStyle w:val="ListNumber"/>
        <w:spacing w:line="240" w:lineRule="auto"/>
        <w:ind w:left="720"/>
      </w:pPr>
      <w:r/>
      <w:hyperlink r:id="rId14">
        <w:r>
          <w:rPr>
            <w:color w:val="0000EE"/>
            <w:u w:val="single"/>
          </w:rPr>
          <w:t>https://imginn.com/p/DfTbH9UyfAz/</w:t>
        </w:r>
      </w:hyperlink>
      <w:r>
        <w:t xml:space="preserve"> - This page reproduces an Instagram post attributed to Alex Ukkelberg’s account, @alex.ukkelberg, and provides the text of his coming-out caption. Ukkelberg writes about growing up in a town of fewer than 800 people, where being different could feel like something to hide. He says that, although he recognised he was different when young, he did not understand what that meant. He describes genuinely believing he was straight until his sophomore year of college. The caption also addresses the pressure of stereotypes: Ukkelberg says he has been judged as both “too gay” and “not gay enough”, and rejects the idea that people should be put into boxes. He connects his story to his childhood in rural Minnesota and says that he never wanted to be a spokesperson, while also believing that it is important to talk about his experience. The page records the post date as 4 November 2026 and displays the accompanying hashtags and public engagement figures at the time it was captured. It is a third-party display of social media content rather than an official Instagram page, so the account attribution and reproduced caption are the relevant evidence. The post complements the reporting about Ukkelberg’s decision to share his sexuality publicly and his reasons for doing so.</w:t>
      </w:r>
      <w:r/>
    </w:p>
    <w:p>
      <w:pPr>
        <w:pStyle w:val="ListNumber"/>
        <w:spacing w:line="240" w:lineRule="auto"/>
        <w:ind w:left="720"/>
      </w:pPr>
      <w:r/>
      <w:hyperlink r:id="rId11">
        <w:r>
          <w:rPr>
            <w:color w:val="0000EE"/>
            <w:u w:val="single"/>
          </w:rPr>
          <w:t>https://scsuhuskies.com/sports/womens-volleyball/roster/coaches/alex-ukkelberg/1015</w:t>
        </w:r>
      </w:hyperlink>
      <w:r>
        <w:t xml:space="preserve"> - St. Cloud State University Athletics’ staff biography identifies Alex Ukkelberg as an assistant volleyball coach and documents his work with the Huskies. The biography says he joined the programme as a volunteer assistant in 2018 and served in a similar capacity in 2019. It notes that the team recorded a 25–7 overall record and a 15–5 conference record during the 2019 season, described as its best overall and Northern Sun Intercollegiate Conference records in 20 years. The page also credits the team with reaching the conference tournament for the first time and earning its first AVCA top-25 ranking since 1997. It further states that St. Cloud State achieved a top-10 AVCA ranking for the first time since 1996 and returned to the NCAA Tournament for the first time since 2004. This institutional biography supports the article’s description of Ukkelberg’s former coaching connection to the St. Cloud State Huskies. It is not a source for the personal details of his coming-out story; rather, it independently verifies his role and provides context about his coaching tenure and the team’s achievements. The page is hosted by the university’s official athletics site, making it a direct institutional reference for the coaching information.</w:t>
      </w:r>
      <w:r/>
    </w:p>
    <w:p>
      <w:pPr>
        <w:pStyle w:val="ListNumber"/>
        <w:spacing w:line="240" w:lineRule="auto"/>
        <w:ind w:left="720"/>
      </w:pPr>
      <w:r/>
      <w:hyperlink r:id="rId12">
        <w:r>
          <w:rPr>
            <w:color w:val="0000EE"/>
            <w:u w:val="single"/>
          </w:rPr>
          <w:t>https://www.latimes.com/socal/daily-pilot/sports/story/2025-09-18/laguna-open-celebrates-70-years-of-playing-volleyball-in-the-sand</w:t>
        </w:r>
      </w:hyperlink>
      <w:r>
        <w:t xml:space="preserve"> - The Los Angeles Times’ Daily Pilot reports on the 70th Laguna Open beach volleyball tournament and identifies Alex Ukkelberg and Logan Webber as the men’s champions. It says the pair defeated Dylan Maarek and Lev Priima 21–15, 21–12 in the men’s final at Main Beach. The story provides tournament context, including the event’s 70-year history, its location in Laguna Beach and its prize pool. It also describes the competition format and reports that the tournament awarded prize money to qualifying teams, with different amounts for winners, finalists and semi-finalists. A photograph caption describes Webber embracing Ukkelberg after their victory, further connecting the pair to the title. This article supports the background information in the coming-out coverage about Ukkelberg’s professional beach volleyball career and his win with Webber at the Laguna Open. Its focus is the sporting event rather than Ukkelberg’s sexuality or public announcement, so it should be used specifically for the tournament result and career context. As local newspaper reporting, it offers an independent account of the final and names the opponents and score, providing a useful check on the achievement mentioned in profiles of the player.</w:t>
      </w:r>
      <w:r/>
    </w:p>
    <w:p>
      <w:pPr>
        <w:pStyle w:val="ListNumber"/>
        <w:spacing w:line="240" w:lineRule="auto"/>
        <w:ind w:left="720"/>
      </w:pPr>
      <w:r/>
      <w:hyperlink r:id="rId13">
        <w:r>
          <w:rPr>
            <w:color w:val="0000EE"/>
            <w:u w:val="single"/>
          </w:rPr>
          <w:t>https://avp.com/event/laguna-beach-open-2025/</w:t>
        </w:r>
      </w:hyperlink>
      <w:r>
        <w:t xml:space="preserve"> - The AVP’s official event page gives details for the 2025 Laguna Open, held at Main Beach in Laguna Beach, California. It identifies the tournament as the 70th annual Laguna Open and describes it as an AVP Contender Event. The page lists the event dates as 12–14 September and gives the scheduled times for the quarter-finals, semi-finals and finals on the Sunday, including the men’s final. It also explains that the event was free to attend and invited spectators to watch top AVP players compete. This official tournament information supports the setting and professional beach-volleyball context behind Ukkelberg’s reported Laguna Open victory. The page is principally an event listing; it does not, in the captured information, independently identify Ukkelberg as the winner or provide the match score. For those details, the accompanying Los Angeles Times report is the stronger source. The AVP page is nevertheless useful for confirming the event’s official name, venue, dates, status and schedule. Because it is published by the organisation associated with the tour, it provides primary-source information about the tournament itself, distinct from the personal profile and coming-out reporting.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gay-athletes/beach-volleyball-pro-alex-ukkelberg-comes-out" TargetMode="External"/><Relationship Id="rId10" Type="http://schemas.openxmlformats.org/officeDocument/2006/relationships/hyperlink" Target="https://www.outsports.com/2026/11/5/24146812/alex-ukkelberg-gay-coming-out-beach-volleyball/" TargetMode="External"/><Relationship Id="rId11" Type="http://schemas.openxmlformats.org/officeDocument/2006/relationships/hyperlink" Target="https://scsuhuskies.com/sports/womens-volleyball/roster/coaches/alex-ukkelberg/1015" TargetMode="External"/><Relationship Id="rId12" Type="http://schemas.openxmlformats.org/officeDocument/2006/relationships/hyperlink" Target="https://www.latimes.com/socal/daily-pilot/sports/story/2025-09-18/laguna-open-celebrates-70-years-of-playing-volleyball-in-the-sand" TargetMode="External"/><Relationship Id="rId13" Type="http://schemas.openxmlformats.org/officeDocument/2006/relationships/hyperlink" Target="https://avp.com/event/laguna-beach-open-2025/" TargetMode="External"/><Relationship Id="rId14" Type="http://schemas.openxmlformats.org/officeDocument/2006/relationships/hyperlink" Target="https://imginn.com/p/DfTbH9UyfA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