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Alex Ukkelberg Comes Out as Gay in Beach Volleyball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Beach volleyball player Alex Ukkelberg has shared his coming-out story in a public Instagram video, describing years of struggling to reconcile his sexuality with his identity as an athlete. The Los Angeles-based professional says he’s grateful to be gay, and that speaking openly now feels right. His message adds a personal voice to growing LGBTQ+ visibility in volleyball.</w:t>
      </w:r>
      <w:r/>
    </w:p>
    <w:p>
      <w:pPr>
        <w:pStyle w:val="Heading2"/>
      </w:pPr>
      <w:r>
        <w:t>Alex Ukkelberg says he’s thankful to be gay</w:t>
      </w:r>
      <w:r/>
    </w:p>
    <w:p>
      <w:r/>
      <w:r>
        <w:t>Ukkelberg’s video is both a coming-out announcement and a look back at how difficult self-acceptance was. He describes once believing that being an athlete and being gay couldn’t fit together, then recalls the challenge of saying “I’m gay” aloud for the first time. (Outsports)</w:t>
      </w:r>
      <w:r/>
    </w:p>
    <w:p>
      <w:r/>
      <w:r>
        <w:t>He says several years of poor mental health led him to accept that neither part of his identity could be set aside. Looking back, Ukkelberg says being gay has made him a more empathetic person, a striking note of gratitude after a painful stretch. (Outsports)</w:t>
      </w:r>
      <w:r/>
    </w:p>
    <w:p>
      <w:pPr>
        <w:pStyle w:val="Heading2"/>
      </w:pPr>
      <w:r>
        <w:t>Why he chose to share his story now</w:t>
      </w:r>
      <w:r/>
    </w:p>
    <w:p>
      <w:r/>
      <w:r>
        <w:t>Ukkelberg says he’d been out to family and friends, as well as people in his volleyball circle, for more than a decade. But he’d kept his sexuality off social media, even as he shared more of his life online. (The PinkNews; Outsports)</w:t>
      </w:r>
      <w:r/>
    </w:p>
    <w:p>
      <w:r/>
      <w:r>
        <w:t>He told Outsports that visibility mattered, and that speaking publicly began to feel like the right thing to do. He also admitted some of him still wanted to delete the video after posting it. That hesitation feels familiar: sharing something personal can be a relief and a leap of faith at once. (Outsports)</w:t>
      </w:r>
      <w:r/>
    </w:p>
    <w:p>
      <w:pPr>
        <w:pStyle w:val="Heading2"/>
      </w:pPr>
      <w:r>
        <w:t>A career built on the sand</w:t>
      </w:r>
      <w:r/>
    </w:p>
    <w:p>
      <w:r/>
      <w:r>
        <w:t>Ukkelberg is a Los Angeles-based professional beach volleyball player, and his career includes a standout win at the 2025 AVP Laguna Beach Open with partner Logan Webber. The event also marked 70 years of volleyball in the sand at Laguna Beach, a reminder of the sport’s deep local roots. (The Los Angeles Times)</w:t>
      </w:r>
      <w:r/>
    </w:p>
    <w:p>
      <w:r/>
      <w:r>
        <w:t>His story highlights how athletes’ public identities can extend beyond match results. Social media has become part of how many players connect with fans, which can make visibility meaningful, but also make personal decisions feel unusually exposed. (Outsports; The Los Angeles Times)</w:t>
      </w:r>
      <w:r/>
    </w:p>
    <w:p>
      <w:pPr>
        <w:pStyle w:val="Heading2"/>
      </w:pPr>
      <w:r>
        <w:t>More LGBTQ+ visibility in volleyball</w:t>
      </w:r>
      <w:r/>
    </w:p>
    <w:p>
      <w:r/>
      <w:r>
        <w:t>Ukkelberg’s friend and fellow out beach volleyball pro Charlie Siragusa welcomed his decision to share his story, describing him as someone who honours different parts of his identity. Siragusa is also listed by USA Volleyball as an athlete, reflecting the presence of openly LGBTQ+ players within the sport. (Outsports; USA Volleyball)</w:t>
      </w:r>
      <w:r/>
    </w:p>
    <w:p>
      <w:r/>
      <w:r>
        <w:t>The moment follows other recent examples of queer visibility in volleyball. In June 2025, US men’s team captain Erik Shoji came out as queer in a video that drew wide attention. Each story is its own, but together they make it easier to see LGBTQ+ athletes as part of the sport, not an exception to it. (Outsports)</w:t>
      </w:r>
      <w:r/>
    </w:p>
    <w:p>
      <w:pPr>
        <w:pStyle w:val="Heading2"/>
      </w:pPr>
      <w:r>
        <w:t>What Ukkelberg’s announcement means</w:t>
      </w:r>
      <w:r/>
    </w:p>
    <w:p>
      <w:r/>
      <w:r>
        <w:t>Coming out is a personal choice, not an obligation, and Ukkelberg’s account makes clear that timing can matter. He’d been out privately for years before deciding to speak publicly; the change was not in who he was, but in what he felt ready to share. (Outsports)</w:t>
      </w:r>
      <w:r/>
    </w:p>
    <w:p>
      <w:r/>
      <w:r>
        <w:t>For fans, his message offers a glimpse of the person behind the athlete. For other players, visibility can help make room for more honest conversations about identity and mental health in sport. It’s a reminder that belonging shouldn’t require choosing just one part of yourself. (Outsports; USA Volleyball)</w:t>
      </w:r>
      <w:r/>
    </w:p>
    <w:p>
      <w:r/>
      <w:r>
        <w:t>Ukkelberg’s story is a personal milestone, and another welcome sign of greater visibility in volleyball.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0">
        <w:r>
          <w:rPr>
            <w:color w:val="0000EE"/>
            <w:u w:val="single"/>
          </w:rPr>
          <w:t>[3]</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10">
        <w:r>
          <w:rPr>
            <w:color w:val="0000EE"/>
            <w:u w:val="single"/>
          </w:rPr>
          <w:t>[3]</w:t>
        </w:r>
      </w:hyperlink>
      <w:r>
        <w:t xml:space="preserve">, </w:t>
      </w:r>
      <w:hyperlink r:id="rId13">
        <w:r>
          <w:rPr>
            <w:color w:val="0000EE"/>
            <w:u w:val="single"/>
          </w:rPr>
          <w:t>[7]</w:t>
        </w:r>
      </w:hyperlink>
      <w:r>
        <w:t xml:space="preserve">- Paragraph 9: </w:t>
      </w:r>
      <w:hyperlink r:id="rId10">
        <w:r>
          <w:rPr>
            <w:color w:val="0000EE"/>
            <w:u w:val="single"/>
          </w:rPr>
          <w:t>[3]</w:t>
        </w:r>
      </w:hyperlink>
      <w:r>
        <w:t xml:space="preserve">- Paragraph 10: </w:t>
      </w:r>
      <w:hyperlink r:id="rId10">
        <w:r>
          <w:rPr>
            <w:color w:val="0000EE"/>
            <w:u w:val="single"/>
          </w:rPr>
          <w:t>[3]</w:t>
        </w:r>
      </w:hyperlink>
      <w:r>
        <w:t xml:space="preserve">, </w:t>
      </w:r>
      <w:hyperlink r:id="rId12">
        <w:r>
          <w:rPr>
            <w:color w:val="0000EE"/>
            <w:u w:val="single"/>
          </w:rPr>
          <w:t>[5]</w:t>
        </w:r>
      </w:hyperlink>
      <w:r>
        <w:t xml:space="preserve">- Paragraph 11: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https://www.thepinknews.com/2026/11/06/alex-ukkelberg-coming-out-2026/</w:t>
        </w:r>
      </w:hyperlink>
      <w:r>
        <w:t xml:space="preserve"> - Please view link - unable to able to access data</w:t>
      </w:r>
      <w:r/>
    </w:p>
    <w:p>
      <w:pPr>
        <w:pStyle w:val="ListNumber"/>
        <w:spacing w:line="240" w:lineRule="auto"/>
        <w:ind w:left="720"/>
      </w:pPr>
      <w:r/>
      <w:hyperlink r:id="rId9">
        <w:r>
          <w:rPr>
            <w:color w:val="0000EE"/>
            <w:u w:val="single"/>
          </w:rPr>
          <w:t>https://www.thepinknews.com/2026/11/06/alex-ukkelberg-coming-out-2026/</w:t>
        </w:r>
      </w:hyperlink>
      <w:r>
        <w:t xml:space="preserve"> - PinkNews reports that professional beach volleyball player Alex Ukkelberg has publicly come out as gay in an Instagram reel. The Los Angeles-based athlete says he had been out to family and people in volleyball for years, but had not shared that part of his life on social media. He explains that he once assumed being an athlete meant he could not be gay, and that accepting both identities took time and coincided with years of poor mental health. In the video, he describes the difficulty of saying “I’m gay” aloud for the first time, but says he is thankful for his sexuality and believes it has made him more empathetic. Ukkelberg says he debated whether to post and admits that part of him still wants to delete the video. He told Outsports that visibility matters and that speaking publicly felt right as he became more open online. The article also describes the support of fellow out beach volleyball player Charlie Siragusa and their group chat, GayVP. It provides biographical context about Ukkelberg’s Minnesota roots, studies at Grand View University and career. It notes his 2025 Laguna Beach Open victory with Logan Webber and mentions U.S. volleyball player Erik Shoji’s 2025 coming-out announcement as another example of visibility in the sport.</w:t>
      </w:r>
      <w:r/>
    </w:p>
    <w:p>
      <w:pPr>
        <w:pStyle w:val="ListNumber"/>
        <w:spacing w:line="240" w:lineRule="auto"/>
        <w:ind w:left="720"/>
      </w:pPr>
      <w:r/>
      <w:hyperlink r:id="rId10">
        <w:r>
          <w:rPr>
            <w:color w:val="0000EE"/>
            <w:u w:val="single"/>
          </w:rPr>
          <w:t>https://www.outsports.com/2026/11/5/24146812/alex-ukkelberg-gay-coming-out-beach-volleyball/</w:t>
        </w:r>
      </w:hyperlink>
      <w:r>
        <w:t xml:space="preserve"> - Outsports profiles Alex Ukkelberg’s decision to come out publicly as gay through an Instagram reel. It reports that the Los Angeles-based professional beach volleyball player had been out to family and friends, as well as within his volleyball circle, for years, but had not previously discussed his sexuality publicly. Ukkelberg says he chose to post as he became more active on social media and felt that visibility was important. The article recounts his explanation that he once thought being an athlete and being gay were incompatible, a belief shaped by messages he received while growing up. He describes the long process of accepting his sexuality, the difficulty of first saying the words “I’m gay”, and years of poor mental health. He says he decided he would not give up either his athletic or gay identity and is grateful for the empathy he believes his sexuality has helped him develop. Ukkelberg also acknowledges uncertainty about speaking publicly and says he has considered deleting the post. His friend and fellow out beach volleyball professional Charlie Siragusa praises his ability to honour different parts of his identity. The story gives Ukkelberg’s educational background and notes that he won the 2025 AVP Laguna Beach Open with Logan Webber, placing his announcement within a wider community of openly LGBTQ+ volleyball players.</w:t>
      </w:r>
      <w:r/>
    </w:p>
    <w:p>
      <w:pPr>
        <w:pStyle w:val="ListNumber"/>
        <w:spacing w:line="240" w:lineRule="auto"/>
        <w:ind w:left="720"/>
      </w:pPr>
      <w:r/>
      <w:hyperlink r:id="rId11">
        <w:r>
          <w:rPr>
            <w:color w:val="0000EE"/>
            <w:u w:val="single"/>
          </w:rPr>
          <w:t>https://www.latimes.com/socal/daily-pilot/sports/story/2025-09-18/laguna-open-celebrates-70-years-of-playing-volleyball-in-the-sand</w:t>
        </w:r>
      </w:hyperlink>
      <w:r>
        <w:t xml:space="preserve"> - The Los Angeles Times’ Daily Pilot reports on the 70th annual Laguna Open beach volleyball tournament, held at Main Beach in Laguna Beach. The article describes the event’s longstanding local history, the large crowds and the tournament’s status as an AVP Contender competition. Organisers had hoped for around 80 teams, but interest exceeded that figure; the event ultimately accommodated 104 teams across seven courts. The report explains how tournament directors Patrick Canavan and Marty Suan have worked to maintain the event while attracting leading players and sponsors. Its coverage directly supports the account of Alex Ukkelberg and Logan Webber’s success: the pair defeated Dylan Maarek and Lev Priima in the men’s final, winning 21–15 and 21–12. The story also records the prize-money structure and attendance, which peaked at about 1,700 spectators during the semi-finals and finals, while thousands more watched at least one match. It covers the women’s final and mentions local players and the tournament’s place in the Laguna Beach community. Alongside its broader account of the event, the article provides independent reporting and a photograph caption identifying Webber and Ukkelberg after their victory, corroborating the claim that they won the 2025 Laguna Open.</w:t>
      </w:r>
      <w:r/>
    </w:p>
    <w:p>
      <w:pPr>
        <w:pStyle w:val="ListNumber"/>
        <w:spacing w:line="240" w:lineRule="auto"/>
        <w:ind w:left="720"/>
      </w:pPr>
      <w:r/>
      <w:hyperlink r:id="rId12">
        <w:r>
          <w:rPr>
            <w:color w:val="0000EE"/>
            <w:u w:val="single"/>
          </w:rPr>
          <w:t>https://usavolleyball.org/athlete/charlie-siragusa/</w:t>
        </w:r>
      </w:hyperlink>
      <w:r>
        <w:t xml:space="preserve"> - USA Volleyball’s official athlete profile documents Charlie Siragusa’s beach volleyball background and national-team experience. It lists him with the A2 Beach National Team and gives his college as UC San Diego, hometown as Rochester, New York, and high school as McQuaid Jesuit. The profile’s career highlights include selection to the USA Beach Collegiate National Team in 2020, 2021 and 2022, as well as earlier appearances on the U17 Beach National Team. It records his finishes at several tournaments, including a fourth-place result at the 2023 NORCECA event in San Salvador and a fifth-place finish at the 2024 Beach Pro Tour Futures event in Pompano Beach. The page also notes his participation in the 2026 Beach Pro Tour Futures event in Tahiti alongside Alex Ukkelberg, providing evidence of their professional sporting connection. The profile does not cover Siragusa’s sexuality or the GayVP group mentioned in the article, so it supports only the relevant biographical and volleyball-career details. As an official governing-body record, it is useful for verifying his athlete status, collegiate and national-team involvement, and documented partnership with Ukkelberg in international beach volleyball competition.</w:t>
      </w:r>
      <w:r/>
    </w:p>
    <w:p>
      <w:pPr>
        <w:pStyle w:val="ListNumber"/>
        <w:spacing w:line="240" w:lineRule="auto"/>
        <w:ind w:left="720"/>
      </w:pPr>
      <w:r/>
      <w:hyperlink r:id="rId14">
        <w:r>
          <w:rPr>
            <w:color w:val="0000EE"/>
            <w:u w:val="single"/>
          </w:rPr>
          <w:t>https://en.volleyballworld.com/beachvolleyball/competitions/beach-pro-tour/2026/challenge/bhubaneswar-ind/players/159203</w:t>
        </w:r>
      </w:hyperlink>
      <w:r>
        <w:t xml:space="preserve"> - Volleyball World’s player page identifies Alex Ukkelberg as a United States beach volleyball competitor and records his participation in the 2026 Beach Pro Tour Challenge event in Bhubaneswar, India. The page lists his team as Ukkelberg/Owen and gives his birth date and nationality. It also displays match-level competition statistics from the event, including points, attacks, blocks, serves and reception figures. The listed results show Ukkelberg/Owen facing teams from Canada, the Czech Republic, India and Lithuania during the competition dates in March 2026. This material independently verifies Ukkelberg’s status as an active international beach volleyball player after the period discussed in the coming-out article. The page does not report his personal life, his coming-out video or the 2025 Laguna Beach Open, so it is not evidence for those claims. Its value is narrower: it supplies an official competition record and confirms his national representation and team entry in a Beach Pro Tour event. The statistics also illustrate the performance categories tracked in the sport, including attacking and defensive actions. Together, the player biography and event data provide authoritative context for the article’s description of Ukkelberg as a professional beach volleyball athlete.</w:t>
      </w:r>
      <w:r/>
    </w:p>
    <w:p>
      <w:pPr>
        <w:pStyle w:val="ListNumber"/>
        <w:spacing w:line="240" w:lineRule="auto"/>
        <w:ind w:left="720"/>
      </w:pPr>
      <w:r/>
      <w:hyperlink r:id="rId13">
        <w:r>
          <w:rPr>
            <w:color w:val="0000EE"/>
            <w:u w:val="single"/>
          </w:rPr>
          <w:t>https://www.outsports.com/2025/6/14/24113592/erik-shoji-usa-mens-volleyball-team-captain-queer-coming-out-stanford-lgbtq-pride/</w:t>
        </w:r>
      </w:hyperlink>
      <w:r>
        <w:t xml:space="preserve"> - Outsports reports on U.S. men’s national volleyball team captain Erik Shoji’s public announcement that he is queer. Shoji shared a video on social media in June 2025, describing the experience as both frightening and freeing. The article recounts his remarks about the time it took to accept himself, his growing confidence and his wish to move forward without concealing part of his identity. It notes that Shoji had played for the U.S. senior national team since 2013 and had helped the team win Olympic bronze medals at Rio 2016 and Paris 2024, as well as a World Championship medal. The report describes supportive responses from USA Volleyball, fellow players and sponsors, and places his announcement in the context of LGBTQ+ visibility in volleyball. It also provides career background, including his time at Stanford and professional play in several European leagues. The story supports the related claim that Shoji came out publicly in 2025 and that the announcement received widespread encouragement from the volleyball community. It offers a comparison to Ukkelberg’s later disclosure while making clear that the athletes’ experiences and statements are their own. The page could not be fetched directly during link testing, although it appeared in search results.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1/06/alex-ukkelberg-coming-out-2026/" TargetMode="External"/><Relationship Id="rId10" Type="http://schemas.openxmlformats.org/officeDocument/2006/relationships/hyperlink" Target="https://www.outsports.com/2026/11/5/24146812/alex-ukkelberg-gay-coming-out-beach-volleyball/" TargetMode="External"/><Relationship Id="rId11" Type="http://schemas.openxmlformats.org/officeDocument/2006/relationships/hyperlink" Target="https://www.latimes.com/socal/daily-pilot/sports/story/2025-09-18/laguna-open-celebrates-70-years-of-playing-volleyball-in-the-sand" TargetMode="External"/><Relationship Id="rId12" Type="http://schemas.openxmlformats.org/officeDocument/2006/relationships/hyperlink" Target="https://usavolleyball.org/athlete/charlie-siragusa/" TargetMode="External"/><Relationship Id="rId13" Type="http://schemas.openxmlformats.org/officeDocument/2006/relationships/hyperlink" Target="https://www.outsports.com/2025/6/14/24113592/erik-shoji-usa-mens-volleyball-team-captain-queer-coming-out-stanford-lgbtq-pride/" TargetMode="External"/><Relationship Id="rId14" Type="http://schemas.openxmlformats.org/officeDocument/2006/relationships/hyperlink" Target="https://en.volleyballworld.com/beachvolleyball/competitions/beach-pro-tour/2026/challenge/bhubaneswar-ind/players/15920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