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Six Queer Horror Picks for Post-Halloween Blues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 pumpkins may be packed away, but there’s no need to leave spooky season behind. From a werewolf coming-of-age story to a cursed whistle and a murderous doll, these queer horror films and series offer a lively mix of scares, camp and romance for anyone still craving an autumn-night watch.</w:t>
      </w:r>
      <w:r/>
    </w:p>
    <w:p>
      <w:pPr>
        <w:pStyle w:val="Heading2"/>
      </w:pPr>
      <w:r>
        <w:t>Essential Takeaways</w:t>
      </w:r>
      <w:r/>
      <w:r/>
    </w:p>
    <w:p>
      <w:pPr>
        <w:pStyle w:val="ListBullet"/>
        <w:spacing w:line="240" w:lineRule="auto"/>
        <w:ind w:left="720"/>
      </w:pPr>
      <w:r/>
      <w:r>
        <w:rPr>
          <w:b/>
        </w:rPr>
        <w:t>Start with sisterly tension:</w:t>
      </w:r>
      <w:r>
        <w:t xml:space="preserve"> </w:t>
      </w:r>
      <w:r>
        <w:rPr>
          <w:i/>
        </w:rPr>
        <w:t>Ginger Snaps</w:t>
      </w:r>
      <w:r>
        <w:t xml:space="preserve"> turns a werewolf bite into a sharp story about adolescence and a close sibling bond.</w:t>
      </w:r>
      <w:r/>
    </w:p>
    <w:p>
      <w:pPr>
        <w:pStyle w:val="ListBullet"/>
        <w:spacing w:line="240" w:lineRule="auto"/>
        <w:ind w:left="720"/>
      </w:pPr>
      <w:r/>
      <w:r>
        <w:rPr>
          <w:b/>
        </w:rPr>
        <w:t>Want comedy instead?</w:t>
      </w:r>
      <w:r>
        <w:t xml:space="preserve"> </w:t>
      </w:r>
      <w:r>
        <w:rPr>
          <w:i/>
        </w:rPr>
        <w:t>Los Espookys</w:t>
      </w:r>
      <w:r>
        <w:t xml:space="preserve"> follows friends who turn their love of horror illusions into a business.</w:t>
      </w:r>
      <w:r/>
    </w:p>
    <w:p>
      <w:pPr>
        <w:pStyle w:val="ListBullet"/>
        <w:spacing w:line="240" w:lineRule="auto"/>
        <w:ind w:left="720"/>
      </w:pPr>
      <w:r/>
      <w:r>
        <w:rPr>
          <w:b/>
        </w:rPr>
        <w:t>For a proper slasher binge:</w:t>
      </w:r>
      <w:r>
        <w:t xml:space="preserve"> </w:t>
      </w:r>
      <w:r>
        <w:rPr>
          <w:i/>
        </w:rPr>
        <w:t>Fear Street</w:t>
      </w:r>
      <w:r>
        <w:t xml:space="preserve"> is a three-film trilogy that shifts between eras and horror styles.</w:t>
      </w:r>
      <w:r/>
    </w:p>
    <w:p>
      <w:pPr>
        <w:pStyle w:val="ListBullet"/>
        <w:spacing w:line="240" w:lineRule="auto"/>
        <w:ind w:left="720"/>
      </w:pPr>
      <w:r/>
      <w:r>
        <w:rPr>
          <w:b/>
        </w:rPr>
        <w:t>Choose your level of camp:</w:t>
      </w:r>
      <w:r>
        <w:t xml:space="preserve"> </w:t>
      </w:r>
      <w:r>
        <w:rPr>
          <w:i/>
        </w:rPr>
        <w:t>Chucky</w:t>
      </w:r>
      <w:r>
        <w:t xml:space="preserve"> brings a murderous doll, grisly kills and queer teen romance to television.</w:t>
      </w:r>
      <w:r/>
    </w:p>
    <w:p>
      <w:pPr>
        <w:pStyle w:val="ListBullet"/>
        <w:spacing w:line="240" w:lineRule="auto"/>
        <w:ind w:left="720"/>
      </w:pPr>
      <w:r/>
      <w:r>
        <w:rPr>
          <w:b/>
        </w:rPr>
        <w:t>Try something newer:</w:t>
      </w:r>
      <w:r>
        <w:t xml:space="preserve"> </w:t>
      </w:r>
      <w:r>
        <w:rPr>
          <w:i/>
        </w:rPr>
        <w:t>Whistle</w:t>
      </w:r>
      <w:r>
        <w:t xml:space="preserve"> centres on teens, a cursed Aztec artefact and a growing romance between two girls.</w:t>
      </w:r>
      <w:r/>
      <w:r/>
    </w:p>
    <w:p>
      <w:pPr>
        <w:pStyle w:val="Heading2"/>
      </w:pPr>
      <w:r>
        <w:t>The Halloween mood can linger after the decorations go</w:t>
      </w:r>
      <w:r/>
    </w:p>
    <w:p>
      <w:r/>
      <w:r>
        <w:t xml:space="preserve">There’s a particular pleasure in keeping the lights low and the horror on, even after the last pumpkin has been cleared away. For a post-Halloween watch, </w:t>
      </w:r>
      <w:r>
        <w:rPr>
          <w:i/>
        </w:rPr>
        <w:t>Ginger Snaps</w:t>
      </w:r>
      <w:r>
        <w:t xml:space="preserve"> is a strong starting point: the film follows sisters Brigitte and Ginger after a wolf bite upends their already intense relationship.</w:t>
      </w:r>
      <w:r/>
    </w:p>
    <w:p>
      <w:r/>
      <w:r>
        <w:t>The American Film Institute’s listing describes the film as a Canadian horror story about two sisters whose lives change after one is attacked by a werewolf. Its blend of coming-of-age unease and creature-feature thrills gives the story more bite than a straightforward monster chase. If you like horror with a messy, emotionally charged family dynamic, this one still has claws.</w:t>
      </w:r>
      <w:r/>
    </w:p>
    <w:p>
      <w:pPr>
        <w:pStyle w:val="Heading2"/>
      </w:pPr>
      <w:r>
        <w:t xml:space="preserve">When horror gets weird, </w:t>
      </w:r>
      <w:r>
        <w:rPr>
          <w:i/>
        </w:rPr>
        <w:t>Los Espookys</w:t>
      </w:r>
      <w:r>
        <w:t xml:space="preserve"> delivers</w:t>
      </w:r>
      <w:r/>
    </w:p>
    <w:p>
      <w:r/>
      <w:r>
        <w:t xml:space="preserve">Not every spooky-night pick needs to leave you gripping the sofa. HBO’s </w:t>
      </w:r>
      <w:r>
        <w:rPr>
          <w:i/>
        </w:rPr>
        <w:t>Los Espookys</w:t>
      </w:r>
      <w:r>
        <w:t xml:space="preserve"> follows a group of friends who turn their enthusiasm for horror into a business, creating convincing scares for clients who want something outlandish.</w:t>
      </w:r>
      <w:r/>
    </w:p>
    <w:p>
      <w:r/>
      <w:r>
        <w:t>The comedy series debuted on HBO in June 2019, according to Warner Bros. Discovery. Its playful premise makes it a welcome change of pace: think eerie setups and oddball humour rather than a parade of jump scares. It’s a good choice when you want the seasonal atmosphere without quite so much blood.</w:t>
      </w:r>
      <w:r/>
    </w:p>
    <w:p>
      <w:pPr>
        <w:pStyle w:val="Heading2"/>
      </w:pPr>
      <w:r>
        <w:rPr>
          <w:i/>
        </w:rPr>
        <w:t>Fear Street</w:t>
      </w:r>
      <w:r>
        <w:t xml:space="preserve"> makes a satisfying slasher marathon</w:t>
      </w:r>
      <w:r/>
    </w:p>
    <w:p>
      <w:r/>
      <w:r>
        <w:t xml:space="preserve">For viewers who want their horror served in instalments, Netflix’s </w:t>
      </w:r>
      <w:r>
        <w:rPr>
          <w:i/>
        </w:rPr>
        <w:t>Fear Street</w:t>
      </w:r>
      <w:r>
        <w:t xml:space="preserve"> trilogy moves through different periods and styles while linking its story to the town of Shadyside and a long-running curse. The three films were released across three consecutive weeks in 2021, making the set-up feel like a built-in movie night plan.</w:t>
      </w:r>
      <w:r/>
    </w:p>
    <w:p>
      <w:r/>
      <w:r>
        <w:t>Netflix describes the project as an ambitious adaptation of R. L. Stine’s book series. The changing eras keep the trilogy brisk, while its central relationship between Deena and Sam gives its queer characters a place in the story’s emotional and supernatural stakes. Settle in for a proper binge, but don’t assume every scare will be gentle.</w:t>
      </w:r>
      <w:r/>
    </w:p>
    <w:p>
      <w:pPr>
        <w:pStyle w:val="Heading2"/>
      </w:pPr>
      <w:r>
        <w:t>Chucky brings queer romance to killer-doll chaos</w:t>
      </w:r>
      <w:r/>
    </w:p>
    <w:p>
      <w:r/>
      <w:r>
        <w:t xml:space="preserve">A killer doll is a wonderfully ridiculous horror fixture, and the </w:t>
      </w:r>
      <w:r>
        <w:rPr>
          <w:i/>
        </w:rPr>
        <w:t>Chucky</w:t>
      </w:r>
      <w:r>
        <w:t xml:space="preserve"> television series leans into that mix of menace and mischief. It centres on teenagers Jake and Devon as they face a new killing spree, with their relationship adding a tender counterpoint to the carnage.</w:t>
      </w:r>
      <w:r/>
    </w:p>
    <w:p>
      <w:r/>
      <w:r>
        <w:t>That balance is part of the appeal: the show can be knowingly camp, but it still delivers grisly shocks. If you’re deciding what to watch with friends, it’s a handy pick for a group that enjoys a laugh alongside the screams. Just be prepared for a doll who refuses to stay down.</w:t>
      </w:r>
      <w:r/>
    </w:p>
    <w:p>
      <w:pPr>
        <w:pStyle w:val="Heading2"/>
      </w:pPr>
      <w:r>
        <w:t>Witches, romance and a cursed whistle round out the list</w:t>
      </w:r>
      <w:r/>
    </w:p>
    <w:p>
      <w:r/>
      <w:r>
        <w:t xml:space="preserve">In </w:t>
      </w:r>
      <w:r>
        <w:rPr>
          <w:i/>
        </w:rPr>
        <w:t>Agatha All Along</w:t>
      </w:r>
      <w:r>
        <w:t>, Kathryn Hahn’s Agatha gathers a coven and ventures along the Witches’ Road in search of power. The story’s mix of fantasy, witchcraft and romantic tension gives it a different flavour from a traditional slasher. TheWrap reported on the evolving relationship between Agatha and Rio, played by Aubrey Plaza, adding context for viewers drawn to the show’s sapphic storyline.</w:t>
      </w:r>
      <w:r/>
    </w:p>
    <w:p>
      <w:r/>
      <w:r>
        <w:t xml:space="preserve">For a sharper burst of supernatural danger, </w:t>
      </w:r>
      <w:r>
        <w:rPr>
          <w:i/>
        </w:rPr>
        <w:t>Whistle</w:t>
      </w:r>
      <w:r>
        <w:t xml:space="preserve"> follows teenagers who discover an Aztec death whistle. Its official synopsis sets up a grim premise: the object brings forward the deaths its victims would otherwise have faced later in life. That’s an unsettling hook, balanced by a romance between Chrys and Ellie as they try to survive.</w:t>
      </w:r>
      <w:r/>
    </w:p>
    <w:p>
      <w:r/>
      <w:r>
        <w:t xml:space="preserve">A small bit of practical advice: match the pick to your mood. Choose </w:t>
      </w:r>
      <w:r>
        <w:rPr>
          <w:i/>
        </w:rPr>
        <w:t>Los Espookys</w:t>
      </w:r>
      <w:r>
        <w:t xml:space="preserve"> for laughs, </w:t>
      </w:r>
      <w:r>
        <w:rPr>
          <w:i/>
        </w:rPr>
        <w:t>Fear Street</w:t>
      </w:r>
      <w:r>
        <w:t xml:space="preserve"> for a slasher marathon, or </w:t>
      </w:r>
      <w:r>
        <w:rPr>
          <w:i/>
        </w:rPr>
        <w:t>Ginger Snaps</w:t>
      </w:r>
      <w:r>
        <w:t xml:space="preserve"> when you want a story with more emotional heft. And if you’re watching late, perhaps leave the cursed antiques for daylight.</w:t>
      </w:r>
      <w:r/>
    </w:p>
    <w:p>
      <w:r/>
      <w:r>
        <w:t>The Halloween season may be over, but a good spooky watch doesn’t need a calendar invitation.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1">
        <w:r>
          <w:rPr>
            <w:color w:val="0000EE"/>
            <w:u w:val="single"/>
          </w:rPr>
          <w:t>[3]</w:t>
        </w:r>
      </w:hyperlink>
      <w:r>
        <w:t xml:space="preserve">- Paragraph 4: </w:t>
      </w:r>
      <w:hyperlink r:id="rId12">
        <w:r>
          <w:rPr>
            <w:color w:val="0000EE"/>
            <w:u w:val="single"/>
          </w:rPr>
          <w:t>[4]</w:t>
        </w:r>
      </w:hyperlink>
      <w:r>
        <w:t xml:space="preserve">- Paragraph 5: </w:t>
      </w:r>
      <w:hyperlink r:id="rId12">
        <w:r>
          <w:rPr>
            <w:color w:val="0000EE"/>
            <w:u w:val="single"/>
          </w:rPr>
          <w:t>[4]</w:t>
        </w:r>
      </w:hyperlink>
      <w:r>
        <w:t xml:space="preserve">- Paragraph 6: </w:t>
      </w:r>
      <w:hyperlink r:id="rId13">
        <w:r>
          <w:rPr>
            <w:color w:val="0000EE"/>
            <w:u w:val="single"/>
          </w:rPr>
          <w:t>[5]</w:t>
        </w:r>
      </w:hyperlink>
      <w:r>
        <w:t xml:space="preserve">- Paragraph 7: </w:t>
      </w:r>
      <w:hyperlink r:id="rId14">
        <w:r>
          <w:rPr>
            <w:color w:val="0000EE"/>
            <w:u w:val="single"/>
          </w:rPr>
          <w:t>[6]</w:t>
        </w:r>
      </w:hyperlink>
      <w:r>
        <w:t xml:space="preserve">- Paragraph 8: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https://nofilmschool.com/queer-movies-shows-after-halloween</w:t>
        </w:r>
      </w:hyperlink>
      <w:r>
        <w:t xml:space="preserve"> - Please view link - unable to able to access data</w:t>
      </w:r>
      <w:r/>
    </w:p>
    <w:p>
      <w:pPr>
        <w:pStyle w:val="ListNumber"/>
        <w:spacing w:line="240" w:lineRule="auto"/>
        <w:ind w:left="720"/>
      </w:pPr>
      <w:r/>
      <w:hyperlink r:id="rId10">
        <w:r>
          <w:rPr>
            <w:color w:val="0000EE"/>
            <w:u w:val="single"/>
          </w:rPr>
          <w:t>https://watch.afi.com/movie/ginger-snaps</w:t>
        </w:r>
      </w:hyperlink>
      <w:r>
        <w:t xml:space="preserve"> - The American Film Institute’s page for Ginger Snaps presents the film as a modern werewolf story centred on sisters Ginger and Brigitte, who are ostracised because of their morbid interests. After a wolf attacks Ginger, she begins behaving strangely at night, leaving Brigitte to decide whether to protect herself or join her sister in the supernatural events unfolding around them. The page identifies John Fawcett as director and Karen Walton as writer, and lists Emily Perkins and Katharine Isabelle among the cast. It categorises the film across drama, horror, science fiction and fantasy, and suspense and thriller genres. The plot details support the article’s description of two death-obsessed sisters whose bond is tested by a wolf attack and Ginger’s transformation. The source does not discuss queer or trans interpretations, the tail-concealing scene, or the film’s autumn atmosphere; those are interpretive details in the supplied article rather than claims established by this synopsis. The AFI page also gives the film’s release date and running time, and provides credits for its principal creative team. It is therefore a reliable reference for the basic premise, key characters, cast and production information behind the article’s recommendation of Ginger Snaps as a post-Halloween werewolf choice.</w:t>
      </w:r>
      <w:r/>
    </w:p>
    <w:p>
      <w:pPr>
        <w:pStyle w:val="ListNumber"/>
        <w:spacing w:line="240" w:lineRule="auto"/>
        <w:ind w:left="720"/>
      </w:pPr>
      <w:r/>
      <w:hyperlink r:id="rId11">
        <w:r>
          <w:rPr>
            <w:color w:val="0000EE"/>
            <w:u w:val="single"/>
          </w:rPr>
          <w:t>https://press.wbd.com/ca/media-release/comedy-series-los-espookys-debuts-june-14-hbo?language_content_entity=en</w:t>
        </w:r>
      </w:hyperlink>
      <w:r>
        <w:t xml:space="preserve"> - Warner Bros. Discovery’s HBO press release announces the debut of Los Espookys and identifies the central performers: Ana Fabrega, Julio Torres, Cassandra Ciangherotti and Bernardo Velasco. It also names José Pablo Minor and Fred Armisen among the cast. This official network material supports the article’s identification of the series as an HBO comedy and its emphasis on the participation of Fabrega and Torres, who are credited as co-creators and stars in the article. The supplied article describes the show as a bilingual, genre-mixing comedy about friends who turn their enthusiasm for horror into a business by staging convincing spooky illusions. It also highlights the series’ outsider-friendly sensibility and queer-centred cast and creative leadership. The press release is useful for verifying the programme’s network association, principal cast and launch information, though it is a promotional announcement rather than a detailed discussion of its story, cultural influences or queer representation. It does not substantiate every critical judgement in the article, such as the claim that the artificial monsters and gore make it suitable for viewers seeking something less frightening. Read alongside the supplied article, however, it confirms the central names and HBO connection underpinning the recommendation. The release offers a concise official point of reference for the show’s ensemble and broadcast identity.</w:t>
      </w:r>
      <w:r/>
    </w:p>
    <w:p>
      <w:pPr>
        <w:pStyle w:val="ListNumber"/>
        <w:spacing w:line="240" w:lineRule="auto"/>
        <w:ind w:left="720"/>
      </w:pPr>
      <w:r/>
      <w:hyperlink r:id="rId12">
        <w:r>
          <w:rPr>
            <w:color w:val="0000EE"/>
            <w:u w:val="single"/>
          </w:rPr>
          <w:t>https://about.netflix.com/en/news/fear-street-how-rl-stines-book-series-became-our-ambitious-new-film-trilogy</w:t>
        </w:r>
      </w:hyperlink>
      <w:r>
        <w:t xml:space="preserve"> - Netflix’s interview with writer-director Leigh Janiak explains how the Fear Street trilogy adapts the spirit of R. L. Stine’s books into a connected film event. Its story spans more than three centuries, moving through 1994, 1978 and 1666, with the three instalments released a week apart in July 2021. Janiak says the films created their own mythology around neighbouring towns Shadyside and Sunnyvale, while drawing names and inspiration from the books rather than adapting one individual novel directly. Most relevant to the supplied article, Janiak explains that the filmmakers wanted queer protagonists and aimed to tell an authentic love story shaped by the experience of being queer in the 1990s. She describes Sam and Deena as living in a world where they cannot simply be open about their relationship. The interview also discusses the trilogy’s changing periods, repeated actors in different roles, and effort to centre people often treated as outsiders in horror. These details support the article’s account of a three-film Netflix event, its time-jumping structure, its original adaptation mythology and its central queer romance. As an official Netflix source, it provides direct production context from the director, although it is not a full plot synopsis or independent review of the trilogy.</w:t>
      </w:r>
      <w:r/>
    </w:p>
    <w:p>
      <w:pPr>
        <w:pStyle w:val="ListNumber"/>
        <w:spacing w:line="240" w:lineRule="auto"/>
        <w:ind w:left="720"/>
      </w:pPr>
      <w:r/>
      <w:hyperlink r:id="rId13">
        <w:r>
          <w:rPr>
            <w:color w:val="0000EE"/>
            <w:u w:val="single"/>
          </w:rPr>
          <w:t>https://www.netflix.com/Title/81570912</w:t>
        </w:r>
      </w:hyperlink>
      <w:r>
        <w:t xml:space="preserve"> - Netflix’s programme page describes Chucky as a horror television series about a killer doll whose arrival in a small town leads to a growing body count. It says three determined teenagers try to save their community from the doll and its allies. The listing identifies the programme as a 2021 title, names Zackary Arthur, Björgvin Arnarson and Brad Dourif among its stars, and credits Don Mancini as creator. Netflix also categorises the series as both television horror and LGBTQ+ television. These details support several central points in the supplied article: that Chucky moved from a film franchise to television, that Mancini created the series, that Jake and Devon are among its young characters, and that the programme has queer representation. The Netflix synopsis is brief and does not set out the later seasons, Halloween episodes, legacy characters, non-binary characters or the show’s self-aware camp style. Nor does it assess the intensity or creativity of the kills. Those details belong to the supplied article and would require more detailed episode or season information to verify independently. Still, this official listing is a direct source for the series’ basic premise, creator, key cast and LGBTQ+ classification, making it a useful reference for the article’s recommendation of Chucky as a queer horror series featuring the enduring murderous Good Guy doll.</w:t>
      </w:r>
      <w:r/>
    </w:p>
    <w:p>
      <w:pPr>
        <w:pStyle w:val="ListNumber"/>
        <w:spacing w:line="240" w:lineRule="auto"/>
        <w:ind w:left="720"/>
      </w:pPr>
      <w:r/>
      <w:hyperlink r:id="rId14">
        <w:r>
          <w:rPr>
            <w:color w:val="0000EE"/>
            <w:u w:val="single"/>
          </w:rPr>
          <w:t>https://www.thewrap.com/agatha-all-along-episode-4-kathryn-hahn-aubrey-plaza-relationship/</w:t>
        </w:r>
      </w:hyperlink>
      <w:r>
        <w:t xml:space="preserve"> - TheWrap’s interview with Agatha All Along showrunner Jac Schaeffer discusses the evolving relationship between Agatha Harkness, played by Kathryn Hahn, and Rio Vidal, played by Aubrey Plaza. The interview follows the episode that makes clear the two witches are ex-partners, and Schaeffer confirms that the creative team deliberately conceived Rio as someone from Agatha’s romantic past. She describes the pair as antagonists as well as former lovers, explaining that their intense chemistry informed how often Rio appears and disappears from the story. The discussion also covers the series’ visual and musical choices, including its 1970s-inspired episode and the recurring “Ballad of the Witches’ Road.” Schaeffer explains that the song functions as part of the show’s spell-like structure and that variations carry story meaning. This reporting supports the supplied article’s description of a sapphic romantic history between Agatha and Rio and its attention to the show’s witchcraft, theatrical tone and musical spellcasting. The article also places the series after WandaVision and describes Agatha’s search to regain her powers by forming a coven and travelling the Witches’ Road; those plot details are not the main focus of this interview. The source is particularly useful for substantiating the romantic relationship and its deliberate development by the showrunner.</w:t>
      </w:r>
      <w:r/>
    </w:p>
    <w:p>
      <w:pPr>
        <w:pStyle w:val="ListNumber"/>
        <w:spacing w:line="240" w:lineRule="auto"/>
        <w:ind w:left="720"/>
      </w:pPr>
      <w:r/>
      <w:hyperlink r:id="rId15">
        <w:r>
          <w:rPr>
            <w:color w:val="0000EE"/>
            <w:u w:val="single"/>
          </w:rPr>
          <w:t>https://www.whistle.movie/synopsis/</w:t>
        </w:r>
      </w:hyperlink>
      <w:r>
        <w:t xml:space="preserve"> - The official Whistle film website introduces a supernatural horror story about students who discover an ancient death whistle. Its synopsis explains that the object’s sound summons the students’ future deaths to pursue them. That premise closely supports the supplied article’s account of a group of teenagers trying a mysterious whistle and finding that their eventual deaths are brought forward. The film stars Dafne Keen and Sophie Nélisse, names also highlighted in the article’s discussion of the central romance between Chrys and Ellie. The official page identifies Corin Hardy as director and lists additional cast members, including Percy Hynes White and Nick Frost. The article supplies further detail about the deaths, the industrial setting, the carnival sequence and the relationship between Chrys and Ellie as the characters attempt to survive. The short official synopsis does not provide those specific plot developments or confirm the article’s critical assessment that the deaths are especially vicious. It is therefore best used for the core supernatural mechanism, the film’s central group of students, its two prominent stars and its director. As a primary source from the film’s official website, it verifies the basic premise without relying on a third-party plot summary. The supplied article provides the additional interpretation and viewing recommendation.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ofilmschool.com/queer-movies-shows-after-halloween" TargetMode="External"/><Relationship Id="rId10" Type="http://schemas.openxmlformats.org/officeDocument/2006/relationships/hyperlink" Target="https://watch.afi.com/movie/ginger-snaps" TargetMode="External"/><Relationship Id="rId11" Type="http://schemas.openxmlformats.org/officeDocument/2006/relationships/hyperlink" Target="https://press.wbd.com/ca/media-release/comedy-series-los-espookys-debuts-june-14-hbo?language_content_entity=en" TargetMode="External"/><Relationship Id="rId12" Type="http://schemas.openxmlformats.org/officeDocument/2006/relationships/hyperlink" Target="https://about.netflix.com/en/news/fear-street-how-rl-stines-book-series-became-our-ambitious-new-film-trilogy" TargetMode="External"/><Relationship Id="rId13" Type="http://schemas.openxmlformats.org/officeDocument/2006/relationships/hyperlink" Target="https://www.netflix.com/Title/81570912" TargetMode="External"/><Relationship Id="rId14" Type="http://schemas.openxmlformats.org/officeDocument/2006/relationships/hyperlink" Target="https://www.thewrap.com/agatha-all-along-episode-4-kathryn-hahn-aubrey-plaza-relationship/" TargetMode="External"/><Relationship Id="rId15" Type="http://schemas.openxmlformats.org/officeDocument/2006/relationships/hyperlink" Target="https://www.whistle.movie/synopsi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