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Choir Luxembourg: Find Your Voice in the City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Singers and musicians are invited to join Queer Choir Luxembourg, a welcoming LGBTQIA+ choir rehearsing on Thursday evenings at the Rainbow Center Luxembourg. Relaunched in May 2024, the group brings together community members and allies for pop, folk, swing and more. There’s no need to sign up in advance: just turn up ready to sing, play or have a go.</w:t>
      </w:r>
      <w:r/>
    </w:p>
    <w:p>
      <w:pPr>
        <w:pStyle w:val="Heading2"/>
      </w:pPr>
      <w:r>
        <w:t>Essential Takeaways</w:t>
      </w:r>
      <w:r/>
      <w:r/>
    </w:p>
    <w:p>
      <w:pPr>
        <w:pStyle w:val="ListBullet"/>
        <w:spacing w:line="240" w:lineRule="auto"/>
        <w:ind w:left="720"/>
      </w:pPr>
      <w:r/>
      <w:r>
        <w:rPr>
          <w:b/>
        </w:rPr>
        <w:t>Open to all:</w:t>
      </w:r>
      <w:r>
        <w:t xml:space="preserve"> LGBTQIA+ people and allies of every gender are welcome.</w:t>
      </w:r>
      <w:r/>
    </w:p>
    <w:p>
      <w:pPr>
        <w:pStyle w:val="ListBullet"/>
        <w:spacing w:line="240" w:lineRule="auto"/>
        <w:ind w:left="720"/>
      </w:pPr>
      <w:r/>
      <w:r>
        <w:rPr>
          <w:b/>
        </w:rPr>
        <w:t>No audition or booking mentioned:</w:t>
      </w:r>
      <w:r>
        <w:t xml:space="preserve"> You can simply come along to a rehearsal.</w:t>
      </w:r>
      <w:r/>
    </w:p>
    <w:p>
      <w:pPr>
        <w:pStyle w:val="ListBullet"/>
        <w:spacing w:line="240" w:lineRule="auto"/>
        <w:ind w:left="720"/>
      </w:pPr>
      <w:r/>
      <w:r>
        <w:rPr>
          <w:b/>
        </w:rPr>
        <w:t>Thursday evenings:</w:t>
      </w:r>
      <w:r>
        <w:t xml:space="preserve"> Sessions take place at the Rainbow Center Luxembourg, though some dates may be unavailable.</w:t>
      </w:r>
      <w:r/>
    </w:p>
    <w:p>
      <w:pPr>
        <w:pStyle w:val="ListBullet"/>
        <w:spacing w:line="240" w:lineRule="auto"/>
        <w:ind w:left="720"/>
      </w:pPr>
      <w:r/>
      <w:r>
        <w:rPr>
          <w:b/>
        </w:rPr>
        <w:t>More than singing:</w:t>
      </w:r>
      <w:r>
        <w:t xml:space="preserve"> Musicians are welcome, and the choir has a digital piano.</w:t>
      </w:r>
      <w:r/>
    </w:p>
    <w:p>
      <w:pPr>
        <w:pStyle w:val="ListBullet"/>
        <w:spacing w:line="240" w:lineRule="auto"/>
        <w:ind w:left="720"/>
      </w:pPr>
      <w:r/>
      <w:r>
        <w:rPr>
          <w:b/>
        </w:rPr>
        <w:t>A varied sound:</w:t>
      </w:r>
      <w:r>
        <w:t xml:space="preserve"> The repertoire can include pop, chanson, folk and swing.</w:t>
      </w:r>
      <w:r/>
      <w:r/>
    </w:p>
    <w:p>
      <w:pPr>
        <w:pStyle w:val="Heading2"/>
      </w:pPr>
      <w:r>
        <w:t>A choir where you can simply turn up</w:t>
      </w:r>
      <w:r/>
    </w:p>
    <w:p>
      <w:r/>
      <w:r>
        <w:t xml:space="preserve">There’s an appealing ease to the invitation: bring your voice, your instrument or just your curiosity. Queer Choir Luxembourg welcomes people who enjoy singing, alongside musicians who’d like to help build the group’s sound. The city’s event listing says there’s no need to register beforehand. </w:t>
      </w:r>
      <w:hyperlink r:id="rId9">
        <w:r>
          <w:rPr>
            <w:color w:val="0000EE"/>
            <w:u w:val="single"/>
          </w:rPr>
          <w:t>[2]</w:t>
        </w:r>
      </w:hyperlink>
      <w:r>
        <w:t xml:space="preserve">, </w:t>
      </w:r>
      <w:hyperlink r:id="rId10">
        <w:r>
          <w:rPr>
            <w:color w:val="0000EE"/>
            <w:u w:val="single"/>
          </w:rPr>
          <w:t>[3]</w:t>
        </w:r>
      </w:hyperlink>
      <w:r/>
    </w:p>
    <w:p>
      <w:r/>
      <w:r>
        <w:t xml:space="preserve">The choir was relaunched in May 2024, under its current name after previously being known as Gay Choir Luxembourg. Its welcome extends across the LGBTQIA+ community and to allies, making the emphasis as much on shared participation as on performance. </w:t>
      </w:r>
      <w:hyperlink r:id="rId9">
        <w:r>
          <w:rPr>
            <w:color w:val="0000EE"/>
            <w:u w:val="single"/>
          </w:rPr>
          <w:t>[2]</w:t>
        </w:r>
      </w:hyperlink>
      <w:r>
        <w:t xml:space="preserve">, </w:t>
      </w:r>
      <w:hyperlink r:id="rId11">
        <w:r>
          <w:rPr>
            <w:color w:val="0000EE"/>
            <w:u w:val="single"/>
          </w:rPr>
          <w:t>[5]</w:t>
        </w:r>
      </w:hyperlink>
      <w:r/>
    </w:p>
    <w:p>
      <w:pPr>
        <w:pStyle w:val="Heading2"/>
      </w:pPr>
      <w:r>
        <w:t>Thursday rehearsals bring music to the Rainbow Center</w:t>
      </w:r>
      <w:r/>
    </w:p>
    <w:p>
      <w:r/>
      <w:r>
        <w:t xml:space="preserve">Rehearsals are scheduled for Thursday evenings at the Rainbow Center Luxembourg. That regular rhythm gives newcomers a straightforward way to try the group, although the event information advises checking for dates when a session isn’t taking place. </w:t>
      </w:r>
      <w:hyperlink r:id="rId9">
        <w:r>
          <w:rPr>
            <w:color w:val="0000EE"/>
            <w:u w:val="single"/>
          </w:rPr>
          <w:t>[2]</w:t>
        </w:r>
      </w:hyperlink>
      <w:r>
        <w:t xml:space="preserve">, </w:t>
      </w:r>
      <w:hyperlink r:id="rId12">
        <w:r>
          <w:rPr>
            <w:color w:val="0000EE"/>
            <w:u w:val="single"/>
          </w:rPr>
          <w:t>[4]</w:t>
        </w:r>
      </w:hyperlink>
      <w:r/>
    </w:p>
    <w:p>
      <w:r/>
      <w:r>
        <w:t xml:space="preserve">And you don’t have to arrive as a polished performer. The invitation is aimed at singers and instrumentalists alike, with a digital piano available to add another layer to rehearsals. It sounds like a friendly place to start, even if your confidence needs a few warm-up notes. </w:t>
      </w:r>
      <w:hyperlink r:id="rId9">
        <w:r>
          <w:rPr>
            <w:color w:val="0000EE"/>
            <w:u w:val="single"/>
          </w:rPr>
          <w:t>[2]</w:t>
        </w:r>
      </w:hyperlink>
      <w:r>
        <w:t xml:space="preserve">, </w:t>
      </w:r>
      <w:hyperlink r:id="rId13">
        <w:r>
          <w:rPr>
            <w:color w:val="0000EE"/>
            <w:u w:val="single"/>
          </w:rPr>
          <w:t>[6]</w:t>
        </w:r>
      </w:hyperlink>
      <w:r/>
    </w:p>
    <w:p>
      <w:pPr>
        <w:pStyle w:val="Heading2"/>
      </w:pPr>
      <w:r>
        <w:t>Pop, folk and swing keep the mood open</w:t>
      </w:r>
      <w:r/>
    </w:p>
    <w:p>
      <w:r/>
      <w:r>
        <w:t xml:space="preserve">The choir’s musical menu ranges from pop and chanson to folk and swing, with singing, playing and dancing all part of the spirit described in the event listing. That mix leaves room for different tastes rather than tying the group to a single style. </w:t>
      </w:r>
      <w:hyperlink r:id="rId9">
        <w:r>
          <w:rPr>
            <w:color w:val="0000EE"/>
            <w:u w:val="single"/>
          </w:rPr>
          <w:t>[2]</w:t>
        </w:r>
      </w:hyperlink>
      <w:r>
        <w:t xml:space="preserve">, </w:t>
      </w:r>
      <w:hyperlink r:id="rId10">
        <w:r>
          <w:rPr>
            <w:color w:val="0000EE"/>
            <w:u w:val="single"/>
          </w:rPr>
          <w:t>[3]</w:t>
        </w:r>
      </w:hyperlink>
      <w:r/>
    </w:p>
    <w:p>
      <w:r/>
      <w:r>
        <w:t xml:space="preserve">For a community choir, that variety can be part of the pleasure: one week might call for a familiar tune, another for a different rhythm or a new challenge. The listings welcome future performers as well as people who simply love music, so enthusiasm matters more than having a stage-ready voice. </w:t>
      </w:r>
      <w:hyperlink r:id="rId9">
        <w:r>
          <w:rPr>
            <w:color w:val="0000EE"/>
            <w:u w:val="single"/>
          </w:rPr>
          <w:t>[2]</w:t>
        </w:r>
      </w:hyperlink>
      <w:r>
        <w:t xml:space="preserve">, </w:t>
      </w:r>
      <w:hyperlink r:id="rId11">
        <w:r>
          <w:rPr>
            <w:color w:val="0000EE"/>
            <w:u w:val="single"/>
          </w:rPr>
          <w:t>[5]</w:t>
        </w:r>
      </w:hyperlink>
      <w:r/>
    </w:p>
    <w:p>
      <w:pPr>
        <w:pStyle w:val="Heading2"/>
      </w:pPr>
      <w:r>
        <w:t>How to try a rehearsal</w:t>
      </w:r>
      <w:r/>
    </w:p>
    <w:p>
      <w:r/>
      <w:r>
        <w:t xml:space="preserve">Check the latest event details before setting off, as some Thursday dates may not have a rehearsal. The Rainbow Center Luxembourg is the stated venue, and there’s no advance sign-up requirement in the city’s information. </w:t>
      </w:r>
      <w:hyperlink r:id="rId9">
        <w:r>
          <w:rPr>
            <w:color w:val="0000EE"/>
            <w:u w:val="single"/>
          </w:rPr>
          <w:t>[2]</w:t>
        </w:r>
      </w:hyperlink>
      <w:r>
        <w:t xml:space="preserve">, </w:t>
      </w:r>
      <w:hyperlink r:id="rId12">
        <w:r>
          <w:rPr>
            <w:color w:val="0000EE"/>
            <w:u w:val="single"/>
          </w:rPr>
          <w:t>[4]</w:t>
        </w:r>
      </w:hyperlink>
      <w:r/>
    </w:p>
    <w:p>
      <w:r/>
      <w:r>
        <w:t xml:space="preserve">If you’re unsure whether to sing or play, you can take the simplest route and come as you are. Bring an instrument if you’d like to contribute one, or just join in and see how the group feels; the welcome is broad, and the first step is pleasantly low-pressure. </w:t>
      </w:r>
      <w:hyperlink r:id="rId9">
        <w:r>
          <w:rPr>
            <w:color w:val="0000EE"/>
            <w:u w:val="single"/>
          </w:rPr>
          <w:t>[2]</w:t>
        </w:r>
      </w:hyperlink>
      <w:r>
        <w:t xml:space="preserve">, </w:t>
      </w:r>
      <w:hyperlink r:id="rId13">
        <w:r>
          <w:rPr>
            <w:color w:val="0000EE"/>
            <w:u w:val="single"/>
          </w:rPr>
          <w:t>[6]</w:t>
        </w:r>
      </w:hyperlink>
      <w:r/>
    </w:p>
    <w:p>
      <w:r/>
      <w:r>
        <w:t xml:space="preserve">A choir can make a city feel smaller in the best way: one shared song at a time. </w:t>
      </w:r>
      <w:hyperlink r:id="rId10">
        <w:r>
          <w:rPr>
            <w:color w:val="0000EE"/>
            <w:u w:val="single"/>
          </w:rPr>
          <w:t>[3]</w:t>
        </w:r>
      </w:hyperlink>
      <w:r>
        <w:t xml:space="preserve">, </w:t>
      </w:r>
      <w:hyperlink r:id="rId14">
        <w:r>
          <w:rPr>
            <w:color w:val="0000EE"/>
            <w:u w:val="single"/>
          </w:rPr>
          <w:t>[7]</w:t>
        </w:r>
      </w:hyperlink>
      <w:r/>
    </w:p>
    <w:p>
      <w:pPr>
        <w:pStyle w:val="Heading2"/>
      </w:pPr>
      <w:r>
        <w:t>Closing Line</w:t>
      </w:r>
      <w:r/>
    </w:p>
    <w:p>
      <w:r/>
      <w:r>
        <w:t>Check the latest rehearsal date, then bring your voice along.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[4]</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[5]</w:t>
        </w:r>
      </w:hyperlink>
      <w:r>
        <w:t xml:space="preserve">- Paragraph 7: </w:t>
      </w:r>
      <w:hyperlink r:id="rId9">
        <w:r>
          <w:rPr>
            <w:color w:val="0000EE"/>
            <w:u w:val="single"/>
          </w:rPr>
          <w:t>[2]</w:t>
        </w:r>
      </w:hyperlink>
      <w:r>
        <w:t xml:space="preserve">, </w:t>
      </w:r>
      <w:hyperlink r:id="rId12">
        <w:r>
          <w:rPr>
            <w:color w:val="0000EE"/>
            <w:u w:val="single"/>
          </w:rPr>
          <w:t>[4]</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https://www.vdl.lu/fr/agenda/queer-choir-luxembourg</w:t>
        </w:r>
      </w:hyperlink>
      <w:r>
        <w:t xml:space="preserve"> - Please view link - unable to able to access data</w:t>
      </w:r>
      <w:r/>
    </w:p>
    <w:p>
      <w:pPr>
        <w:pStyle w:val="ListNumber"/>
        <w:spacing w:line="240" w:lineRule="auto"/>
        <w:ind w:left="720"/>
      </w:pPr>
      <w:r/>
      <w:hyperlink r:id="rId9">
        <w:r>
          <w:rPr>
            <w:color w:val="0000EE"/>
            <w:u w:val="single"/>
          </w:rPr>
          <w:t>https://www.vdl.lu/fr/agenda/queer-choir-luxembourg</w:t>
        </w:r>
      </w:hyperlink>
      <w:r>
        <w:t xml:space="preserve"> - The City of Luxembourg’s event listing describes the Queer Choir Luxembourg and invites singers and musicians to take part. Rehearsals are held on Thursday evenings at the Rainbow Center in Luxembourg, although some dates may vary. The choir was relaunched in May 2024 and was previously called the Gay Choir Luxembourg. It welcomes members of the LGBTQIA+ community and their allies who enjoy singing, and explicitly welcomes people of all genders. The listing says an electronic piano is available and mentions pop, chanson, folk and swing among the musical styles. It encourages musicians, aspiring performers and anyone keen to sing to join in. The activity is presented as a shared, lively experience of playing, moving and singing together. The page identifies the venue as Rainbow Center – Zentrum fir queer Kultur, on Rue St. Esprit, and lists a specific rehearsal date and time. It also notes that event information is supplied by Echo.lu and may be subject to change. This official municipal listing supports the central details in the supplied article: the choir’s name and former name, its relaunch, its inclusive invitation, its venue, its Thursday rehearsals and its varied musical repertoire. It is an event notice rather than a detailed history of the choir.</w:t>
      </w:r>
      <w:r/>
    </w:p>
    <w:p>
      <w:pPr>
        <w:pStyle w:val="ListNumber"/>
        <w:spacing w:line="240" w:lineRule="auto"/>
        <w:ind w:left="720"/>
      </w:pPr>
      <w:r/>
      <w:hyperlink r:id="rId10">
        <w:r>
          <w:rPr>
            <w:color w:val="0000EE"/>
            <w:u w:val="single"/>
          </w:rPr>
          <w:t>https://www.luxembourg-city.com/fr/agenda/event/queer-choir-luxembourg-iaql2w</w:t>
        </w:r>
      </w:hyperlink>
      <w:r>
        <w:t xml:space="preserve"> - This French-language event listing from Luxembourg City’s tourism and events site invites people to join Queer Choir Luxembourg to celebrate diversity. It welcomes people who enjoy singing or playing an instrument, including those interested in taking part in the choir’s relaunch and performing on stage. Rehearsals are described as taking place on Thursday evenings at Rainbow Center Luxembourg, with a note that some dates may not be available. The page says the choir was relaunched in May 2024 and was formerly known as Gay Choir Luxembourg. It welcomes the LGBTQIA+ community and allies who like singing, and states that all genders are welcome. The listing mentions a digital piano and names pop, chanson, folk and swing as styles associated with the choir. It describes the activity as playing, grooving, dancing and singing together, and says registration is not required. The page also provides a schedule of forthcoming rehearsal dates and times, illustrating that the event is recurring rather than a one-off performance. Its details closely corroborate the supplied article, including the inclusive tone, the venue, the choir’s previous name, its relaunch date, musical styles and open invitation. The page notes that event information is provided by Echo.lu and may change, so visitors should check the schedule before attending.</w:t>
      </w:r>
      <w:r/>
    </w:p>
    <w:p>
      <w:pPr>
        <w:pStyle w:val="ListNumber"/>
        <w:spacing w:line="240" w:lineRule="auto"/>
        <w:ind w:left="720"/>
      </w:pPr>
      <w:r/>
      <w:hyperlink r:id="rId12">
        <w:r>
          <w:rPr>
            <w:color w:val="0000EE"/>
            <w:u w:val="single"/>
          </w:rPr>
          <w:t>https://www.supermiro.lu/en/events/654985-queer-choir-luxembourg-rehearsal</w:t>
        </w:r>
      </w:hyperlink>
      <w:r>
        <w:t xml:space="preserve"> - Supermiro’s English-language event page advertises Queer Choir Luxembourg rehearsals at the Rainbow Center Luxembourg. It describes the choir as open to community members and allies who are passionate about singing, and says that people of all genders, musicians and aspiring performers are welcome. Pop, chanson, folk and swing are among the styles identified. The listing gives the rehearsal pattern as every Thursday, from 7.00 pm to 8.30 pm, while cautioning that some dates may be unavailable. It also supplies a venue address on Rue du Saint-Esprit in Luxembourg. A calendar of upcoming dates is displayed, allowing readers to see individual rehearsal sessions rather than relying only on the general weekly description. The entry is useful corroboration for the article’s practical information about when and where the choir meets and who can join. It supports the description of the group as welcoming and inclusive, and confirms the musical genres featured in the original notice. Unlike the municipal event page, this listing is presented by an events and leisure platform and gives a concise summary rather than a full account of the choir’s background. It does not provide extensive history or explain the choir’s organisation, but it reinforces the key invitation: interested singers can attend a rehearsal at the Rainbow Center and explore a varied, popular repertoire.</w:t>
      </w:r>
      <w:r/>
    </w:p>
    <w:p>
      <w:pPr>
        <w:pStyle w:val="ListNumber"/>
        <w:spacing w:line="240" w:lineRule="auto"/>
        <w:ind w:left="720"/>
      </w:pPr>
      <w:r/>
      <w:hyperlink r:id="rId11">
        <w:r>
          <w:rPr>
            <w:color w:val="0000EE"/>
            <w:u w:val="single"/>
          </w:rPr>
          <w:t>https://www.supermiro.lu/en/events/633707-queer-choir-luxembourg-rehearsal-rosa-letzebuerg-asbl-national-lgbtiq-association</w:t>
        </w:r>
      </w:hyperlink>
      <w:r>
        <w:t xml:space="preserve"> - This Supermiro event listing identifies Rosa Lëtzebuerg as the organiser of a Queer Choir Luxembourg rehearsal. It invites singers and musicians to join the choir at the Rainbow Center on Thursday evenings and notes that particular rehearsal dates can be unavailable. The text says Queer Choir Luxembourg, formerly Gay Choir Luxembourg, was relaunched in May 2024. It welcomes community members and allies who are passionate about singing. The listing mentions an electric piano and says that all genders and musicians are welcome, with pop, chanson, folk and swing included among the musical styles. It also identifies the venue at 19 Rue Saint-Esprit in Luxembourg. The page includes a schedule of individual rehearsal dates and a short practical summary of the venue, audience and musical repertoire. This provides support for several claims in the supplied article: the choir’s former name and relaunch, the Thursday rehearsal arrangement, its open invitation to LGBTQIA+ community members and allies, the availability of an electronic instrument, and the genres it sings. The listing is useful as a second event-platform source associated with the named organisation, complementing the City of Luxembourg’s notice. Its text is primarily promotional and logistical; it does not offer a full account of the group’s history, membership or performances. Readers should consult the organiser’s current information for any changes to dates or arrangements.</w:t>
      </w:r>
      <w:r/>
    </w:p>
    <w:p>
      <w:pPr>
        <w:pStyle w:val="ListNumber"/>
        <w:spacing w:line="240" w:lineRule="auto"/>
        <w:ind w:left="720"/>
      </w:pPr>
      <w:r/>
      <w:hyperlink r:id="rId13">
        <w:r>
          <w:rPr>
            <w:color w:val="0000EE"/>
            <w:u w:val="single"/>
          </w:rPr>
          <w:t>https://www.supermiro.lu/en/events/654982-queer-choir-luxembourg-rehearsal</w:t>
        </w:r>
      </w:hyperlink>
      <w:r>
        <w:t xml:space="preserve"> - This Supermiro page presents another listing for a Queer Choir Luxembourg rehearsal and describes the group as welcoming people who enjoy singing. It says musicians and aspiring pop stars of all genders are welcome, and names pop, chanson, folk and swing as part of the repertoire. The practical information says rehearsals take place each Thursday from 7.00 pm to 8.30 pm, while warning that some dates may not be available. The event is associated with Rainbow Center Luxembourg. A calendar displays upcoming sessions, making the listing useful for checking particular dates as well as understanding the recurring schedule. The page supports the supplied article’s main points about the choir’s inclusive character, regular Thursday evening rehearsals, location and range of musical styles. It is a concise event notice, so it concentrates on participation and logistics rather than explaining the choir’s origins or providing extensive background. In particular, its description aligns with the invitation to people of all genders and those interested in popular and folk-oriented material. As schedules can change, the date listings should be checked before travelling. Taken together, the page offers corroboration of the event’s ongoing nature and the welcoming message in the original article: participants do not need to fit a narrow musical or gender profile to be invited to join the choir’s activities.</w:t>
      </w:r>
      <w:r/>
    </w:p>
    <w:p>
      <w:pPr>
        <w:pStyle w:val="ListNumber"/>
        <w:spacing w:line="240" w:lineRule="auto"/>
        <w:ind w:left="720"/>
      </w:pPr>
      <w:r/>
      <w:hyperlink r:id="rId14">
        <w:r>
          <w:rPr>
            <w:color w:val="0000EE"/>
            <w:u w:val="single"/>
          </w:rPr>
          <w:t>https://www.supermiro.lu/en/events/647911-queer-choir-luxembourg-rehearsal</w:t>
        </w:r>
      </w:hyperlink>
      <w:r>
        <w:t xml:space="preserve"> - This English-language Supermiro listing promotes Queer Choir Luxembourg rehearsals at the Rainbow Center Luxembourg. It invites passionate singers and musicians to participate and says that the choir was relaunched in May 2024 after previously using the name Gay Choir Luxembourg. The entry welcomes community members and allies who enjoy singing, and says an electronic piano is available for rehearsals. It specifically states that musicians and people of all genders are welcome. The repertoire described includes pop, chanson, folk and swing, while the accompanying text characterises the activity as a chance to play, move and sing together. The venue is given as 19 Rue Saint-Esprit, Luxembourg, and the page lists individual rehearsal dates. This source corroborates the supplied article’s claims about the relaunch, former choir name, audience, instrument, music styles and location. It also reflects the article’s informal, encouraging tone by presenting the choir as an accessible community activity rather than a formal audition-based ensemble. The listing’s main purpose is to promote and explain a rehearsal event, not to provide a detailed organisational history. Because individual dates may change, people planning to attend should verify the current schedule. Overall, it offers a further independent event listing that supports the invitation for LGBTQIA+ community members and allies to take part in the choir.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dl.lu/fr/agenda/queer-choir-luxembourg" TargetMode="External"/><Relationship Id="rId10" Type="http://schemas.openxmlformats.org/officeDocument/2006/relationships/hyperlink" Target="https://www.luxembourg-city.com/fr/agenda/event/queer-choir-luxembourg-iaql2w" TargetMode="External"/><Relationship Id="rId11" Type="http://schemas.openxmlformats.org/officeDocument/2006/relationships/hyperlink" Target="https://www.supermiro.lu/en/events/633707-queer-choir-luxembourg-rehearsal-rosa-letzebuerg-asbl-national-lgbtiq-association" TargetMode="External"/><Relationship Id="rId12" Type="http://schemas.openxmlformats.org/officeDocument/2006/relationships/hyperlink" Target="https://www.supermiro.lu/en/events/654985-queer-choir-luxembourg-rehearsal" TargetMode="External"/><Relationship Id="rId13" Type="http://schemas.openxmlformats.org/officeDocument/2006/relationships/hyperlink" Target="https://www.supermiro.lu/en/events/654982-queer-choir-luxembourg-rehearsal" TargetMode="External"/><Relationship Id="rId14" Type="http://schemas.openxmlformats.org/officeDocument/2006/relationships/hyperlink" Target="https://www.supermiro.lu/en/events/647911-queer-choir-luxembourg-rehears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