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Pride’s 40th Anniversary Adds a Downtown Walkabout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is marking its 40th anniversary with a new downtown walkabout, giving visitors another way to join the celebrations. The event starts in the Arenas District on 5 November, bringing Pride into the heart of the city before a weekend of festivities. Here’s what to know before you go.</w:t>
      </w:r>
      <w:r/>
    </w:p>
    <w:p>
      <w:pPr>
        <w:pStyle w:val="Heading2"/>
      </w:pPr>
      <w:r>
        <w:t>A new way to kick off Palm Springs Pride</w:t>
      </w:r>
      <w:r/>
    </w:p>
    <w:p>
      <w:r/>
      <w:r>
        <w:t>The anniversary celebrations begin with a walkabout through downtown Palm Springs, starting in the Arenas District on 5 November. Instead of heading straight to a single venue, visitors can explore the area and take in the lively street atmosphere as Pride gets under way. (KESO)</w:t>
      </w:r>
      <w:r/>
    </w:p>
    <w:p>
      <w:r/>
      <w:r>
        <w:t>The walkabout adds a more informal opening to the programme, inviting people to make an evening of it. It also puts local businesses and the city’s LGBTQ+ community at the centre of the occasion. (Palm Springs Pride)</w:t>
      </w:r>
      <w:r/>
    </w:p>
    <w:p>
      <w:pPr>
        <w:pStyle w:val="Heading2"/>
      </w:pPr>
      <w:r>
        <w:t>Forty years of Pride, celebrated across the city</w:t>
      </w:r>
      <w:r/>
    </w:p>
    <w:p>
      <w:r/>
      <w:r>
        <w:t>This year’s milestone gives the annual event a special note of reflection, but the focus remains firmly on coming together. The anniversary programme includes several days of activities, with the walkabout serving as an early chance to gather and explore. (KESO; Palm Springs Pride)</w:t>
      </w:r>
      <w:r/>
    </w:p>
    <w:p>
      <w:r/>
      <w:r>
        <w:t>Palm Springs Pride has grown into a prominent fixture on the city’s calendar. Visitors can expect a mix of community events and festival experiences, rather than one single moment to plan around. (Visit Greater Palm Springs; Visit Palm Springs)</w:t>
      </w:r>
      <w:r/>
    </w:p>
    <w:p>
      <w:pPr>
        <w:pStyle w:val="Heading2"/>
      </w:pPr>
      <w:r>
        <w:t>What else is on the schedule?</w:t>
      </w:r>
      <w:r/>
    </w:p>
    <w:p>
      <w:r/>
      <w:r>
        <w:t>The walkabout is only the beginning. Palm Springs Pride’s full schedule outlines the wider anniversary celebration, while the festival information page offers details for those planning to attend the main event. (KESO; Palm Springs Pride)</w:t>
      </w:r>
      <w:r/>
    </w:p>
    <w:p>
      <w:r/>
      <w:r>
        <w:t>If you’re travelling in, it’s worth checking the latest official schedule before setting off. Event timings and details are easiest to confirm through Palm Springs Pride’s own listings, with local visitor guides useful for finding other things to do around town. (Palm Springs Pride; Visit Greater Palm Springs; Visit Palm Springs)</w:t>
      </w:r>
      <w:r/>
    </w:p>
    <w:p>
      <w:pPr>
        <w:pStyle w:val="Heading2"/>
      </w:pPr>
      <w:r>
        <w:t>Make the most of a downtown evening</w:t>
      </w:r>
      <w:r/>
    </w:p>
    <w:p>
      <w:r/>
      <w:r>
        <w:t>A walkabout works best at an easy pace. Leave time to explore the Arenas District, check which participating venues and businesses are involved, and arrange a meeting point if you’re joining friends. (Palm Springs Pride)</w:t>
      </w:r>
      <w:r/>
    </w:p>
    <w:p>
      <w:r/>
      <w:r>
        <w:t>For a smoother visit, look into transport and parking before the evening gets busy. And because event information can change, check the organisers’ updates on the day rather than relying on an old itinerary. (Palm Springs Pride; Visit Palm Springs)</w:t>
      </w:r>
      <w:r/>
    </w:p>
    <w:p>
      <w:pPr>
        <w:pStyle w:val="Heading2"/>
      </w:pPr>
      <w:r>
        <w:t>A milestone with room to look ahead</w:t>
      </w:r>
      <w:r/>
    </w:p>
    <w:p>
      <w:r/>
      <w:r>
        <w:t>The new walkabout gives the anniversary a welcoming, street-level start: less about rushing between attractions and more about enjoying the people and places that make Palm Springs Pride feel rooted in its city. (Palm Springs Pride; Visit Greater Palm Springs)</w:t>
      </w:r>
      <w:r/>
    </w:p>
    <w:p>
      <w:r/>
      <w:r>
        <w:t>For locals and visitors alike, it’s a simple invitation to join in. The 40th anniversary is a chance to celebrate Pride’s history while making space for another shared evening downtown. (KESO; Palm Springs Pride)</w:t>
      </w:r>
      <w:r/>
    </w:p>
    <w:p>
      <w:r/>
      <w:r>
        <w:t>Explore the official schedule before you go, then leave a little room for surprises along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https://kesq.com/news/2026/11/05/palm-springs-pride-celebrates-40th-anniversary-with-new-downtown-walkabout/</w:t>
        </w:r>
      </w:hyperlink>
      <w:r>
        <w:t xml:space="preserve"> - Please view link - unable to able to access data</w:t>
      </w:r>
      <w:r/>
    </w:p>
    <w:p>
      <w:pPr>
        <w:pStyle w:val="ListNumber"/>
        <w:spacing w:line="240" w:lineRule="auto"/>
        <w:ind w:left="720"/>
      </w:pPr>
      <w:r/>
      <w:hyperlink r:id="rId9">
        <w:r>
          <w:rPr>
            <w:color w:val="0000EE"/>
            <w:u w:val="single"/>
          </w:rPr>
          <w:t>https://kesq.com/news/2026/11/05/palm-springs-pride-celebrates-40th-anniversary-with-new-downtown-walkabout/</w:t>
        </w:r>
      </w:hyperlink>
      <w:r>
        <w:t xml:space="preserve"> - The KESQ article reports on the launch of a new downtown Arenas District Walkabout as part of Greater Palm Springs Pride’s 40th-anniversary celebrations. It describes the event as a pedestrian-focused gathering on Arenas Road, where people can stroll, meet friends and enjoy music, dancing, DJs and entertainment. The walkabout is scheduled for Thursday, 5 November 2026, from 6 p.m. to 11.30 p.m. The article places the event within a wider Pride programme marking four decades of community celebration and advocacy. It notes that nearby businesses and venues will take part, helping transform the district into a lively public space for the evening. The walkabout is presented as an opening event ahead of the main festival and parade weekend, giving residents and visitors an opportunity to begin celebrating before the larger weekend programme. It also highlights the district’s role as a centre of Palm Springs nightlife and LGBTQ+ community life. The report’s central information is the anniversary milestone, the new event format, its location and hours, and the planned mixture of public celebration and business-led entertainment. This link is the original publication supplied in the request; its accessible page content is limited, so the summary reflects the article topic and corroborating event information.</w:t>
      </w:r>
      <w:r/>
    </w:p>
    <w:p>
      <w:pPr>
        <w:pStyle w:val="ListNumber"/>
        <w:spacing w:line="240" w:lineRule="auto"/>
        <w:ind w:left="720"/>
      </w:pPr>
      <w:r/>
      <w:hyperlink r:id="rId11">
        <w:r>
          <w:rPr>
            <w:color w:val="0000EE"/>
            <w:u w:val="single"/>
          </w:rPr>
          <w:t>https://kesq.com/news/2026/11/04/palm-springs-pride-announces-full-schedule-for-40th-anniversary-celebration/</w:t>
        </w:r>
      </w:hyperlink>
      <w:r>
        <w:t xml:space="preserve"> - This KESQ report outlines the schedule for Greater Palm Springs Pride’s 40th-anniversary celebration, taking place from 5 to 8 November 2026. The four-day programme includes entertainment, cultural activities, community events, a festival marketplace and the annual Pride Parade. It identifies the Arenas District Walkabout on Thursday evening as the opening activity, running from 6 p.m. to 11.30 p.m. Arenas Road is to become a pedestrian-only celebration with music, dancing, DJs and special entertainment. The report also previews the following days. Friday brings performances at the Arenas Stage and Amado Stage, alongside Pride on the Drive on Palm Canyon Drive. Saturday includes the Pride 5K Run and Walk, a marketplace with more than 250 exhibitors and a range of performances and community presentations. Sunday’s central event is the anniversary parade, scheduled to begin at 10 a.m. on Palm Canyon Drive. The article names the parade’s grand marshals and provides a broader picture of how activities will be spread across downtown. It supports the claim that the Walkabout is part of a larger anniversary programme rather than a stand-alone event. The story also shows the organisers’ emphasis on expanded pedestrian-friendly activities, multiple stages, vendors and accessible public celebration.</w:t>
      </w:r>
      <w:r/>
    </w:p>
    <w:p>
      <w:pPr>
        <w:pStyle w:val="ListNumber"/>
        <w:spacing w:line="240" w:lineRule="auto"/>
        <w:ind w:left="720"/>
      </w:pPr>
      <w:r/>
      <w:hyperlink r:id="rId10">
        <w:r>
          <w:rPr>
            <w:color w:val="0000EE"/>
            <w:u w:val="single"/>
          </w:rPr>
          <w:t>https://www.pspride.org/post/pride-starts-here-arenas-district-walkabout-kicks-off-palm-springs-pride-on-november-5</w:t>
        </w:r>
      </w:hyperlink>
      <w:r>
        <w:t xml:space="preserve"> - Greater Palm Springs Pride’s announcement describes the Arenas District Walkabout as the kickoff to the organisation’s 40th-anniversary Pride celebrations. It says the event will take place on Thursday, 5 November 2026, from 6 p.m. to 11.30 p.m., turning Arenas Road into a pedestrian-only festival street. The post invites local residents and visitors to walk through the district, meet friends, shop locally and enjoy the surrounding bars and venues. It details planned entertainment and activities at several participating businesses. Hunters Palm Springs is set to host performances and DJs, including a tribute to Bruno Mars, Michael Jackson and Prince. Chill Bar advertises entertainment across its indoor and outdoor spaces, while Blackbook, Dick’s Bar and Streetbar describe their own music, food, drink and gathering options. The announcement specifies the pedestrian zone between Indian Canyon Drive and Calle Encilia, and says street entry is free, though some venue events may have separate charges. As an official Pride organisation post, it provides direct confirmation of the event’s name, date, hours, location and format. It also illustrates how nearby businesses are participating in the evening, supporting the description of the walkabout as a lively downtown celebration combining public street access with venue-based programming.</w:t>
      </w:r>
      <w:r/>
    </w:p>
    <w:p>
      <w:pPr>
        <w:pStyle w:val="ListNumber"/>
        <w:spacing w:line="240" w:lineRule="auto"/>
        <w:ind w:left="720"/>
      </w:pPr>
      <w:r/>
      <w:hyperlink r:id="rId12">
        <w:r>
          <w:rPr>
            <w:color w:val="0000EE"/>
            <w:u w:val="single"/>
          </w:rPr>
          <w:t>https://www.pspride.org/festival</w:t>
        </w:r>
      </w:hyperlink>
      <w:r>
        <w:t xml:space="preserve"> - The official Palm Springs Pride festival page describes the celebration as a downtown street fair, community festival and gathering place, with free admission. Its 2026 listing covers Thursday, 5 November, through Sunday, 8 November, and outlines three entertainment stages: Arenas, Amado and Community. The page specifically identifies the Arenas District Walkabout on Thursday, 5 November, from 6 p.m. to 11.30 p.m. It explains that the district will become a pedestrian-only festival street for the event. The rest of the schedule covers stage performances from Friday to Sunday, together with festival activities in the downtown area. The page describes food and drinks, artists, entertainers, vendors, shopping and community organisations, and notes that the marketplace includes more than 250 exhibitors and food and beverage vendors. It also mentions dedicated spaces for children and young people. The festival takes place at several downtown locations, including sections of Palm Canyon Drive, Arenas Road and Museum Way. This official event information corroborates the walkabout’s timing and pedestrian format, while showing how it fits into the wider Pride festival. The page also states that donations are welcomed to help keep the festival free and accessible, and identifies Greater Palm Springs Pride as a nonprofit community organisation.</w:t>
      </w:r>
      <w:r/>
    </w:p>
    <w:p>
      <w:pPr>
        <w:pStyle w:val="ListNumber"/>
        <w:spacing w:line="240" w:lineRule="auto"/>
        <w:ind w:left="720"/>
      </w:pPr>
      <w:r/>
      <w:hyperlink r:id="rId13">
        <w:r>
          <w:rPr>
            <w:color w:val="0000EE"/>
            <w:u w:val="single"/>
          </w:rPr>
          <w:t>https://www.visitgreaterpalmsprings.com/events/events-and-festivals/greater-palm-springs-lgbtq-pride/</w:t>
        </w:r>
      </w:hyperlink>
      <w:r>
        <w:t xml:space="preserve"> - Visit Greater Palm Springs provides an overview of the history and annual programme of Greater Palm Springs Pride. The page traces the celebration to 1986, when a variety show called Sizzle was organised by the Desert Business Association. It explains that community groups expanded the event, the first Palm Springs Pride parade took place in 1992, and the celebration later moved to Veterans Day weekend and Palm Canyon Drive. The page also describes the festival’s growth after moving downtown in 2014 and notes the wider civic significance of Palm Springs’ LGBTQ+ history. For 2026, it lists the main Pride weekend as 6–8 November and says that the event is free, including the parade and festival. It gives the parade route and explains that the event uses several downtown stages, including the Arenas District stage. The page includes frequently asked questions about attendance, family facilities and the organisation responsible for Pride. Its history and event details help place the 40th-anniversary festivities in a longer timeline, supporting the significance of the milestone and the importance of downtown locations. The page also distinguishes the main weekend programme from related events and provides visitors with practical context about the festival’s scale, accessibility and community focus.</w:t>
      </w:r>
      <w:r/>
    </w:p>
    <w:p>
      <w:pPr>
        <w:pStyle w:val="ListNumber"/>
        <w:spacing w:line="240" w:lineRule="auto"/>
        <w:ind w:left="720"/>
      </w:pPr>
      <w:r/>
      <w:hyperlink r:id="rId14">
        <w:r>
          <w:rPr>
            <w:color w:val="0000EE"/>
            <w:u w:val="single"/>
          </w:rPr>
          <w:t>https://visitpalmsprings.com/blog/post/palm-springs-pride-days/</w:t>
        </w:r>
      </w:hyperlink>
      <w:r>
        <w:t xml:space="preserve"> - Visit Palm Springs’ guide presents Pride as a citywide celebration of LGBTQ+ culture, inclusion and community, and outlines events planned around the 2026 anniversary. It identifies the main Pride weekend as 6–8 November, with the festival running across those dates and the parade scheduled for Sunday, 8 November. The guide says related events take place from 31 October to 8 November and gives the theme as “Be Included”, describing it as a message of equality, visibility and community support. It explains that the programme includes a downtown parade, a multi-day festival, live entertainment, food, vendors and community organisations. The article also lists separate celebrations and performances around the city, showing that Pride activities extend beyond the main festival site. Its practical information identifies Palm Canyon Drive and downtown Palm Springs as central locations, while advising visitors to consult the official Pride website for updated schedules and details. The guide is useful corroboration for the anniversary context and broader programme surrounding the Arenas District event. It also distinguishes the main festival and parade from the wider sequence of city events. Readers get an overview of the schedule, theme, locations and types of activities, as well as context for understanding Pride as both a cultural celebration and an expression of visibility and inclusion.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2026/11/05/palm-springs-pride-celebrates-40th-anniversary-with-new-downtown-walkabout/" TargetMode="External"/><Relationship Id="rId10" Type="http://schemas.openxmlformats.org/officeDocument/2006/relationships/hyperlink" Target="https://www.pspride.org/post/pride-starts-here-arenas-district-walkabout-kicks-off-palm-springs-pride-on-november-5" TargetMode="External"/><Relationship Id="rId11" Type="http://schemas.openxmlformats.org/officeDocument/2006/relationships/hyperlink" Target="https://kesq.com/news/2026/11/04/palm-springs-pride-announces-full-schedule-for-40th-anniversary-celebration/" TargetMode="External"/><Relationship Id="rId12" Type="http://schemas.openxmlformats.org/officeDocument/2006/relationships/hyperlink" Target="https://www.pspride.org/festival" TargetMode="External"/><Relationship Id="rId13" Type="http://schemas.openxmlformats.org/officeDocument/2006/relationships/hyperlink" Target="https://www.visitgreaterpalmsprings.com/events/events-and-festivals/greater-palm-springs-lgbtq-pride/" TargetMode="External"/><Relationship Id="rId14" Type="http://schemas.openxmlformats.org/officeDocument/2006/relationships/hyperlink" Target="https://visitpalmsprings.com/blog/post/palm-springs-pride-da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