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Palm Springs Pride 40th Anniversary: Parade, Festival and Access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Palm Springs Pride is marking its 40th anniversary with a free downtown festival, outdoor stages and a Sunday parade. The “Be Included” celebration brings performers, community groups and visitors together across Palm Springs, with accessible viewing and dedicated spaces for young people and sober guests helping make the weekend more welcoming.</w:t>
      </w:r>
      <w:r/>
    </w:p>
    <w:p>
      <w:pPr>
        <w:pStyle w:val="Heading2"/>
      </w:pPr>
      <w:r>
        <w:t>A milestone weekend takes over downtown</w:t>
      </w:r>
      <w:r/>
    </w:p>
    <w:p>
      <w:r/>
      <w:r>
        <w:t xml:space="preserve">Palm Springs Pride’s 40th anniversary brings a packed programme to downtown, with organisers expecting 220,000 attendees. The festival is free to enter, and the celebration combines live entertainment, community events and a parade under the theme “Be Included”. </w:t>
      </w:r>
      <w:hyperlink r:id="rId9">
        <w:r>
          <w:rPr>
            <w:color w:val="0000EE"/>
            <w:u w:val="single"/>
          </w:rPr>
          <w:t>[3]</w:t>
        </w:r>
      </w:hyperlink>
      <w:r>
        <w:t xml:space="preserve">, </w:t>
      </w:r>
      <w:hyperlink r:id="rId10">
        <w:r>
          <w:rPr>
            <w:color w:val="0000EE"/>
            <w:u w:val="single"/>
          </w:rPr>
          <w:t>[7]</w:t>
        </w:r>
      </w:hyperlink>
      <w:r/>
    </w:p>
    <w:p>
      <w:r/>
      <w:r>
        <w:t xml:space="preserve">There’s a fresh addition to the evening line-up, too. Pride on the Drive brings music, food, drinks and art projections to Palm Canyon Drive, alongside a 100-foot Ferris wheel. It’s a lively way to extend the party beyond the stages, though rides cost extra. </w:t>
      </w:r>
      <w:hyperlink r:id="rId11">
        <w:r>
          <w:rPr>
            <w:color w:val="0000EE"/>
            <w:u w:val="single"/>
          </w:rPr>
          <w:t>[2]</w:t>
        </w:r>
      </w:hyperlink>
      <w:r>
        <w:t xml:space="preserve">, </w:t>
      </w:r>
      <w:hyperlink r:id="rId9">
        <w:r>
          <w:rPr>
            <w:color w:val="0000EE"/>
            <w:u w:val="single"/>
          </w:rPr>
          <w:t>[3]</w:t>
        </w:r>
      </w:hyperlink>
      <w:r/>
    </w:p>
    <w:p>
      <w:pPr>
        <w:pStyle w:val="Heading2"/>
      </w:pPr>
      <w:r>
        <w:t>Three stages, plus a new event on Palm Canyon Drive</w:t>
      </w:r>
      <w:r/>
    </w:p>
    <w:p>
      <w:r/>
      <w:r>
        <w:t xml:space="preserve">The Arenas Stage features DJs, live music and drag performances across the weekend. Saturday’s performers include Sizzy Rocket, The Cowgays and MODGIRL, while Aubrey O’Day is scheduled to close the stage on Sunday evening. GAYC/DC also appears on Sunday’s programme. </w:t>
      </w:r>
      <w:hyperlink r:id="rId11">
        <w:r>
          <w:rPr>
            <w:color w:val="0000EE"/>
            <w:u w:val="single"/>
          </w:rPr>
          <w:t>[2]</w:t>
        </w:r>
      </w:hyperlink>
      <w:r>
        <w:t xml:space="preserve">, </w:t>
      </w:r>
      <w:hyperlink r:id="rId12">
        <w:r>
          <w:rPr>
            <w:color w:val="0000EE"/>
            <w:u w:val="single"/>
          </w:rPr>
          <w:t>[4]</w:t>
        </w:r>
      </w:hyperlink>
      <w:r/>
    </w:p>
    <w:p>
      <w:r/>
      <w:r>
        <w:t xml:space="preserve">Saturday’s schedule adds a different kind of celebration with “Palm Springs Is Burning!”, a mini ball presented by Brothers of the Desert. Ballroom culture has deep roots in Black and Latino queer communities, making the event a chance to celebrate its influence as well as enjoy the spectacle. </w:t>
      </w:r>
      <w:hyperlink r:id="rId11">
        <w:r>
          <w:rPr>
            <w:color w:val="0000EE"/>
            <w:u w:val="single"/>
          </w:rPr>
          <w:t>[2]</w:t>
        </w:r>
      </w:hyperlink>
      <w:r>
        <w:t xml:space="preserve">, </w:t>
      </w:r>
      <w:hyperlink r:id="rId9">
        <w:r>
          <w:rPr>
            <w:color w:val="0000EE"/>
            <w:u w:val="single"/>
          </w:rPr>
          <w:t>[3]</w:t>
        </w:r>
      </w:hyperlink>
      <w:r/>
    </w:p>
    <w:p>
      <w:pPr>
        <w:pStyle w:val="Heading2"/>
      </w:pPr>
      <w:r>
        <w:t>How to plan around the parade and festival</w:t>
      </w:r>
      <w:r/>
    </w:p>
    <w:p>
      <w:r/>
      <w:r>
        <w:t xml:space="preserve">The parade is scheduled for 10 a.m. to noon on Sunday, travelling south along Palm Canyon Drive from Tachevah Drive to Amado Road. The festival runs from 11 a.m. to 5 p.m. that day, so checking the official schedule and travel information before setting out should help you plan around the busy downtown route. </w:t>
      </w:r>
      <w:hyperlink r:id="rId11">
        <w:r>
          <w:rPr>
            <w:color w:val="0000EE"/>
            <w:u w:val="single"/>
          </w:rPr>
          <w:t>[2]</w:t>
        </w:r>
      </w:hyperlink>
      <w:r>
        <w:t xml:space="preserve">, </w:t>
      </w:r>
      <w:hyperlink r:id="rId13">
        <w:r>
          <w:rPr>
            <w:color w:val="0000EE"/>
            <w:u w:val="single"/>
          </w:rPr>
          <w:t>[5]</w:t>
        </w:r>
      </w:hyperlink>
      <w:r/>
    </w:p>
    <w:p>
      <w:r/>
      <w:r>
        <w:t xml:space="preserve">There’s also a Saturday morning option for early risers: a 5K run and walk in the Old Las Palmas neighbourhood, with advance registration required. For anyone arriving by car, the Pride website provides driving and directions information; with a large crowd expected, it’s worth allowing extra time. </w:t>
      </w:r>
      <w:hyperlink r:id="rId9">
        <w:r>
          <w:rPr>
            <w:color w:val="0000EE"/>
            <w:u w:val="single"/>
          </w:rPr>
          <w:t>[3]</w:t>
        </w:r>
      </w:hyperlink>
      <w:r>
        <w:t xml:space="preserve">, </w:t>
      </w:r>
      <w:hyperlink r:id="rId13">
        <w:r>
          <w:rPr>
            <w:color w:val="0000EE"/>
            <w:u w:val="single"/>
          </w:rPr>
          <w:t>[5]</w:t>
        </w:r>
      </w:hyperlink>
      <w:r/>
    </w:p>
    <w:p>
      <w:pPr>
        <w:pStyle w:val="Heading2"/>
      </w:pPr>
      <w:r>
        <w:t>Accessibility and quieter spaces matter</w:t>
      </w:r>
      <w:r/>
    </w:p>
    <w:p>
      <w:r/>
      <w:r>
        <w:t xml:space="preserve">The parade includes a Deaf Pride reviewing stand with sign-language interpretation, while accessible seating is available on a first-come, first-served basis. The festival also has a Children’s Headquarters, a Youth Zone for ages 14 to 21 and a substance-free Recovery Oasis. </w:t>
      </w:r>
      <w:hyperlink r:id="rId9">
        <w:r>
          <w:rPr>
            <w:color w:val="0000EE"/>
            <w:u w:val="single"/>
          </w:rPr>
          <w:t>[3]</w:t>
        </w:r>
      </w:hyperlink>
      <w:r>
        <w:t xml:space="preserve">, </w:t>
      </w:r>
      <w:hyperlink r:id="rId10">
        <w:r>
          <w:rPr>
            <w:color w:val="0000EE"/>
            <w:u w:val="single"/>
          </w:rPr>
          <w:t>[7]</w:t>
        </w:r>
      </w:hyperlink>
      <w:r/>
    </w:p>
    <w:p>
      <w:r/>
      <w:r>
        <w:t xml:space="preserve">Those details make a difference at an event of this scale. A loud, crowded celebration can be exciting, but it shouldn’t be the only way to take part. First aid is also available at the festival, according to the city’s event information. </w:t>
      </w:r>
      <w:hyperlink r:id="rId13">
        <w:r>
          <w:rPr>
            <w:color w:val="0000EE"/>
            <w:u w:val="single"/>
          </w:rPr>
          <w:t>[5]</w:t>
        </w:r>
      </w:hyperlink>
      <w:r>
        <w:t xml:space="preserve">, </w:t>
      </w:r>
      <w:hyperlink r:id="rId10">
        <w:r>
          <w:rPr>
            <w:color w:val="0000EE"/>
            <w:u w:val="single"/>
          </w:rPr>
          <w:t>[7]</w:t>
        </w:r>
      </w:hyperlink>
      <w:r/>
    </w:p>
    <w:p>
      <w:pPr>
        <w:pStyle w:val="Heading2"/>
      </w:pPr>
      <w:r>
        <w:t>A community celebration beyond the headline acts</w:t>
      </w:r>
      <w:r/>
    </w:p>
    <w:p>
      <w:r/>
      <w:r>
        <w:t xml:space="preserve">The anniversary weekend spotlights entertainers and parade grand marshals, but it also depends on local organisations, exhibitors, artists and volunteers. The festival marketplace brings together more than 250 exhibitors, nonprofit groups, artists and vendors, giving visitors plenty to browse between performances. </w:t>
      </w:r>
      <w:hyperlink r:id="rId11">
        <w:r>
          <w:rPr>
            <w:color w:val="0000EE"/>
            <w:u w:val="single"/>
          </w:rPr>
          <w:t>[2]</w:t>
        </w:r>
      </w:hyperlink>
      <w:r>
        <w:t xml:space="preserve">, </w:t>
      </w:r>
      <w:hyperlink r:id="rId9">
        <w:r>
          <w:rPr>
            <w:color w:val="0000EE"/>
            <w:u w:val="single"/>
          </w:rPr>
          <w:t>[3]</w:t>
        </w:r>
      </w:hyperlink>
      <w:r/>
    </w:p>
    <w:p>
      <w:r/>
      <w:r>
        <w:t xml:space="preserve">The Ferris wheel is one of the few paid attractions: adult rides cost $10 and children’s rides cost $5, with proceeds helping support the free Pride event. For visitors, that’s a useful distinction: entry is free, while some individual experiences may have a charge. </w:t>
      </w:r>
      <w:hyperlink r:id="rId9">
        <w:r>
          <w:rPr>
            <w:color w:val="0000EE"/>
            <w:u w:val="single"/>
          </w:rPr>
          <w:t>[3]</w:t>
        </w:r>
      </w:hyperlink>
      <w:r>
        <w:t xml:space="preserve">, </w:t>
      </w:r>
      <w:hyperlink r:id="rId10">
        <w:r>
          <w:rPr>
            <w:color w:val="0000EE"/>
            <w:u w:val="single"/>
          </w:rPr>
          <w:t>[7]</w:t>
        </w:r>
      </w:hyperlink>
      <w:r/>
    </w:p>
    <w:p>
      <w:r/>
      <w:r>
        <w:t>Palm Springs Pride’s milestone is a celebration of performance, community and belonging, with practical touches that help more people join in.</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[7]</w:t>
        </w:r>
      </w:hyperlink>
      <w:r>
        <w:t xml:space="preserve">- Paragraph 2: </w:t>
      </w:r>
      <w:hyperlink r:id="rId11">
        <w:r>
          <w:rPr>
            <w:color w:val="0000EE"/>
            <w:u w:val="single"/>
          </w:rPr>
          <w:t>[2]</w:t>
        </w:r>
      </w:hyperlink>
      <w:r>
        <w:t xml:space="preserve">, </w:t>
      </w:r>
      <w:hyperlink r:id="rId9">
        <w:r>
          <w:rPr>
            <w:color w:val="0000EE"/>
            <w:u w:val="single"/>
          </w:rPr>
          <w:t>[3]</w:t>
        </w:r>
      </w:hyperlink>
      <w:r>
        <w:t xml:space="preserve">- Paragraph 3: </w:t>
      </w:r>
      <w:hyperlink r:id="rId11">
        <w:r>
          <w:rPr>
            <w:color w:val="0000EE"/>
            <w:u w:val="single"/>
          </w:rPr>
          <w:t>[2]</w:t>
        </w:r>
      </w:hyperlink>
      <w:r>
        <w:t xml:space="preserve">, </w:t>
      </w:r>
      <w:hyperlink r:id="rId12">
        <w:r>
          <w:rPr>
            <w:color w:val="0000EE"/>
            <w:u w:val="single"/>
          </w:rPr>
          <w:t>[4]</w:t>
        </w:r>
      </w:hyperlink>
      <w:r>
        <w:t xml:space="preserve">- Paragraph 4: </w:t>
      </w:r>
      <w:hyperlink r:id="rId11">
        <w:r>
          <w:rPr>
            <w:color w:val="0000EE"/>
            <w:u w:val="single"/>
          </w:rPr>
          <w:t>[2]</w:t>
        </w:r>
      </w:hyperlink>
      <w:r>
        <w:t xml:space="preserve">, </w:t>
      </w:r>
      <w:hyperlink r:id="rId9">
        <w:r>
          <w:rPr>
            <w:color w:val="0000EE"/>
            <w:u w:val="single"/>
          </w:rPr>
          <w:t>[3]</w:t>
        </w:r>
      </w:hyperlink>
      <w:r>
        <w:t xml:space="preserve">- Paragraph 5: </w:t>
      </w:r>
      <w:hyperlink r:id="rId11">
        <w:r>
          <w:rPr>
            <w:color w:val="0000EE"/>
            <w:u w:val="single"/>
          </w:rPr>
          <w:t>[2]</w:t>
        </w:r>
      </w:hyperlink>
      <w:r>
        <w:t xml:space="preserve">, </w:t>
      </w:r>
      <w:hyperlink r:id="rId13">
        <w:r>
          <w:rPr>
            <w:color w:val="0000EE"/>
            <w:u w:val="single"/>
          </w:rPr>
          <w:t>[5]</w:t>
        </w:r>
      </w:hyperlink>
      <w:r>
        <w:t xml:space="preserve">- Paragraph 6: </w:t>
      </w:r>
      <w:hyperlink r:id="rId9">
        <w:r>
          <w:rPr>
            <w:color w:val="0000EE"/>
            <w:u w:val="single"/>
          </w:rPr>
          <w:t>[3]</w:t>
        </w:r>
      </w:hyperlink>
      <w:r>
        <w:t xml:space="preserve">, </w:t>
      </w:r>
      <w:hyperlink r:id="rId13">
        <w:r>
          <w:rPr>
            <w:color w:val="0000EE"/>
            <w:u w:val="single"/>
          </w:rPr>
          <w:t>[5]</w:t>
        </w:r>
      </w:hyperlink>
      <w:r>
        <w:t xml:space="preserve">- Paragraph 7: </w:t>
      </w:r>
      <w:hyperlink r:id="rId9">
        <w:r>
          <w:rPr>
            <w:color w:val="0000EE"/>
            <w:u w:val="single"/>
          </w:rPr>
          <w:t>[3]</w:t>
        </w:r>
      </w:hyperlink>
      <w:r>
        <w:t xml:space="preserve">, </w:t>
      </w:r>
      <w:hyperlink r:id="rId10">
        <w:r>
          <w:rPr>
            <w:color w:val="0000EE"/>
            <w:u w:val="single"/>
          </w:rPr>
          <w:t>[7]</w:t>
        </w:r>
      </w:hyperlink>
      <w:r>
        <w:t xml:space="preserve">- Paragraph 8: </w:t>
      </w:r>
      <w:hyperlink r:id="rId13">
        <w:r>
          <w:rPr>
            <w:color w:val="0000EE"/>
            <w:u w:val="single"/>
          </w:rPr>
          <w:t>[5]</w:t>
        </w:r>
      </w:hyperlink>
      <w:r>
        <w:t xml:space="preserve">, </w:t>
      </w:r>
      <w:hyperlink r:id="rId10">
        <w:r>
          <w:rPr>
            <w:color w:val="0000EE"/>
            <w:u w:val="single"/>
          </w:rPr>
          <w:t>[7]</w:t>
        </w:r>
      </w:hyperlink>
      <w:r>
        <w:t xml:space="preserve">- Paragraph 9: </w:t>
      </w:r>
      <w:hyperlink r:id="rId11">
        <w:r>
          <w:rPr>
            <w:color w:val="0000EE"/>
            <w:u w:val="single"/>
          </w:rPr>
          <w:t>[2]</w:t>
        </w:r>
      </w:hyperlink>
      <w:r>
        <w:t xml:space="preserve">, </w:t>
      </w:r>
      <w:hyperlink r:id="rId9">
        <w:r>
          <w:rPr>
            <w:color w:val="0000EE"/>
            <w:u w:val="single"/>
          </w:rPr>
          <w:t>[3]</w:t>
        </w:r>
      </w:hyperlink>
      <w:r>
        <w:t xml:space="preserve">- Paragraph 10: </w:t>
      </w:r>
      <w:hyperlink r:id="rId9">
        <w:r>
          <w:rPr>
            <w:color w:val="0000EE"/>
            <w:u w:val="single"/>
          </w:rPr>
          <w:t>[3]</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https://thepalmspringspost.com/palm-springs-pride-marks-40th-anniversary-with-parade-festival-new-arenas-district-event/</w:t>
        </w:r>
      </w:hyperlink>
      <w:r>
        <w:t xml:space="preserve"> - Please view link - unable to able to access data</w:t>
      </w:r>
      <w:r/>
    </w:p>
    <w:p>
      <w:pPr>
        <w:pStyle w:val="ListNumber"/>
        <w:spacing w:line="240" w:lineRule="auto"/>
        <w:ind w:left="720"/>
      </w:pPr>
      <w:r/>
      <w:hyperlink r:id="rId11">
        <w:r>
          <w:rPr>
            <w:color w:val="0000EE"/>
            <w:u w:val="single"/>
          </w:rPr>
          <w:t>https://www.pspride.org/lineup</w:t>
        </w:r>
      </w:hyperlink>
      <w:r>
        <w:t xml:space="preserve"> - The official Palm Springs Pride entertainment schedule confirms the celebration’s dates, free admission and three downtown stages. It lists the Arenas Stage performances for Friday, 6 November, including Tom Aspaul at 7:50 p.m. and a Luxx Noir London DJ set at 10:05 p.m. Saturday’s lineup includes Sizzy Rocket at 4 p.m., The Cowgays at 6 p.m. and MODGIRL’s Glitter Ball at 8:25 p.m. On Sunday, GAYC/DC is scheduled for 2:05 p.m. and Aubrey O’Day for 6 p.m. The page also identifies the Amado and Community stages, with the latter located at Palm Canyon Drive and Tahquitz. These details support the article’s named performers, stage locations and show times. The schedule cautions that performance times may change, so visitors should check the official page for updates before attending. It covers the entertainment programme rather than every festival detail: it does not establish all access arrangements, vendor counts, ride prices or the complete list of community activities. The page’s central value is its first-hand, event-organiser source for the stage programme and free-entry information.</w:t>
      </w:r>
      <w:r/>
    </w:p>
    <w:p>
      <w:pPr>
        <w:pStyle w:val="ListNumber"/>
        <w:spacing w:line="240" w:lineRule="auto"/>
        <w:ind w:left="720"/>
      </w:pPr>
      <w:r/>
      <w:hyperlink r:id="rId9">
        <w:r>
          <w:rPr>
            <w:color w:val="0000EE"/>
            <w:u w:val="single"/>
          </w:rPr>
          <w:t>https://kesq.com/news/2026/11/04/palm-springs-pride-announces-full-schedule-for-40th-anniversary-celebration/</w:t>
        </w:r>
      </w:hyperlink>
      <w:r>
        <w:t xml:space="preserve"> - This KESQ report outlines the schedule for Palm Springs Pride’s 40th anniversary celebration, held from 5 to 8 November 2026. It describes the new Arenas District Walkabout, Friday performances and Pride on the Drive, including illuminated decorations, music, food and a 100-foot Ferris wheel. For Saturday, the report notes the 5K Run &amp; Walk, the festival marketplace opening at 11 a.m. and more than 250 exhibitors, nonprofit organisations, artists, merchants and food vendors. It also covers The Cowgays, Sizzy Rocket and the “Palm Springs Is Burning!” Ballroom presentation. Sunday’s parade begins at 10 a.m.; the report names Fortune Feimster, Cheyenne Jackson, Marshall Pearcy and Gary Moline as grand marshals. It describes the festival continuing after the parade, with GAYC/DC and Aubrey O’Day among the acts. The article also mentions Children’s Headquarters, a Youth Zone, a substance-free Recovery Oasis and accessible viewing arrangements. This is a broad local-news overview that corroborates many event, performance, timing and inclusion details in the supplied article. It says most events are free and encourages donations, sponsorship and volunteering to help keep the celebration accessible.</w:t>
      </w:r>
      <w:r/>
    </w:p>
    <w:p>
      <w:pPr>
        <w:pStyle w:val="ListNumber"/>
        <w:spacing w:line="240" w:lineRule="auto"/>
        <w:ind w:left="720"/>
      </w:pPr>
      <w:r/>
      <w:hyperlink r:id="rId12">
        <w:r>
          <w:rPr>
            <w:color w:val="0000EE"/>
            <w:u w:val="single"/>
          </w:rPr>
          <w:t>https://www.pspride.org/post/aubrey-o-day-and-the-cowgays-to-headline-2026-palm-springs-pride-festival</w:t>
        </w:r>
      </w:hyperlink>
      <w:r>
        <w:t xml:space="preserve"> - Greater Palm Springs Pride’s announcement introduces Aubrey O’Day and The Cowgays as headliners for its 40th annual celebration, scheduled for 6–8 November 2026. It describes the event as a downtown festival featuring three stages of live music, drag entertainment, DJs and special performances. The announcement identifies The Cowgays as a country trio made up of Adam Mac, Brooke Eden and Chris Housman, and characterises their music as contemporary country presented through a queer perspective. It gives background on O’Day’s music and entertainment career, including her association with Danity Kane and dumblonde. The release explains that “Be Included” is the year’s theme and frames the festival as free and open to the public, with a marketplace and community organisations as part of the programme. It says the anniversary celebration will culminate in the Pride Parade on Sunday, 8 November, stepping off at 10 a.m. along Palm Canyon Drive. It also names PS Resorts as primary sponsor and the City of Palm Springs as a presenting sponsor, with The Arenas District among the major sponsors. As an organiser-issued announcement, this page supports the headliner, anniversary, theme, free-admission and sponsor information, though it predates the final set-time schedule.</w:t>
      </w:r>
      <w:r/>
    </w:p>
    <w:p>
      <w:pPr>
        <w:pStyle w:val="ListNumber"/>
        <w:spacing w:line="240" w:lineRule="auto"/>
        <w:ind w:left="720"/>
      </w:pPr>
      <w:r/>
      <w:hyperlink r:id="rId13">
        <w:r>
          <w:rPr>
            <w:color w:val="0000EE"/>
            <w:u w:val="single"/>
          </w:rPr>
          <w:t>https://www.pspride.org/drivingdirections-faq</w:t>
        </w:r>
      </w:hyperlink>
      <w:r>
        <w:t xml:space="preserve"> - The official Palm Springs Pride FAQ provides practical event information, including parade access and attendance expectations. It says ASL interpreters and an ADA viewing location will be available, and specifies that the Deaf Pride Reviewing Stand is just north of Amado on Palm Canyon Drive. It also gives the location of the ADA viewing area at the Parade Stage near Palm Canyon Drive and Gran Via Valmonte. The FAQ states that organisers expect 200,000 attendees over the four festival days and that the festival and parade are free to attend. It advises visitors to allow extra time because of the large crowds and provides directions to the event area. These details support the supplied article’s claims about free public admission, a Deaf Pride reviewing stand and accessible parade viewing. The attendance estimate differs from the article’s 220,000 figure, so the two sources should not be treated as identical estimates; the FAQ currently gives 200,000. The page also includes information on public toilets, parking, security, pets, volunteering and festival beverages. Visitors should consult it for current access and travel details, as operational arrangements can change.</w:t>
      </w:r>
      <w:r/>
    </w:p>
    <w:p>
      <w:pPr>
        <w:pStyle w:val="ListNumber"/>
        <w:spacing w:line="240" w:lineRule="auto"/>
        <w:ind w:left="720"/>
      </w:pPr>
      <w:r/>
      <w:hyperlink r:id="rId15">
        <w:r>
          <w:rPr>
            <w:color w:val="0000EE"/>
            <w:u w:val="single"/>
          </w:rPr>
          <w:t>https://www.nbcpalmsprings.com/local-and-community/2026/09/15/greater-palm-springs-pride-announces-grand-marshals-for-parade</w:t>
        </w:r>
      </w:hyperlink>
      <w:r>
        <w:t xml:space="preserve"> - This NBC Palm Springs report names the grand marshals for the 40th annual Palm Springs Pride Parade. It says comedian and actress Fortune Feimster will serve as National Grand Marshal and actor, singer and songwriter Cheyenne Jackson as Celebrity Grand Marshal. The report states that the parade is scheduled for 10 a.m. on 8 November, beginning on Palm Canyon Drive, and places the event within four decades of Pride history, community participation and progress. It describes the selection of the marshals as reflecting their contributions and activism in LGBTQIA+ communities. The article provides brief biographical context about Feimster and Jackson and notes their entertainment work. This is an independent local news report that supports the supplied article’s parade time and the roles assigned to Feimster and Jackson. It does not verify every other name in the article’s marshal list, the detailed route, stage performances or festival arrangements. Its focused coverage is useful for confirming the two prominent marshal appointments from a source separate from the Pride organisation. Readers seeking full parade logistics should pair this report with the official Pride schedule and access information.</w:t>
      </w:r>
      <w:r/>
    </w:p>
    <w:p>
      <w:pPr>
        <w:pStyle w:val="ListNumber"/>
        <w:spacing w:line="240" w:lineRule="auto"/>
        <w:ind w:left="720"/>
      </w:pPr>
      <w:r/>
      <w:hyperlink r:id="rId10">
        <w:r>
          <w:rPr>
            <w:color w:val="0000EE"/>
            <w:u w:val="single"/>
          </w:rPr>
          <w:t>https://www.palmspringsca.gov/Home/Components/News/News/8700/551?npage=3</w:t>
        </w:r>
      </w:hyperlink>
      <w:r>
        <w:t xml:space="preserve"> - The City of Palm Springs announcement presents “Be Included” as the 2026 Palm Springs Pride theme and describes the celebration as a major civic and community event. It says Pride Week attracts more than 200,000 attendees and characterises the downtown and historic Arenas District programme as including multiple stages of live entertainment, a large exhibitor marketplace and evening block parties. These statements support the supplied article’s account of the anniversary theme, expected scale and combination of festival activities across central Palm Springs. The city’s framing also links Pride with public visibility, community participation and inclusion. The source is useful for establishing the municipality’s own description of the event, rather than relying only on a media report or event-organiser material. Its attendance estimate is above 200,000, but it does not state the article’s precise 220,000 prediction, so that exact figure is not independently confirmed here. The city page may provide further background on Pride Week and municipal involvement, but it does not serve as a detailed day-by-day schedule or confirm specific performers, accessibility services, ride costs, volunteer numbers or the new Tiki Bar.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esq.com/news/2026/11/04/palm-springs-pride-announces-full-schedule-for-40th-anniversary-celebration/" TargetMode="External"/><Relationship Id="rId10" Type="http://schemas.openxmlformats.org/officeDocument/2006/relationships/hyperlink" Target="https://www.palmspringsca.gov/Home/Components/News/News/8700/551?npage=3" TargetMode="External"/><Relationship Id="rId11" Type="http://schemas.openxmlformats.org/officeDocument/2006/relationships/hyperlink" Target="https://www.pspride.org/lineup" TargetMode="External"/><Relationship Id="rId12" Type="http://schemas.openxmlformats.org/officeDocument/2006/relationships/hyperlink" Target="https://www.pspride.org/post/aubrey-o-day-and-the-cowgays-to-headline-2026-palm-springs-pride-festival" TargetMode="External"/><Relationship Id="rId13" Type="http://schemas.openxmlformats.org/officeDocument/2006/relationships/hyperlink" Target="https://www.pspride.org/drivingdirections-faq" TargetMode="External"/><Relationship Id="rId14" Type="http://schemas.openxmlformats.org/officeDocument/2006/relationships/hyperlink" Target="https://thepalmspringspost.com/palm-springs-pride-marks-40th-anniversary-with-parade-festival-new-arenas-district-event/" TargetMode="External"/><Relationship Id="rId15" Type="http://schemas.openxmlformats.org/officeDocument/2006/relationships/hyperlink" Target="https://www.nbcpalmsprings.com/local-and-community/2026/09/15/greater-palm-springs-pride-announces-grand-marshals-for-para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